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Приречення</w:t>
      </w:r>
    </w:p>
    <w:p>
      <w:r>
        <w:br/>
        <w:t xml:space="preserve"> &lt;p&gt;…Йому приречена смерть, це факт і божа воля.</w:t>
      </w:r>
    </w:p>
    <w:p>
      <w:r>
        <w:br/>
        <w:t>І. Ле.</w:t>
      </w:r>
    </w:p>
    <w:p>
      <w:r>
        <w:br/>
        <w:t>Приречений — це той, якому загрожує неминуча загибель, адже приреченість — як наслання, невідворотна, невблаганна доля.</w:t>
      </w:r>
    </w:p>
    <w:p>
      <w:r>
        <w:br/>
        <w:t>Простіше, фатум.</w:t>
      </w:r>
    </w:p>
    <w:p>
      <w:r>
        <w:br/>
        <w:t>Рокованість.</w:t>
      </w:r>
    </w:p>
    <w:p>
      <w:r>
        <w:br/>
        <w:t>Хоча, як по вищому рахунку хто з землян, із хомо сапієнсів не рокований на сумний кінець? Безсмертних і, отже, вічних в роду людському немає. Принаймні, досі таких не водилося.</w:t>
      </w:r>
    </w:p>
    <w:p>
      <w:r>
        <w:br/>
        <w:t>Але чи завжди приречення буває… приреченим?</w:t>
      </w:r>
    </w:p>
    <w:p>
      <w:r>
        <w:br/>
        <w:t>Себто, невідворотнім фактом, фатумом, рокованістю?</w:t>
      </w:r>
    </w:p>
    <w:p>
      <w:r>
        <w:br/>
        <w:t>Завжди, але…</w:t>
      </w:r>
    </w:p>
    <w:p>
      <w:r>
        <w:br/>
        <w:t>Але доля завжди посилає приреченому — вона справедлива — шанс.</w:t>
      </w:r>
    </w:p>
    <w:p>
      <w:r>
        <w:br/>
        <w:t>Кому один, кому й кілька.</w:t>
      </w:r>
    </w:p>
    <w:p>
      <w:r>
        <w:br/>
        <w:t>Треба лише не проігнорувати посланий шанс і використати його — тут уже все залежить від приреченого.</w:t>
      </w:r>
    </w:p>
    <w:p>
      <w:r>
        <w:br/>
        <w:t>Але несправедливість полягає в тому, що декому цей фатум випадає надто рано. На самому, трапляється, початку. На стрімкому злеті. Чи в розквіті — для митців — творчої спромоги.</w:t>
      </w:r>
    </w:p>
    <w:p>
      <w:r>
        <w:br/>
        <w:t>Як от і Володимирові Ч. приречення випало на самісінькому злеті, ще коли він і достатньої висоти не встиг набрати.</w:t>
      </w:r>
    </w:p>
    <w:p>
      <w:r>
        <w:br/>
        <w:t>"У кожного своя доля і свій шлях широкий" — Т. Шевченко.</w:t>
      </w:r>
    </w:p>
    <w:p>
      <w:r>
        <w:br/>
        <w:t>У Володимира Ч. була своя доля, і свій шлях. Який тільки-но почався.</w:t>
      </w:r>
    </w:p>
    <w:p>
      <w:r>
        <w:br/>
        <w:t>Але слався перед ним гінко і широко.</w:t>
      </w:r>
    </w:p>
    <w:p>
      <w:r>
        <w:br/>
        <w:t>А доля… Доля була просто завидною. Декого з його однокурсників аж завидки брали. (Завидники у нас ще ніколи не переводилися).</w:t>
      </w:r>
    </w:p>
    <w:p>
      <w:r>
        <w:br/>
        <w:t>Це ж треба! Ледь закінчивши театральний інститут, він став знаменитістю. Чи не на всю країну. Таланти з нього били фейєрверками. Артистом він вважався від Бога. Сам — красунчик, живий, ексцентрично— пластичний, дотепний.</w:t>
      </w:r>
    </w:p>
    <w:p>
      <w:r>
        <w:br/>
        <w:t>Голос — дарунок Божий.</w:t>
      </w:r>
    </w:p>
    <w:p>
      <w:r>
        <w:br/>
        <w:t>А талант пародиста — особливий.</w:t>
      </w:r>
    </w:p>
    <w:p>
      <w:r>
        <w:br/>
        <w:t>Міг співати будь-якими голосами (власне, будь-чиїми), пародіюючи будь-яку знаменитість — що жіночого роду, що чоловічого. І виходило в нього блискуче. Чи не краще — яскравіше й образніше — як у тих, кого він з естради дражнив.</w:t>
      </w:r>
    </w:p>
    <w:p>
      <w:r>
        <w:br/>
        <w:t>Йому віщували велике майбутнє, якого в нього вже не було.</w:t>
      </w:r>
    </w:p>
    <w:p>
      <w:r>
        <w:br/>
        <w:t>А на його концерти — вчорашнього студента — не можна було дістати квитків. Він встиг провести кілька сот виступів (дехто каже, що близько тисячі), тож носився по всій країні.</w:t>
      </w:r>
    </w:p>
    <w:p>
      <w:r>
        <w:br/>
        <w:t>А звання та регалії мали посипатись на нього в майбутньому. У тому майбутньому, якого в нього вже не було.</w:t>
      </w:r>
    </w:p>
    <w:p>
      <w:r>
        <w:br/>
        <w:t>А його ж вважали пестунчиком долі.</w:t>
      </w:r>
    </w:p>
    <w:p>
      <w:r>
        <w:br/>
        <w:t>Мабуть, воно так і було.</w:t>
      </w:r>
    </w:p>
    <w:p>
      <w:r>
        <w:br/>
        <w:t>Не відомо чи всім доля у критичних ситуаціях посилає шанс на спасіння, як невідомо чи до всіх доля буває милостивою та ще і рятівницею, але йому — це вже потім стане відомо, — вона послала не один шанс на порятунок, а цілих три. Гай-гай, як щедро! Рятуйся, спасайся, в світі ірреальному ти вже загинув. Але в реальному можна врятуватися.</w:t>
      </w:r>
    </w:p>
    <w:p>
      <w:r>
        <w:br/>
        <w:t>Кажуть, що доля завжди посилає варіанти події, що відбудеться, посилає за принципом: підеш наліво — буде тобі те-то й те-то, а підеш направо — те-то й те-то… А ти вже сам вибирай куди тобі у який бік повернути. Що вибереш — така твоя доля.</w:t>
      </w:r>
    </w:p>
    <w:p>
      <w:r>
        <w:br/>
        <w:t>У нього вже були придбані два квитки на літак Москва-Харків, де мав відбутися черговий його концерт.</w:t>
      </w:r>
    </w:p>
    <w:p>
      <w:r>
        <w:br/>
        <w:t>Спершу він гадав злітати в Харків разом з дружиною — вона постійно супроводжувала його на концерти. Але того разу вона почувалася не зовсім добре, кашляла, очі червоні.</w:t>
      </w:r>
    </w:p>
    <w:p>
      <w:r>
        <w:br/>
        <w:t>— Гаразд, — пожалів він дружину, — залишайся вдома, пий чай з калиною — малиною і сиди в теплі. А я злітаю, проведу концерт — чи мені вперше? — і повернуся. А ти щоб на той час уже була здоровою!</w:t>
      </w:r>
    </w:p>
    <w:p>
      <w:r>
        <w:br/>
        <w:t>За день до вильоту він здав у касу зайвий квиток (не пропадати ж грошам!) і цим врятував її — вона й досі живе, хоч звідтоді вже минуло тридцять літ.</w:t>
      </w:r>
    </w:p>
    <w:p>
      <w:r>
        <w:br/>
        <w:t>Того вечора в нього був концерт у Підмосков’ї.</w:t>
      </w:r>
    </w:p>
    <w:p>
      <w:r>
        <w:br/>
        <w:t>Він провів його блискуче — як і всі попередні. Але повернувся додому пізно. Та ще й піддатий — після концерту вдячні організатори влаштували щедре застілля.</w:t>
      </w:r>
    </w:p>
    <w:p>
      <w:r>
        <w:br/>
        <w:t>Ледь переступивши поріг квартири, він впав і заснув.</w:t>
      </w:r>
    </w:p>
    <w:p>
      <w:r>
        <w:br/>
        <w:t>Міцним, здоровим (та ще й хмільним) сном.</w:t>
      </w:r>
    </w:p>
    <w:p>
      <w:r>
        <w:br/>
        <w:t>І вранці проспав на літак. Це ж треба, га?</w:t>
      </w:r>
    </w:p>
    <w:p>
      <w:r>
        <w:br/>
        <w:t>Схопився о десятій ранку. Якраз тоді, як літак в аеропорту здіймався, аби взяти курс на Харків. Це ж треба такому лучитися? Ніколи не просипав, а тут…</w:t>
      </w:r>
    </w:p>
    <w:p>
      <w:r>
        <w:br/>
        <w:t>Літак вже п’ять хвилин як піднявся в повітря, наступного сьогодні не передбачалося. Сталося найгірше: він зірвав концерт. І що скаже у своє виправдання? Що заспав? Яка ганьба! Справді, гіршого й придумати не можна.</w:t>
      </w:r>
    </w:p>
    <w:p>
      <w:r>
        <w:br/>
        <w:t>Дружина як могла втішала: не муч себе… Не переймайся. Ну… заспав. З ким чого не трапляється. Та й чого перейматися — літак в повітрі і нічого змінити вже не можна. Зрештою, ти ніколи не зривав концерти, можна один раз і зірвати. Оскільки ж поправити вже нічого не можна, заспокойся — що сталося, те сталося. Тож давай пити каву.</w:t>
      </w:r>
    </w:p>
    <w:p>
      <w:r>
        <w:br/>
        <w:t>Це був перший шанс, посланий йому долею на порятунок — що він заспав і спізнився на літак. Але про це він тоді й подумати не міг, а дуже переймався: що заспав, що зірвав концерт…</w:t>
      </w:r>
    </w:p>
    <w:p>
      <w:r>
        <w:br/>
        <w:t>І тут задзвонив телефон.</w:t>
      </w:r>
    </w:p>
    <w:p>
      <w:r>
        <w:br/>
        <w:t>— Це телефонують з Харкова, чи я вилетів, — зітхнув він. — Скажи їм, що я… Ну, придумай що-небудь…</w:t>
      </w:r>
    </w:p>
    <w:p>
      <w:r>
        <w:br/>
        <w:t>Телефон невгавав. Дружина зняла трубку, мить слухала і передала її чоловікові.</w:t>
      </w:r>
    </w:p>
    <w:p>
      <w:r>
        <w:br/>
        <w:t>— Це тобі… Бас-гітарист дзвонить. Хоча дивно…</w:t>
      </w:r>
    </w:p>
    <w:p>
      <w:r>
        <w:br/>
        <w:t>— Чому дивно?</w:t>
      </w:r>
    </w:p>
    <w:p>
      <w:r>
        <w:br/>
        <w:t>— А тому, що він в цей час уже мав бути в повітрі, в салоні літака, який летить за маршрутом Москва-Харків, а він телефонує з аеропорту…</w:t>
      </w:r>
    </w:p>
    <w:p>
      <w:r>
        <w:br/>
        <w:t>— Володя??? — загаласував у трубку бас-гітарист. — Ти чому вдома, а не в аеропорту?</w:t>
      </w:r>
    </w:p>
    <w:p>
      <w:r>
        <w:br/>
        <w:t>— Яке це має тепер значення чому… Як літак уже в повітрі… Стривай, а ти звідки дзвониш?</w:t>
      </w:r>
    </w:p>
    <w:p>
      <w:r>
        <w:br/>
        <w:t>— З аеропорту.</w:t>
      </w:r>
    </w:p>
    <w:p>
      <w:r>
        <w:br/>
        <w:t>— Ти що теж… заспав?</w:t>
      </w:r>
    </w:p>
    <w:p>
      <w:r>
        <w:br/>
        <w:t>— Рейс нашого літака відкладено і перенесено на годину з чимось. Зліт об одинадцятій, здається, п’ятнадцять, а зараз лише десята… Нічого, що ти заспав. Літак затримується наче на твоє замовлення. Ми всі тебе чекаємо. Швидко натягуй штани, хапай концертний костюм, вискакуй з будинку, лови таксі й мчи в аеропорт — ще встигнеш.</w:t>
      </w:r>
    </w:p>
    <w:p>
      <w:r>
        <w:br/>
        <w:t>Він не дослухавши, миттєво зодягнувся, схопив валізу звечора приготовлену дружиною, цмокнув її у щоку кулею вилетів з квартири, а потім з під’їзду. Вилетів із криком:</w:t>
      </w:r>
    </w:p>
    <w:p>
      <w:r>
        <w:br/>
        <w:t>— Таксі?!. Таксі!!!</w:t>
      </w:r>
    </w:p>
    <w:p>
      <w:r>
        <w:br/>
        <w:t>І тут йому… не повезло. Вільне таксі виявилося біля його будинку і він без затримки помчав в аеропорт підганяючи водія:</w:t>
      </w:r>
    </w:p>
    <w:p>
      <w:r>
        <w:br/>
        <w:t>— Швидше! Швидше! За кілька хвилин до одинадцятої маємо бути в аеропорту — вдруге запізнитися на рейс Москва-Харків я не маю права. Це саме провидіння, сама пані Удача затримала на годину виліт мого літка! Мабуть, тому, що я заспав…</w:t>
      </w:r>
    </w:p>
    <w:p>
      <w:r>
        <w:br/>
        <w:t>Коли б літак не затримався, він би врятувався і жив би після того ще довго-довго…</w:t>
      </w:r>
    </w:p>
    <w:p>
      <w:r>
        <w:br/>
        <w:t>Та коли б колега не подзвонив, що виліт на годину відкладено, та коли б йому не трапилося так швидко таксі — він би уцілів і ще жив би — довго та щасливо, купаючись у славі та визнанні…</w:t>
      </w:r>
    </w:p>
    <w:p>
      <w:r>
        <w:br/>
        <w:t>Доля послала йому шанс на порятунок (він заспав), але фатум (чи приречення) затримало літак, примусило подзвонити йому і погнало його шукати таксі. І зробило, або таксі трапилося відразу ж і він помчав в аеропорт…</w:t>
      </w:r>
    </w:p>
    <w:p>
      <w:r>
        <w:br/>
        <w:t>Вже помилуваний, він тепер знову був приреченим і мчав навстріч власній загибелі…</w:t>
      </w:r>
    </w:p>
    <w:p>
      <w:r>
        <w:br/>
        <w:t>Доля, мабуть, збагнула, що він гине (близький до загибелі) і послала йому другий шанс на спасіння. Як швидко не летіло таксі, але коли він вбіг до приміщення аеропорту, реєстрація пасажирів на потрібний рейс була вже закінчена.</w:t>
      </w:r>
    </w:p>
    <w:p>
      <w:r>
        <w:br/>
        <w:t>І Володя (так ласкаво називали його друзі — за доброту та лагідність і за тихий незлобивий характер), Володя Ч. був порятований. Удруге за один ранок. Якщо спізнився — сам винуватий. Реєстрація пасажирів завершена — які тепер претензії. Дві молоді співробітниці, котрі проводили реєстрацію, складали папери, весело перемовляючись — ще одна черга з їхніх пліч звалилася. Передих до наступної реєстрації на наступний рейс. Вихід на поле з приміщення аеропорту був закритий. Зареєстровані пасажири вже на злітному полі біля свого літака.</w:t>
      </w:r>
    </w:p>
    <w:p>
      <w:r>
        <w:br/>
        <w:t>Все. Хто спізнився, хай сам себе й винуватить. І Володя Ч. мав розвести руками — що тепер зробиш, коли спізнився. Дорікнувши самому собі та обставинам, повернутися додому. Мовляв, зробив усе, що міг, але… таксі не встигло. А тому політ у Харків відкладається. Жаль, що зірвано концерт, але тепер вже нічого не вдієш. Іншим разом виступить у Харкові, а зараз — на таксі й додому.</w:t>
      </w:r>
    </w:p>
    <w:p>
      <w:r>
        <w:br/>
        <w:t>Так на його місці мав би діяти будь-хто з тих, хто спізнився, але тільки не він, не Володимир Ч.</w:t>
      </w:r>
    </w:p>
    <w:p>
      <w:r>
        <w:br/>
        <w:t>Проте, що це не просто спізнення на реєстрацію, а шанс, посланий йому долею (другий шанс за один ранок) Володимир і подумати не міг. І замість того, аби змиритися з фактом спізнення і повернутися додому, до життя, Володимир Ч. раптом здійняв в аеропорту шум-гам. І заходився вмовляти жінок, які здійснювали реєстрацію рейса. Любі, дорогі, прекрасні, чарівні!.. Виручайте!!! Я не просто в Харків спізнююсь, я зриваю концерт… Так, так, я — Володимир Ч., артист-пародист, у Харкові в мене концерт, тисяча білетів продана, я мушу — кров з носа! — бути в Харкові…</w:t>
      </w:r>
    </w:p>
    <w:p>
      <w:r>
        <w:br/>
        <w:t>І тут жінки, які проводили реєстрацію і спершу й слухати не хотіли пасажира, котрий спізнився, але на лихо впізнали в ньому популярного пародиста, на концерти якого у Москві вони й самі ходили.</w:t>
      </w:r>
    </w:p>
    <w:p>
      <w:r>
        <w:br/>
        <w:t>— Хі… Та це ж і справді ви… Володимир Ч., естрадна зірка. Незвичайний пародист…</w:t>
      </w:r>
    </w:p>
    <w:p>
      <w:r>
        <w:br/>
        <w:t>І жіночки вирішили заради такого пасажира навіть порушити інструкцію і зареєструвати його — після завершення реєстрації. Справді ж бо, не може Володимир Ч. зірвати концерт у Харкові.</w:t>
      </w:r>
    </w:p>
    <w:p>
      <w:r>
        <w:br/>
        <w:t>Певні, що вони рятують естраду, жіночки заметушилися, дістаючи реєстраційні папери, відкрили відділ і нашвидкоруч зареєстрували знаменитого пасажира.</w:t>
      </w:r>
    </w:p>
    <w:p>
      <w:r>
        <w:br/>
        <w:t>— А тепер… швидко-швидко… Бігом на поле, ви ще встигнете до літака!..</w:t>
      </w:r>
    </w:p>
    <w:p>
      <w:r>
        <w:br/>
        <w:t>І Володимир Ч., на ходу подякувавши жіночкам, підхопивши валізу, кинувся на злітне поле — не розуміючи, що цим він переборов і другий шанс на спасіння, посланий йому, прихильною до нього долею-доленькою.</w:t>
      </w:r>
    </w:p>
    <w:p>
      <w:r>
        <w:br/>
        <w:t>І все ж доля — от вже справді того дня вона намагалася будь-що врятувати свого пестунчика, — сходу посилає йому третій і останній шанс на порятунок. Доки Володимир Ч., розмахуючи валізою, біг до літака, посадка вже була завершена і обслуговуючий персонал відкочував од нього трап.</w:t>
      </w:r>
    </w:p>
    <w:p>
      <w:r>
        <w:br/>
        <w:t>А вгорі якась жінка — очевидно, стюардеса, — саме бралася зачиняти двері.</w:t>
      </w:r>
    </w:p>
    <w:p>
      <w:r>
        <w:br/>
        <w:t>Все.</w:t>
      </w:r>
    </w:p>
    <w:p>
      <w:r>
        <w:br/>
        <w:t>Володимир Ч. спізнювався на літак вже втретє. Що залишалося йому робити, як трап уже забрано і двері зачиняються?</w:t>
      </w:r>
    </w:p>
    <w:p>
      <w:r>
        <w:br/>
        <w:t>Сплюнути — даруйте! — і повернути назад в приміщання аеропорту. Але не такий був Володимр Ч., легко він не здавався. Добігши до літака у якому ось-ось зачиняться двері, він щодуху загаласував: люди добрі, та це ж я, співак і пародист Володимир Ч. (вирішив зіграти на своїй популярності, досі це безвідмовно діяло), спізнююсь в Харків на концерт, на який тисяча білетів продана! Виручайте! Не можу я зірвати концерт… Прошу вас, благаю, візьміть мене. Ось мій білет… Від вас залежить, відбудеться в Харкові концерт чи ні.</w:t>
      </w:r>
    </w:p>
    <w:p>
      <w:r>
        <w:br/>
        <w:t>Стюардеса, яка зачиняла вже двері, подивувавшись, упізнала у тому пасажирові, що спізнювався, знаменитого співака і пародиста Володимира Ч. Порадившись з кимось там, вирішила повернути трап і прийняти на борт знаменитість.</w:t>
      </w:r>
    </w:p>
    <w:p>
      <w:r>
        <w:br/>
        <w:t>Що й було зроблено.</w:t>
      </w:r>
    </w:p>
    <w:p>
      <w:r>
        <w:br/>
        <w:t>Радий, неймовірно радий, що він таки встиг і концерт в Харкові не зірветься, Володимир Ч., роздаючи навсібіч чарівні посмішки, піднявся в салон приреченого літака…</w:t>
      </w:r>
    </w:p>
    <w:p>
      <w:r>
        <w:br/>
        <w:t>Третій шанс, посланий йому долею на порятунок ним же було успішно подолано.</w:t>
      </w:r>
    </w:p>
    <w:p>
      <w:r>
        <w:br/>
        <w:t>Три шанси один за одним послані йому на порятунок, не зупинили його, не порятували, він сам же ними і знехтував, проявивши завидну наполегливість на шляху до власної загибелі.</w:t>
      </w:r>
    </w:p>
    <w:p>
      <w:r>
        <w:br/>
        <w:t>Як він піднявся на борт, як трап вдруге було відведено, двері зачинено і літак дещо припізнюючись з-за останнього пасажира, вирулив на злітну смугу і невдовзі його шасі відірвалися від бетону, Володимир Ч. сидітиме на своєму місці в салоні і радуватиметься, що таки наперекір всьому встиг.</w:t>
      </w:r>
    </w:p>
    <w:p>
      <w:r>
        <w:br/>
        <w:t>Літак зніметься, щоб більше вже ніколи не сісти.</w:t>
      </w:r>
    </w:p>
    <w:p>
      <w:r>
        <w:br/>
        <w:t>На підльоті до Харкова він зірветься в штопор і вріжеться в землю.</w:t>
      </w:r>
    </w:p>
    <w:p>
      <w:r>
        <w:br/>
        <w:t>Загинуть всі — і екіпаж, і пасажари.</w:t>
      </w:r>
    </w:p>
    <w:p>
      <w:r>
        <w:br/>
        <w:t>В тім числі й Володимир Ч., найпопулярніщий на той час артист-пародист, молодий (тридцять годочків), симпатичний, архіталановитий якого вже встигли так полюбити шанувальники естради.</w:t>
      </w:r>
    </w:p>
    <w:p>
      <w:r>
        <w:br/>
        <w:t>Перед концертом у Харкові, коли всі з нетерпінням чекали, що ось-ось молодий кумір з’явиться перед ними і почне вражати своїм незрівняним талантом, на сцену піднявся адміністратор і тихо оголосив:</w:t>
      </w:r>
    </w:p>
    <w:p>
      <w:r>
        <w:br/>
        <w:t>— Концерт не відбудеться — у зв’язку з трагічною загибеллю в авіа— катастрофі Володимира Ч.</w:t>
      </w:r>
    </w:p>
    <w:p>
      <w:r>
        <w:br/>
        <w:t>Приречений — це той, якому загрожує неминуча загибель.</w:t>
      </w:r>
    </w:p>
    <w:p>
      <w:r>
        <w:br/>
        <w:t>Простіше — фатум.</w:t>
      </w:r>
    </w:p>
    <w:p>
      <w:r>
        <w:br/>
        <w:t>Рокованість.</w:t>
      </w:r>
    </w:p>
    <w:p>
      <w:r>
        <w:br/>
        <w:t>Але ж доля йому послала три (аж цілих три!) шанси на порятунок — скористайся він хоч одним з них і все б скінчилося для нього щасливо. Але він проявив активність навпаки — щоб перебороти шанси на порятунок. І таки домігся свого, а міг би й перебороти приреченість.</w:t>
      </w:r>
    </w:p>
    <w:p>
      <w:r>
        <w:br/>
        <w:t>То виходить, що фатум можна подолати, якщо тобі випаде така планида, якщо така твоя доля?..</w:t>
      </w:r>
    </w:p>
    <w:p>
      <w:r>
        <w:br/>
        <w:t>Чи фатум — це таки й справді фатум, приреченість і її (його) не можна перебороти?</w:t>
      </w:r>
    </w:p>
    <w:p>
      <w:r>
        <w:br/>
        <w:t>То виходить, що всі ми у цьому світі ходимо під дамокловим мечем? Хто знає, хто скаже— підкаже як нам діяти в подібній ситуації? Недарма ж мудрі та бувалі кажуть про такі випадки: якби знав наперед де впасти, то й соломки б підмостив.</w:t>
      </w:r>
    </w:p>
    <w:p>
      <w:r>
        <w:br/>
        <w:t>Ось у тім і фокус: якби знав…</w:t>
      </w:r>
    </w:p>
    <w:p>
      <w:r>
        <w:br/>
        <w:t>Але знати наперед про те, що тільки ще буде, нам не дано.</w:t>
      </w:r>
    </w:p>
    <w:p>
      <w:r>
        <w:br/>
        <w:t>Хіба що якісь невиразні передчуття, якась тривога, якийсь внутрішній голос, що іноді нас застерігає, але це застереження до нас не завжди доходить. Чи ми не завжди готові його слухати. І тому над усіма, хто приходить в цей світ, висить гострий меч Дамокла?</w:t>
      </w:r>
    </w:p>
    <w:p>
      <w:r>
        <w:br/>
        <w:t>На кінській волосині, що може в будь-яку мить обірватися…</w:t>
      </w:r>
    </w:p>
    <w:p>
      <w:r>
        <w:br/>
        <w:t>Невже ми й справді всі приречені й роковані — хто на життя, хто на загибель? Але врешті-решт кожному — тільки в різний час, меч впаде на голову. Коли? Але це вже питання часу — кому раніше, кому пізніше…</w:t>
      </w:r>
    </w:p>
    <w:p>
      <w:r>
        <w:br/>
        <w:t>І все ж мусимо жити. Попри все, адже альтернативи життю немає.</w:t>
      </w:r>
    </w:p>
    <w:p>
      <w:r>
        <w:br/>
        <w:t>Хоча завжди правий і завжди буде правим Павло Луспекаєв, який так проникливо співає у фільмі "Біле сонце пустелі":</w:t>
      </w:r>
    </w:p>
    <w:p>
      <w:r>
        <w:br/>
        <w:t>Ваше благородие, госпожа удача,</w:t>
      </w:r>
    </w:p>
    <w:p>
      <w:r>
        <w:br/>
        <w:t>Для кого ты добрая,</w:t>
      </w:r>
    </w:p>
    <w:p>
      <w:r>
        <w:br/>
        <w:t>а кому иначе…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Приречення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