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Принука</w:t>
      </w:r>
    </w:p>
    <w:p>
      <w:r>
        <w:br/>
        <w:t xml:space="preserve"> &lt;p&gt;ПРИНУКА</w:t>
      </w:r>
    </w:p>
    <w:p>
      <w:r>
        <w:br/>
        <w:t>В отця Ладичинського, досить заможного пароха села Гортопів, сьогодні літній празник. Гості сідають за стіл до вечері. Всі випили вже по чарці і їдять шинку. Три панни Ладичинські — Наталка, Клав дія і Ольга — ходять з полумисками і припрошують. Кожда має пильнувати своїх гостей і уважати, щоби чого не бракло. Гості слухають панночок, беруть, їдять та дивляться з вдоволенням на свої тарілки, положені одна верх другої. "Треба лишити місця на дальші страви",— думає собі сей і той, поглядає на салати, компоти, соси, овочі, тіста і торти на столі та чекає на те, що прийде.</w:t>
      </w:r>
    </w:p>
    <w:p>
      <w:r>
        <w:br/>
        <w:t>Панна Наталка, здорова, рум'яна брюнетка, доглядає молодого нежонатого професора гімназії, доктора Степана Буркевича. Нічого казати, він їй подобається... Літ єму не більше як з тридцять, з лиця "уйде", на носі цвікер, волосся на причілку трохи проріджене — ну, та се дрібниця.</w:t>
      </w:r>
    </w:p>
    <w:p>
      <w:r>
        <w:br/>
        <w:t>— Пане доктор, може, паштета?</w:t>
      </w:r>
    </w:p>
    <w:p>
      <w:r>
        <w:br/>
        <w:t>Пан доктор не хоче Наталці відмовити, бере кусень паштета і їсть. Ледви се з'їв, приходить панна Клавдія:</w:t>
      </w:r>
    </w:p>
    <w:p>
      <w:r>
        <w:br/>
        <w:t>— Пане доктор, чудесний авшгїік... Кавальчик! Доктор не хоче й Клавдії відмовити і їсть авшпік.</w:t>
      </w:r>
    </w:p>
    <w:p>
      <w:r>
        <w:br/>
        <w:t>— Може, ще кавальчик? Прошу дуже! Чей я від вас коша не дістану?</w:t>
      </w:r>
    </w:p>
    <w:p>
      <w:r>
        <w:br/>
        <w:t>Професор дивиться, хто се знову єго просить: се наймолодша, Оля, кругленький смотрик, невеличкий, але найвід-важніший із сестер.</w:t>
      </w:r>
    </w:p>
    <w:p>
      <w:r>
        <w:br/>
        <w:t>— Не будете гніватися, як я вже подякую?</w:t>
      </w:r>
    </w:p>
    <w:p>
      <w:r>
        <w:br/>
        <w:t>— Буду гніватися, навіть дуже.</w:t>
      </w:r>
    </w:p>
    <w:p>
      <w:r>
        <w:br/>
        <w:t>— Ну, то я ще возьму, але тілько раз на вилки... Професор бере раз на вилки, і Оля відходить вдоволена.</w:t>
      </w:r>
    </w:p>
    <w:p>
      <w:r>
        <w:br/>
        <w:t>Настає маленька пауза; панни відходять до кухні. Гості п'ють пиво. В хаті гамір.</w:t>
      </w:r>
    </w:p>
    <w:p>
      <w:r>
        <w:br/>
        <w:t>По хвилині приходить з кухні сама господиня дому, ціла рум'яна від кухонного жару. За собою веде чвірку з полумисками — три доні і четверту наймичку, по-святочному прибрану. Бистрими очима дивиться на стіл і на гостей і бачить відразу, чи все в порядку.</w:t>
      </w:r>
    </w:p>
    <w:p>
      <w:r>
        <w:br/>
        <w:t>— Наталко, зачинай від пана доктора! — приказує мати, мов на війні.</w:t>
      </w:r>
    </w:p>
    <w:p>
      <w:r>
        <w:br/>
        <w:t>Наталка йде з полядвицею, куди її післали. Мати іде до старших гостей.</w:t>
      </w:r>
    </w:p>
    <w:p>
      <w:r>
        <w:br/>
        <w:t>Буркевич чує вже тепер, що душа сита, але бере кусень полядвиці, до того всякої огородовини і їсть. "Ще тілько се з'їм — і годі!" — постановляє собі.</w:t>
      </w:r>
    </w:p>
    <w:p>
      <w:r>
        <w:br/>
        <w:t>О. парох уважає сю хвилину за відповідну, щоби випити за здоровля о. декана і кондеканальних, котрі сьогодня стільки напрацювалися. Самих людей до сповіді мали з тисячу. Всі п'ють.</w:t>
      </w:r>
    </w:p>
    <w:p>
      <w:r>
        <w:br/>
        <w:t>— Пане доктор, прошу ще кусник полядвиці! Доктор дивиться: се сама пані Ладичинська просить.</w:t>
      </w:r>
    </w:p>
    <w:p>
      <w:r>
        <w:br/>
        <w:t>— Прошу пані не гніватися, я вже дякую, не можу.</w:t>
      </w:r>
    </w:p>
    <w:p>
      <w:r>
        <w:br/>
        <w:t>— Так панство мало їдять,— скаржиться пані вголос, щоби всі чули.— Може, не добре? На селі так трудно всього дістати. Чекайте, пане доктор, я вам виберу сама маленький кавальчик. Отсей буде добрий! Наталко, подай-но салату! А може, іншої ярини? Дай-но, Клавдзю, тамту са-лятирку!</w:t>
      </w:r>
    </w:p>
    <w:p>
      <w:r>
        <w:br/>
        <w:t>Буркевич дивиться, що се вже остання тарілка перед ним, гадає, що вже конець вечері, боїться відмовити пані і їсть кавальчик, вибраний нею. Нічого собі, справді добрий</w:t>
      </w:r>
    </w:p>
    <w:p>
      <w:r>
        <w:br/>
        <w:t>Отець декан-москвофіл встає і п'є на здоровля всіх все-чесніших, вс-епочтенніших і високоблагородних і особенно самого господаря і госпожі доматорки. Всі співають "Многія літа" на ноту "Шумі, Маріца". Се молодіж видумала якесь таке чудне мшоголіття...</w:t>
      </w:r>
    </w:p>
    <w:p>
      <w:r>
        <w:br/>
        <w:t>Панни і дві наймички збирають зі стола тарілки і кладуть чисті. Буркевич, зовсім уже наїджений, думає, на що се? Але за хвил-ину бачить: панна Наталка несе на великім полумиску печене порося, таке рум'яне, таке симпатичне, що, без пониження людського достоїнства і без гріха на сумлінні, варто єго поцілувати. Очі має з білка і перцю, в зубах хрін, а хвостик догори закручений, як живий. Чудо!</w:t>
      </w:r>
    </w:p>
    <w:p>
      <w:r>
        <w:br/>
        <w:t>Порося, ушкоджене тілько в околицях живота, доходить небавом до пана доктора. Сама пані Ладичинська провоз джає порося на тій остатній дорозі в незнану країну.</w:t>
      </w:r>
    </w:p>
    <w:p>
      <w:r>
        <w:br/>
        <w:t>— О пане доктор! — застерігається она відразу.— Се не може бути, аби ви не їли. Я знаю, що ви у великім місті привикли до ліпшого ("Де ж там!" — скрикнув по правді професор), але, чим хата багата... Прошу! Чекайте, я вам вкраю сама... Прошу їсти, се м'ягоньке, як риба. А ще начинки!</w:t>
      </w:r>
    </w:p>
    <w:p>
      <w:r>
        <w:br/>
        <w:t>— То забагато, пані! — борониться професор.— Прошу надібрати хоч з половину!</w:t>
      </w:r>
    </w:p>
    <w:p>
      <w:r>
        <w:br/>
        <w:t>— Не можна, пане доктор; хто ж бачив?! Іще скажете, що жалую. Нині роковий празник! їжте, їжте, то не зашкодить.</w:t>
      </w:r>
    </w:p>
    <w:p>
      <w:r>
        <w:br/>
        <w:t>Господиня відходить до інших гостей, професор пробує їсти. Нічого собі порося, хоч зі свинського роду, але смачне.</w:t>
      </w:r>
    </w:p>
    <w:p>
      <w:r>
        <w:br/>
        <w:t>— Може, ще кавальчик? — прискакує панна Наталка.</w:t>
      </w:r>
    </w:p>
    <w:p>
      <w:r>
        <w:br/>
        <w:t>— Боже борони! — відповідає Буркевич, майже настрашений, а про себе думає собі: "Ну, слава богу, годі вже! Гріх обжирства поповнив, се певно! Але се вже чей конець?"</w:t>
      </w:r>
    </w:p>
    <w:p>
      <w:r>
        <w:br/>
        <w:t>П'є четверту склянку пива. На душі єму легко, там нема ні дрібки сумніву, що хтось тут, у сій хаті, єму не рад. Він думає над тостом в честь панночок. Треба сказати — а добре бачить, що ніхто сего не зробить, тілько він. Встає, дзвонить у склянку і по дуже поетичнім переднім слові на тему патріархальних звичаїв і знаної ще з часів св. Володимира української гостинності, переходить до дому панства Ладичинських і бачить ту три ясні зорі: Наталку, Клавдзю і Олю. Ті зор-і освічують не лише небозвід над селом Гор-топами, але й над дальшою околицею. Сеедечним бажанням професора є, щоби сі зорі присвічували всім людям якнайдовше, а зокрема "кожному молодому, як іде додому".</w:t>
      </w:r>
    </w:p>
    <w:p>
      <w:r>
        <w:br/>
        <w:t>Від таких зірок шлях життя ясний, не заблудиш і до мети дійдеш, на здоровля їм! В руки панни Наталки!</w:t>
      </w:r>
    </w:p>
    <w:p>
      <w:r>
        <w:br/>
        <w:t>— Зривається "Многая літа", Як вітер, грімке і з баритоновим солом, і з повторюванням "многая-гая-гая літа-та-та" — одним словом, величне і щире.</w:t>
      </w:r>
    </w:p>
    <w:p>
      <w:r>
        <w:br/>
        <w:t>Панночки кланяються, усміхаються і біжать у кухню. Тим часом наймичка подає знову свіжі тарілки.</w:t>
      </w:r>
    </w:p>
    <w:p>
      <w:r>
        <w:br/>
        <w:t>— Ох! Господи! А се що буде?! — зітхає доктор і чує неспокій душі.</w:t>
      </w:r>
    </w:p>
    <w:p>
      <w:r>
        <w:br/>
        <w:t>Що буде, се він зараз бачить: се індик і смажені курята. До того всякі компоти!</w:t>
      </w:r>
    </w:p>
    <w:p>
      <w:r>
        <w:br/>
        <w:t>"Розтратні люди, але щирі, не жалують",— думає собі.</w:t>
      </w:r>
    </w:p>
    <w:p>
      <w:r>
        <w:br/>
        <w:t>— Пане доктор, я вам сама виберу кавальчик білого м'яса,— приговорює пані Ладичинська коло него.— А може, ви волите лабку?</w:t>
      </w:r>
    </w:p>
    <w:p>
      <w:r>
        <w:br/>
        <w:t>— Пані ласкава,— благає професор сердечним голосом.— Адже я бачу вашу щирість! Я справді не можу вже! Цілую руки!</w:t>
      </w:r>
    </w:p>
    <w:p>
      <w:r>
        <w:br/>
        <w:t>— Так-то так! — нарікає жалісливо господиня.— Доньки мої величаєте, а їсти того, що они наварили, не хочете. Певно, недобре! Я вже не маю навіть смілості просити!</w:t>
      </w:r>
    </w:p>
    <w:p>
      <w:r>
        <w:br/>
        <w:t>— Пані! — промовляє професор, як у школі, дуже поважно.— Все у вас чудесне, смачне, але я не привик, не можу... єй-богу!</w:t>
      </w:r>
    </w:p>
    <w:p>
      <w:r>
        <w:br/>
        <w:t>— Ну, то хоч кавальчик! Отсю маленьку лабку? Добре? Маленька лабка лягає перед професором на тарілці, але</w:t>
      </w:r>
    </w:p>
    <w:p>
      <w:r>
        <w:br/>
        <w:t>він єї вже не їсть.</w:t>
      </w:r>
    </w:p>
    <w:p>
      <w:r>
        <w:br/>
        <w:t>Пані Ладичинська бачить се здалека і шепче енергічно Наталці в вухо:</w:t>
      </w:r>
    </w:p>
    <w:p>
      <w:r>
        <w:br/>
        <w:t>— Якби він хотів тебе брати, то бігме, що не дам! Адже то якийсь хорий чоловік! Нічого не їсть.</w:t>
      </w:r>
    </w:p>
    <w:p>
      <w:r>
        <w:br/>
        <w:t>Панна Наталка дивиться з жалем на Буркевича,— справді, нічого не їсть, але веселий, сміється, щось розмовляє з сусідом. "Може, легуміну буде їсти?" —думає она собі і в серці чує правдивий смуток.</w:t>
      </w:r>
    </w:p>
    <w:p>
      <w:r>
        <w:br/>
        <w:t>Приходить чеколадова легуміна. Професор бере. На душі у Наталки легшає. Чей таки не хорий чоловік?</w:t>
      </w:r>
    </w:p>
    <w:p>
      <w:r>
        <w:br/>
        <w:t>Потім морожене. І сего бере Буркевич. Ну, слава богу! Вино п'є, мороженого навіть другий раз бере — здається, здоровий.</w:t>
      </w:r>
    </w:p>
    <w:p>
      <w:r>
        <w:br/>
        <w:t>Гості встають. Священики хрестяться і моляться. Всі дякують собі посполу за товариство.</w:t>
      </w:r>
    </w:p>
    <w:p>
      <w:r>
        <w:br/>
        <w:t>Буркевич дякує також і виходить до саду. На небі зірок більше, як у хаті, у саду милий холодок.</w:t>
      </w:r>
    </w:p>
    <w:p>
      <w:r>
        <w:br/>
        <w:t>— Ох! Господи! Як же я об'ївся! — зітхає він.— На тиждень вистало би.</w:t>
      </w:r>
    </w:p>
    <w:p>
      <w:r>
        <w:br/>
        <w:t>Надходить священик, товариш професора ще з гімназії.</w:t>
      </w:r>
    </w:p>
    <w:p>
      <w:r>
        <w:br/>
        <w:t>— Страшно! — нарікає Буркевич.</w:t>
      </w:r>
    </w:p>
    <w:p>
      <w:r>
        <w:br/>
        <w:t>— Що страшно? — питається товариш.</w:t>
      </w:r>
    </w:p>
    <w:p>
      <w:r>
        <w:br/>
        <w:t>— Страшно наївся! Де ж так можна?! Просять і просять!</w:t>
      </w:r>
    </w:p>
    <w:p>
      <w:r>
        <w:br/>
        <w:t>— Ладичинські добрі люди.</w:t>
      </w:r>
    </w:p>
    <w:p>
      <w:r>
        <w:br/>
        <w:t>— Я сам бачу і знаю, що добрі, тілько... най чорт побере такі патріархальні звичаї!</w:t>
      </w:r>
    </w:p>
    <w:p>
      <w:r>
        <w:br/>
        <w:t>— Ходи до хати!</w:t>
      </w:r>
    </w:p>
    <w:p>
      <w:r>
        <w:br/>
        <w:t>— Чекай, най відсапну!</w:t>
      </w:r>
    </w:p>
    <w:p>
      <w:r>
        <w:br/>
        <w:t>— Ох! ох! ох! ото! Як можна так обгодовувати християнина? !</w:t>
      </w:r>
    </w:p>
    <w:p>
      <w:r>
        <w:br/>
        <w:t>— Пане доктор! — чути голос Наталки в саду.— Де ви?</w:t>
      </w:r>
    </w:p>
    <w:p>
      <w:r>
        <w:br/>
        <w:t>— Я тут. Ох! ох!</w:t>
      </w:r>
    </w:p>
    <w:p>
      <w:r>
        <w:br/>
        <w:t>Товариш відходить — розуміє діло.</w:t>
      </w:r>
    </w:p>
    <w:p>
      <w:r>
        <w:br/>
        <w:t>— Може, ще чаю нап'єтеся? — питається Наталка.</w:t>
      </w:r>
    </w:p>
    <w:p>
      <w:r>
        <w:br/>
        <w:t>— Нічого вже, панночко люба, хоч бийте мене! Тілько дайте мені ще свою ручку поцілувати на десерт!</w:t>
      </w:r>
    </w:p>
    <w:p>
      <w:r>
        <w:br/>
        <w:t>— Не можна! Я не їмосць!</w:t>
      </w:r>
    </w:p>
    <w:p>
      <w:r>
        <w:br/>
        <w:t>І панна Наталка втікає додому. Але на ґанку вже стоїть її мама, котра все бачить, все чує і всюди є. Она бере доньку в сіни і шепче їй в вухо:</w:t>
      </w:r>
    </w:p>
    <w:p>
      <w:r>
        <w:br/>
        <w:t>— Ти не осмілюй єго занадто! Се якийсь хорий чоловік... їсти не хоче... Потім возися з ним по купелях. Не спіши! Врешті, побачимо...</w:t>
      </w:r>
    </w:p>
    <w:p>
      <w:r>
        <w:br/>
        <w:t>Панна Наталка, трохи засмучена маминою діагнозою, старається нагадати собі, чи Буркевич їв досить, чи мало, визирає цікаво з ганку в сад і бачить, як він вертає в хату.</w:t>
      </w:r>
    </w:p>
    <w:p>
      <w:r>
        <w:br/>
        <w:t>— А я за вами, панно Наталко! — кричить здалека. Наталка ховається в сіни, але слідить пильно, чи він</w:t>
      </w:r>
    </w:p>
    <w:p>
      <w:r>
        <w:br/>
        <w:t>справді йде за нею. Він йде.</w:t>
      </w:r>
    </w:p>
    <w:p>
      <w:r>
        <w:br/>
        <w:t>1913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