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Принциповий</w:t>
      </w:r>
    </w:p>
    <w:p>
      <w:r>
        <w:br/>
        <w:t xml:space="preserve"> &lt;p&gt;Коли до мене підійшли однокласники й попрохали 15 копійок на подарунок Антону Стрижаку з нагоди його дня народження, я категорично заявив:</w:t>
      </w:r>
    </w:p>
    <w:p>
      <w:r>
        <w:br/>
        <w:t>— Не дам! Ні копійки!</w:t>
      </w:r>
    </w:p>
    <w:p>
      <w:r>
        <w:br/>
        <w:t>— Чому? — цікавляться здивовано, переглянувшись.</w:t>
      </w:r>
    </w:p>
    <w:p>
      <w:r>
        <w:br/>
        <w:t>— Просто так, із принципу.</w:t>
      </w:r>
    </w:p>
    <w:p>
      <w:r>
        <w:br/>
        <w:t>— Жаднюга! — прошипіли за спиною.</w:t>
      </w:r>
    </w:p>
    <w:p>
      <w:r>
        <w:br/>
        <w:t>Це мене образило. Аж серце защеміло. Так погано подумати про мене, прекрасну людину й хорошого учня. Вирішив пояснити.</w:t>
      </w:r>
    </w:p>
    <w:p>
      <w:r>
        <w:br/>
        <w:t>— Мені не жаль, заявляю.— От коли б, приміром, у нашого іменинника згорів піджак, я б із задоволенням дав йому цілого карбованця, зекономленого на пиріжках. Чи, приміром, такий випадок. Знайшовся добрий чоловік, який би викрав мопед "Верховина" у нашого старости класу Конюшенка. Цілих п'ять карбованців відірвав би від серця. Мені не жаль. Беріть. Ну, що, є бажаючі? Отож-бо й воно. Мовчите! Хороші гроші заплатив би за двійки у журналі відмінників Галстученка, Пончикова, Сидоренка... Самі тепер бачите, що грошей мені не жаль.</w:t>
      </w:r>
    </w:p>
    <w:p>
      <w:r>
        <w:br/>
        <w:t>— Так ти даси 15 копійок чи ні? — доскіпуються.</w:t>
      </w:r>
    </w:p>
    <w:p>
      <w:r>
        <w:br/>
        <w:t>— Навіщо?</w:t>
      </w:r>
    </w:p>
    <w:p>
      <w:r>
        <w:br/>
        <w:t>— Іменини.</w:t>
      </w:r>
    </w:p>
    <w:p>
      <w:r>
        <w:br/>
        <w:t>— Не дам. Просто так, із принципу. От коли під час святкування в іменинника загориться квартира й усе піде прахом, тоді жду. А так... Я принциповий!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Принциповий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