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Принцеса Іванна</w:t>
      </w:r>
    </w:p>
    <w:p>
      <w:r>
        <w:br/>
        <w:t xml:space="preserve"> &lt;p&gt;Дивовижні пригоди незвичайної принцеси</w:t>
      </w:r>
    </w:p>
    <w:p>
      <w:r>
        <w:br/>
        <w:t>Розділ перший</w:t>
      </w:r>
    </w:p>
    <w:p>
      <w:r>
        <w:br/>
        <w:t>в якому ти, мій юний читачу, познайомишся з героїнею цієї казкової оповіді</w:t>
      </w:r>
    </w:p>
    <w:p>
      <w:r>
        <w:br/>
        <w:t>— Де Принцеса, йолі-палі? Зараз почнеться королівський прийом, на якому їй обов’язково слід бути, а вона знову десь заповітрилась… Прем’єр-Міністре, негайно розшукайте Принцесу Іванну і приведіть її сюди, хоч би як вона пручалася!</w:t>
      </w:r>
    </w:p>
    <w:p>
      <w:r>
        <w:br/>
        <w:t>— Слухаюсь, Ваша Величносте! — вклонився Прем'єр— Міністр і подріботів шукати Принцесу.</w:t>
      </w:r>
    </w:p>
    <w:p>
      <w:r>
        <w:br/>
        <w:t>— Що це за вибрики? Королево, як ви її виховували, йолі-палі?</w:t>
      </w:r>
    </w:p>
    <w:p>
      <w:r>
        <w:br/>
        <w:t>— Ви ж знаєте, яка в неї вдача, Ваша Величносте! Я намагалась, намагалась, але ж ви бачите…</w:t>
      </w:r>
    </w:p>
    <w:p>
      <w:r>
        <w:br/>
        <w:t>Королева заплакала.</w:t>
      </w:r>
    </w:p>
    <w:p>
      <w:r>
        <w:br/>
        <w:t>— Не рюмсати треба, а виховувати! Ви аж надто церемонитеся з нею, йолі-палі, — сердито мовив Король.</w:t>
      </w:r>
    </w:p>
    <w:p>
      <w:r>
        <w:br/>
        <w:t>Незабаром з’явився Прем’єр-Міністр. За собою він тягнув Принцесу Іванну — кирпату веснянкувату білявку.</w:t>
      </w:r>
    </w:p>
    <w:p>
      <w:r>
        <w:br/>
        <w:t>— Не тягніть мене так, бо вкушу! — репетувала Принцеса.</w:t>
      </w:r>
    </w:p>
    <w:p>
      <w:r>
        <w:br/>
        <w:t>— Принцесо! Як ви поводитеся?! — вигукнув Король. — Зараз почнеться королівський прийом, прибудуть посли всіх королівств, а ви ще не вбралися як слід!</w:t>
      </w:r>
    </w:p>
    <w:p>
      <w:r>
        <w:br/>
        <w:t>— А от і не піду я нікуди! — вигукнула Принцеса. — Мені остогидли всі ці прийоми. Там нудно! Я хочу жити, як усі люди, хочу, щоб у моєму житті були різні події, пригоди! Я втечу з королівства, от побачите!</w:t>
      </w:r>
    </w:p>
    <w:p>
      <w:r>
        <w:br/>
        <w:t>Принцеса ще й ніжкою тупнула.</w:t>
      </w:r>
    </w:p>
    <w:p>
      <w:r>
        <w:br/>
        <w:t>Король відповів:</w:t>
      </w:r>
    </w:p>
    <w:p>
      <w:r>
        <w:br/>
        <w:t>— Я накажу вас зв’язати й замкнути! А послам скажу, що ви захворіли. Прем’єр-Міністре, тягніть Принцесу на другий поверх до її спальні!</w:t>
      </w:r>
    </w:p>
    <w:p>
      <w:r>
        <w:br/>
        <w:t>— Ой, — скрикнув Прем’єр-Міністр, — вона мене вкусила!</w:t>
      </w:r>
    </w:p>
    <w:p>
      <w:r>
        <w:br/>
        <w:t>— Не зважайте! Тягніть! — наказав Король. — Мене вона теж колись кусала, йолі-палі.</w:t>
      </w:r>
    </w:p>
    <w:p>
      <w:r>
        <w:br/>
        <w:t>І Прем'єр-Міністр, незважаючи на супротив Принцеси, ойкаючи, потягнув її на другий поверх. Королева плакала, а Король знай собі лаявся.</w:t>
      </w:r>
    </w:p>
    <w:p>
      <w:r>
        <w:br/>
        <w:t>Король любив порядок і хотів, щоб його слухались. Іванною Принцесу назвав саме він. Як і всі королі, він чекав народження сина, принца-спадкоємця. Вже й ім’я йому підібрав — Іван. Але народилася донька. Король не зміг відмовитися від дорогого для нього імені, тому Принцесу назвали Іванною. І справді, ім’я це їй дуже пасувало, тому що змалку вже було добре видно, що вдача в неї хлоп’яча.</w:t>
      </w:r>
    </w:p>
    <w:p>
      <w:r>
        <w:br/>
        <w:t>Головним уподобанням Короля були королівські прийоми і королівські бали з танцями. А також він полюбляв телевізійні новини. Королева тільки вночі, коли Король спав, мала змогу подивитися по телевізору різні серіали про любов. Іванні ж Король взагалі заборонив дивитися телевізор та грати в казк’ютерні ігри. Не знала вона і справжніх дитячих розваг.</w:t>
      </w:r>
    </w:p>
    <w:p>
      <w:r>
        <w:br/>
        <w:t>Отже, ви розумієте, яке невеселе життя було в Іванни.</w:t>
      </w:r>
    </w:p>
    <w:p>
      <w:r>
        <w:br/>
        <w:t>Після королівського прийому Королева пошвидкувала на другий поверх. Материнське серце стискалося від недобрих передчуттів. І недарма.</w:t>
      </w:r>
    </w:p>
    <w:p>
      <w:r>
        <w:br/>
        <w:t>Вікно у спальні Принцеси було відчинене, і з нього звисали зв’язані простирадла.</w:t>
      </w:r>
    </w:p>
    <w:p>
      <w:r>
        <w:br/>
        <w:t>На столі лежала записка:</w:t>
      </w:r>
    </w:p>
    <w:p>
      <w:r>
        <w:br/>
        <w:t>Мамо! Прощайте! Я втекла.</w:t>
      </w:r>
    </w:p>
    <w:p>
      <w:r>
        <w:br/>
        <w:t>Буду шукати веселих пригод і</w:t>
      </w:r>
    </w:p>
    <w:p>
      <w:r>
        <w:br/>
        <w:t>несподіванок. Не хвилюйтесь!</w:t>
      </w:r>
    </w:p>
    <w:p>
      <w:r>
        <w:br/>
        <w:t>Не пропаду! Ви ж мене знаєте!</w:t>
      </w:r>
    </w:p>
    <w:p>
      <w:r>
        <w:br/>
        <w:t>Постояти за себе завжди зможу.</w:t>
      </w:r>
    </w:p>
    <w:p>
      <w:r>
        <w:br/>
        <w:t>Обіймаю! Іванна</w:t>
      </w:r>
    </w:p>
    <w:p>
      <w:r>
        <w:br/>
        <w:t>Королева зойкнула, схопила записку й побігла сповіщати Королю страшну новину. Король лайнувся, гукнув Прем’єр-Міністра і наказав організувати пошуки й погоню.</w:t>
      </w:r>
    </w:p>
    <w:p>
      <w:r>
        <w:br/>
        <w:t>Розділ другий</w:t>
      </w:r>
    </w:p>
    <w:p>
      <w:r>
        <w:br/>
        <w:t>в якому Принцеса зустрічається з Мудрецем Розуманом і від нього дізнається, що на неї чекають незвичайні події</w:t>
      </w:r>
    </w:p>
    <w:p>
      <w:r>
        <w:br/>
        <w:t>Іванна бігла по дорозі й думала: "Оце ж мати прочитає зараз мою записку, покаже її батькові, а він накаже спорядити погоню. Як мені врятуватися? Де мені сховатися?"</w:t>
      </w:r>
    </w:p>
    <w:p>
      <w:r>
        <w:br/>
        <w:t>Враз перед дівчиною з’явився лисий як коліно дідок з довгою, вузькою, сивою бородою.</w:t>
      </w:r>
    </w:p>
    <w:p>
      <w:r>
        <w:br/>
        <w:t>— Не хвилюйтеся, Принцесо, я допоможу вам сховатися від погоні! — люб’язно усміхнувся він.</w:t>
      </w:r>
    </w:p>
    <w:p>
      <w:r>
        <w:br/>
        <w:t>— А звідки ви знаєте, про що я зараз думаю? І хто ви такий? — здивувалася Принцеса.</w:t>
      </w:r>
    </w:p>
    <w:p>
      <w:r>
        <w:br/>
        <w:t>— Я — Мудрець Розуман. Все відаю, все знаю. Будьмо знайомі! — знову всміхнувся дідок. — Будь ласка, дайте мені руку.</w:t>
      </w:r>
    </w:p>
    <w:p>
      <w:r>
        <w:br/>
        <w:t>Принцеса простягнула йому руку й одразу ж стала невидимою. Мудрець Розуман теж став невидимим.</w:t>
      </w:r>
    </w:p>
    <w:p>
      <w:r>
        <w:br/>
        <w:t>І тут почувся тупіт коней. Вдалині Іванна помітила погоню на чолі з Прем’єр-Міністром. Вершники на конях промчали повз, і тоді Мудрець Розуман сказав:</w:t>
      </w:r>
    </w:p>
    <w:p>
      <w:r>
        <w:br/>
        <w:t>— Залишимось невидимими. Невдовзі Прем’єр-Міністр повернеться. Зараз я вам дещо розкажу…</w:t>
      </w:r>
    </w:p>
    <w:p>
      <w:r>
        <w:br/>
        <w:t>Та знову почувся цокіт копит, повз них ще раз промчала погоня на чолі з Прем’єр-Міністром. Певна річ, принцеси Іванни він не знайшов. Щойно за обрієм зник останній вершник, Принцеса відчула на своїй руці дотик і одразу побачила Мудреця. Вони знову стали видимими.</w:t>
      </w:r>
    </w:p>
    <w:p>
      <w:r>
        <w:br/>
        <w:t>— То куди ж ви тікали, мила Принцесо? — спитав Мудрець.</w:t>
      </w:r>
    </w:p>
    <w:p>
      <w:r>
        <w:br/>
        <w:t>— А ви ж кажете, що ви — Розуман: все відаєте, все знаєте. То чого ж питаєте? — усміхнулася Принцеса.</w:t>
      </w:r>
    </w:p>
    <w:p>
      <w:r>
        <w:br/>
        <w:t>— Я то знаю, але хочу, щоб ви самі пояснили ваш вчинок.</w:t>
      </w:r>
    </w:p>
    <w:p>
      <w:r>
        <w:br/>
        <w:t>— Набридло мені нудне королівське життя. Хочу пригод і несподіванок.</w:t>
      </w:r>
    </w:p>
    <w:p>
      <w:r>
        <w:br/>
        <w:t>— Але шукати пригод і несподіванок без мети — це ж безглуздя!</w:t>
      </w:r>
    </w:p>
    <w:p>
      <w:r>
        <w:br/>
        <w:t>— А яка має бути мета?</w:t>
      </w:r>
    </w:p>
    <w:p>
      <w:r>
        <w:br/>
        <w:t>— Ну, хоча б врятувати когось з біди.</w:t>
      </w:r>
    </w:p>
    <w:p>
      <w:r>
        <w:br/>
        <w:t>— Кого?</w:t>
      </w:r>
    </w:p>
    <w:p>
      <w:r>
        <w:br/>
        <w:t>— Скоро ви зустрінете того, хто потрапив у біду. Але ви мусите бути хоробрі й рішучі.</w:t>
      </w:r>
    </w:p>
    <w:p>
      <w:r>
        <w:br/>
        <w:t>— Я не з боязких, ви ж, напевно, знаєте?</w:t>
      </w:r>
    </w:p>
    <w:p>
      <w:r>
        <w:br/>
        <w:t>— Вам, Принцесо, доведеться робити вибір — або про свої бажання дбати, або когось рятувати. Отож слухайте.</w:t>
      </w:r>
    </w:p>
    <w:p>
      <w:r>
        <w:br/>
        <w:t>За Чорними Горами є так званий Воронячий Ліс, де над чорними воронами-круками владарює злий та підступний Каркарон. Він задумав знищити чарівну квітку, Жоржину-Веселину, що росте на Орлиній полонині, в Синіх Горах, у королівстві Орландії.</w:t>
      </w:r>
    </w:p>
    <w:p>
      <w:r>
        <w:br/>
        <w:t>Ця квітка має чарівну силу. Хто хоч раз погляне на Жоржину-Веселину, отримає від неї допомогу, забуде про свої прикрощі, стане веселим і щасливим. До того ж чарівна квітка спонукає дітей і дорослих на добрі вчинки.</w:t>
      </w:r>
    </w:p>
    <w:p>
      <w:r>
        <w:br/>
        <w:t>Злий підступний Каркарон уже збирає своє вороняче військо, щоб іти війною на Орландію. Доведеться Вам, Принцесо, взяти учать у порятунку чарівної квітки. Але перед тим вас чекають ще й інші небезпечні пригоди. Не злякаєтесь?</w:t>
      </w:r>
    </w:p>
    <w:p>
      <w:r>
        <w:br/>
        <w:t>— Я ж казала, що не з лякливих.</w:t>
      </w:r>
    </w:p>
    <w:p>
      <w:r>
        <w:br/>
        <w:t>— Тоді йдіть по цій дорозі й нікуди не звертайте, — сказав Мудрець Розуман і одразу зник.</w:t>
      </w:r>
    </w:p>
    <w:p>
      <w:r>
        <w:br/>
        <w:t>А Принцеса Іванна пішла далі.</w:t>
      </w:r>
    </w:p>
    <w:p>
      <w:r>
        <w:br/>
        <w:t>Розділ третій</w:t>
      </w:r>
    </w:p>
    <w:p>
      <w:r>
        <w:br/>
        <w:t>в якому відбувається пригода, вкрай несподівана і незвичайна</w:t>
      </w:r>
    </w:p>
    <w:p>
      <w:r>
        <w:br/>
        <w:t>Ішла Принцеса, ішла, раптом бачить — лежить на траві біля дороги якийсь дивний дідусь з сивою настовбурченою чуприною і репетує:</w:t>
      </w:r>
    </w:p>
    <w:p>
      <w:r>
        <w:br/>
        <w:t>Ой, рятуйте! Ой, спасайте!</w:t>
      </w:r>
    </w:p>
    <w:p>
      <w:r>
        <w:br/>
        <w:t>Ой, від мене не тікайте!</w:t>
      </w:r>
    </w:p>
    <w:p>
      <w:r>
        <w:br/>
        <w:t>Ой, болить, болить, болить!</w:t>
      </w:r>
    </w:p>
    <w:p>
      <w:r>
        <w:br/>
        <w:t>Не вщухає ні на мить!</w:t>
      </w:r>
    </w:p>
    <w:p>
      <w:r>
        <w:br/>
        <w:t>Схилилася Принцеса до дідуся.</w:t>
      </w:r>
    </w:p>
    <w:p>
      <w:r>
        <w:br/>
        <w:t>— Що з вами?</w:t>
      </w:r>
    </w:p>
    <w:p>
      <w:r>
        <w:br/>
        <w:t>— Ой, нога, нога болить!</w:t>
      </w:r>
    </w:p>
    <w:p>
      <w:r>
        <w:br/>
        <w:t>Не вщухає ні на мить!</w:t>
      </w:r>
    </w:p>
    <w:p>
      <w:r>
        <w:br/>
        <w:t>Не тікайте! Поможіть!</w:t>
      </w:r>
    </w:p>
    <w:p>
      <w:r>
        <w:br/>
        <w:t>Принцеса спробувала через силу підняти дідуся. Він обхопив її за плечі й підвівся.</w:t>
      </w:r>
    </w:p>
    <w:p>
      <w:r>
        <w:br/>
        <w:t>— Спасибі, донечко! Одведіть мене, будь ласка, до мого будинку.</w:t>
      </w:r>
    </w:p>
    <w:p>
      <w:r>
        <w:br/>
        <w:t>Пішли вони поволі до лісу. Там, на галявині, стояла невелика хатинка, з усіх боків оточена квітами.</w:t>
      </w:r>
    </w:p>
    <w:p>
      <w:r>
        <w:br/>
        <w:t>Принцеса, хоча й мала хлоп’ячу вдачу, та, як усі дівчата, любила квіти.</w:t>
      </w:r>
    </w:p>
    <w:p>
      <w:r>
        <w:br/>
        <w:t>— А ви, Принцесо, розумієтесь на квітах? — спитав дідусь.</w:t>
      </w:r>
    </w:p>
    <w:p>
      <w:r>
        <w:br/>
        <w:t>— Аякже! Звичайно, розуміюсь.</w:t>
      </w:r>
    </w:p>
    <w:p>
      <w:r>
        <w:br/>
        <w:t>— Оце яка квітка? — вказав пальцем старенький.</w:t>
      </w:r>
    </w:p>
    <w:p>
      <w:r>
        <w:br/>
        <w:t>— Троянда.</w:t>
      </w:r>
    </w:p>
    <w:p>
      <w:r>
        <w:br/>
        <w:t>— А це?</w:t>
      </w:r>
    </w:p>
    <w:p>
      <w:r>
        <w:br/>
        <w:t>— Півники.</w:t>
      </w:r>
    </w:p>
    <w:p>
      <w:r>
        <w:br/>
        <w:t>— А це?</w:t>
      </w:r>
    </w:p>
    <w:p>
      <w:r>
        <w:br/>
        <w:t>— Айстри.</w:t>
      </w:r>
    </w:p>
    <w:p>
      <w:r>
        <w:br/>
        <w:t>— А це?</w:t>
      </w:r>
    </w:p>
    <w:p>
      <w:r>
        <w:br/>
        <w:t>— Жоржина.</w:t>
      </w:r>
    </w:p>
    <w:p>
      <w:r>
        <w:br/>
        <w:t>— Звичайна жоржина? Чи незвичайна, чарівна? — хитро подивився дідусь на Іванну.</w:t>
      </w:r>
    </w:p>
    <w:p>
      <w:r>
        <w:br/>
        <w:t>Принцеса пильно глянула на дідуся. Був він у картатому, обв’язаному круг шиї, шарфі, який закривав підборіддя. Але щось знайоме промайнуло в його очах.</w:t>
      </w:r>
    </w:p>
    <w:p>
      <w:r>
        <w:br/>
        <w:t>— А звідки ви знаєте про чарівну Жоржину-Веселину? Хто ви такий?</w:t>
      </w:r>
    </w:p>
    <w:p>
      <w:r>
        <w:br/>
        <w:t>— Ви думаєте, що про чарівну Жоржину-Веселину тільки ваш Мудрець Розуман знає? Я теж, як і він, все відаю, все знаю, бо я — його рідний брат-близнець Мудрило. І я знаю, що ви шукаєте Жоржину-Веселину. От вона — перед вами!</w:t>
      </w:r>
    </w:p>
    <w:p>
      <w:r>
        <w:br/>
        <w:t>— Ні! Неправда! Це не Жоржина-Веселина! Бо від погляду на неї мені не стало весело. І я не відчула себе щасливою. Нащо ви мене обманюєте? Я мушу пережити багато пригод і небезпек, взяти участь у порятунку Жоржини-Веселини. Тільки тоді я зможу її побачити.</w:t>
      </w:r>
    </w:p>
    <w:p>
      <w:r>
        <w:br/>
        <w:t>— А якщо я вас не випущу? І примушу доглядати за квітами? Ви ж любите квіти. Ми з братом завжди сперечаємось — хто з нас мудріший, хто з нас сильніший. Я вас у нього заберу. І Мудрило заспівав:</w:t>
      </w:r>
    </w:p>
    <w:p>
      <w:r>
        <w:br/>
        <w:t>Будете жити любо і мило</w:t>
      </w:r>
    </w:p>
    <w:p>
      <w:r>
        <w:br/>
        <w:t>У мене, Мудреця Мудрило.</w:t>
      </w:r>
    </w:p>
    <w:p>
      <w:r>
        <w:br/>
        <w:t>Що бажатимете,</w:t>
      </w:r>
    </w:p>
    <w:p>
      <w:r>
        <w:br/>
        <w:t>Те і матимете.</w:t>
      </w:r>
    </w:p>
    <w:p>
      <w:r>
        <w:br/>
        <w:t>— Так от, я і бажаю — відпустіть мене негайно! — тупнула ніжкою Принцеса.</w:t>
      </w:r>
    </w:p>
    <w:p>
      <w:r>
        <w:br/>
        <w:t>— Ви, Принцесо, молодець! Маскарадові кінець! — дідусь рвучко скинув перуку з голови, зняв шарф і розмотав обернену круг шиї довгу й вузьку сиву бороду. Перед Принцесою стояв Мудрець Розуман.</w:t>
      </w:r>
    </w:p>
    <w:p>
      <w:r>
        <w:br/>
        <w:t>— Пробачте мене, Принцесо, за це перевтілення, — сказав він. Я все відаю і все знаю, та іноді себе перевіряю. Ви показали себе якнайкраще. А головне — незрадливою. На вас можна покластися. Ви не підведете. Я ніколи нікого не приводив до себе додому. Тільки вас.</w:t>
      </w:r>
    </w:p>
    <w:p>
      <w:r>
        <w:br/>
        <w:t>Мудрець узяв Принцесу за руку і вивів на дорогу, до місця, з якого почалася їхня пригода.</w:t>
      </w:r>
    </w:p>
    <w:p>
      <w:r>
        <w:br/>
        <w:t>— А тепер ідіть і нікуди не звертайте. Скоро ви побачите того, кому потрібна ваша допомога. Щасливо! і Принцеса пішла далі.</w:t>
      </w:r>
    </w:p>
    <w:p>
      <w:r>
        <w:br/>
        <w:t>Розділ четвертий</w:t>
      </w:r>
    </w:p>
    <w:p>
      <w:r>
        <w:br/>
        <w:t>в якому Принцеса зустрічає Фею Книжану, довідується про її біду і вирішує допомогти</w:t>
      </w:r>
    </w:p>
    <w:p>
      <w:r>
        <w:br/>
        <w:t>Ішла Принцеса, ішла, аж раптом бачить — сидить край дороги молода чарівна жінка і плаче.</w:t>
      </w:r>
    </w:p>
    <w:p>
      <w:r>
        <w:br/>
        <w:t>— Що з вами? — спитала її Принцеса. — Хто ви така? І чого так гірко плачете?</w:t>
      </w:r>
    </w:p>
    <w:p>
      <w:r>
        <w:br/>
        <w:t>— Я Фея Книжана. Як же мені не плакати, коли в мене така біда! Я ішла на Казкове телебачення, щоб запропонувати передачу "Світ книжковий — світ казковий". Хотіла повернути дітей до читання книжок. Бо через усі ті казк’ютери, казк’ютерні ігри та телесеріали вони зовсім розучилися читати книжки. А без книжок не зможе розвиватися дитяча уява, фантазія. Адже читаючи, кожен уявляє собі те, про що написано в книзі. А коли просто дивитися на екран, то уявляти вже нічого не треба, все зробили режисер і актори. Але мені повідомили про страшну новину — Казкове Телебачення захопила Баба Яга. І всі добрі програми повикидала.</w:t>
      </w:r>
    </w:p>
    <w:p>
      <w:r>
        <w:br/>
        <w:t>Тут Принцеса почула тихий голос Мудреця Розумана. Той був невидимим, і Фея Книжана його не помітила.</w:t>
      </w:r>
    </w:p>
    <w:p>
      <w:r>
        <w:br/>
        <w:t>— Ви, Принцесо, повинні піти на Казкове Телебачення, — прошепотів Іванні на вухо Мудрець. — Я вам потім підкажу, як боротися з Бабою Ягою.</w:t>
      </w:r>
    </w:p>
    <w:p>
      <w:r>
        <w:br/>
        <w:t>— Не плачте, Феє Книжано! — сказала Принцеса. — Я зараз піду на Казкове Телебачення і спробую все владнати.</w:t>
      </w:r>
    </w:p>
    <w:p>
      <w:r>
        <w:br/>
        <w:t>Принцеса попрощалася з Феєю Книжаною і пішла далі. І знову з’явився перед нею Мудрець Розуман.</w:t>
      </w:r>
    </w:p>
    <w:p>
      <w:r>
        <w:br/>
        <w:t>— Доведеться вам, Принцесо, змагатися з Бабою Ягою. Жоден з чоловіків перед злою силою Баби Яги безсилий. Її може перемогти тільки жінка.</w:t>
      </w:r>
    </w:p>
    <w:p>
      <w:r>
        <w:br/>
        <w:t>— А як же я зможу перемогти Бабу Ягу? — здивувалася Принцеса.</w:t>
      </w:r>
    </w:p>
    <w:p>
      <w:r>
        <w:br/>
        <w:t>— Баба Яга, — усміхнувся Мудрець, — хоч кульгава і горбата, та й, будьмо відвертими, не надто вродлива, однак вона жінка, і їй притаманні всі жіночі слабкості. На цьому ви й зіграєте. От вам чарівні люстерко і гребінець. Будьте з Бабою Ягою якомога ніжніші, лагідніші й водночас використайте ці предмети для знищення злих чарів Баби Яги. Зробіть так, щоб вона взяла до рук гребінця й люстерко — їх сила здолає злі чари старої. Та будьте пильні. Якщо Баба Яга викриє ваш задум, то завиграшки знищить вас!</w:t>
      </w:r>
    </w:p>
    <w:p>
      <w:r>
        <w:br/>
        <w:t>Мудрець Розуман простягнув Принцесі гребінця й люстерко.</w:t>
      </w:r>
    </w:p>
    <w:p>
      <w:r>
        <w:br/>
        <w:t>— Ідіть і нікуди не звертайте, невдовзі ви зустрінете двох хлопців-чарівників.</w:t>
      </w:r>
    </w:p>
    <w:p>
      <w:r>
        <w:br/>
        <w:t>Вони допоможуть вам у скруті, стануть справжніми друзями. Щасти, Іванно!</w:t>
      </w:r>
    </w:p>
    <w:p>
      <w:r>
        <w:br/>
        <w:t>Не бійтесь, я пильно стежитиму за вами і, в разі потреби, допоможу.</w:t>
      </w:r>
    </w:p>
    <w:p>
      <w:r>
        <w:br/>
        <w:t>По цих словах Розуман зник.</w:t>
      </w:r>
    </w:p>
    <w:p>
      <w:r>
        <w:br/>
        <w:t>А Принцеса Іванна пішла далі.</w:t>
      </w:r>
    </w:p>
    <w:p>
      <w:r>
        <w:br/>
        <w:t>Розділ п’ятий</w:t>
      </w:r>
    </w:p>
    <w:p>
      <w:r>
        <w:br/>
        <w:t>в якому з’являються юні чарівники Лесик Веселесик і Андрійко Фантазер. Слова Мудреця справджуються</w:t>
      </w:r>
    </w:p>
    <w:p>
      <w:r>
        <w:br/>
        <w:t>Вони з’явилися так несподівано і раптово, наче з-під землі виросли. Ще мить тому дорога була безлюдною, порожньою, аж ось…</w:t>
      </w:r>
    </w:p>
    <w:p>
      <w:r>
        <w:br/>
        <w:t>Принцеса дуже здивувалася, коли раптом перед нею з’явилися двоє хлопців. Один усміхнений, дивакуватий, в яскравому, наче клоунському, костюмі. Другий теж наче циркач, тільки схожий на фокусника, ілюзіоніста — в циліндрі, загадковий, замріяний.</w:t>
      </w:r>
    </w:p>
    <w:p>
      <w:r>
        <w:br/>
        <w:t>Він першим і привітався.</w:t>
      </w:r>
    </w:p>
    <w:p>
      <w:r>
        <w:br/>
        <w:t>— Здрастуйте, Принцесо!</w:t>
      </w:r>
    </w:p>
    <w:p>
      <w:r>
        <w:br/>
        <w:t>— Здоровенькі були! — весело підхопив "клоун".</w:t>
      </w:r>
    </w:p>
    <w:p>
      <w:r>
        <w:br/>
        <w:t>"Звідки вони знають, що я Принцеса?" — подумала Іванна.</w:t>
      </w:r>
    </w:p>
    <w:p>
      <w:r>
        <w:br/>
        <w:t>Дівчина чемно привіталася:</w:t>
      </w:r>
    </w:p>
    <w:p>
      <w:r>
        <w:br/>
        <w:t>— Здрастуйте, панове! А хто ви такі будете?</w:t>
      </w:r>
    </w:p>
    <w:p>
      <w:r>
        <w:br/>
        <w:t>— Ми — чарівники, — відрекомендувався "клоун". Мене звуть Лесик Веселесик. Я своїми жартами всіх веселю.</w:t>
      </w:r>
    </w:p>
    <w:p>
      <w:r>
        <w:br/>
        <w:t>— А я — Андрійко Фантазер. Все, що я собі уявляю, одразу з’являється, — представився другий.</w:t>
      </w:r>
    </w:p>
    <w:p>
      <w:r>
        <w:br/>
        <w:t>— Так не буває, — заперечила Принцеса, — навіть у казках!</w:t>
      </w:r>
    </w:p>
    <w:p>
      <w:r>
        <w:br/>
        <w:t>— Не вірите, то зараз перевіримо.</w:t>
      </w:r>
    </w:p>
    <w:p>
      <w:r>
        <w:br/>
        <w:t>Фокусник змахнув циліндром, і враз…</w:t>
      </w:r>
    </w:p>
    <w:p>
      <w:r>
        <w:br/>
        <w:t>Враз дорога зникла. Принцеса опинилася у величезній залі з високою стелею, блакитною як небо. Грала музика, в залі кружляли в танці дами і кавалери в розкішних убраннях, яких Іванна ніколи не бачила на балах у своєму королівстві.</w:t>
      </w:r>
    </w:p>
    <w:p>
      <w:r>
        <w:br/>
        <w:t>Біля неї з’явився красень Принц. Він вклонився.</w:t>
      </w:r>
    </w:p>
    <w:p>
      <w:r>
        <w:br/>
        <w:t>— Дозвольте, Принцесо, запросити вас на тур вальсу. Будь ласка!</w:t>
      </w:r>
    </w:p>
    <w:p>
      <w:r>
        <w:br/>
        <w:t>Принц промовив це з таким жагучим благанням, що дівчина не змогла відмовити йому, і тільки кивнула на знак згоди. Він поклав руку на її талію, і вони закружляли у вальсі. Аж раптом зникли всі дами й кавалери. У залі танцювали тільки Принцеса з Принцом.</w:t>
      </w:r>
    </w:p>
    <w:p>
      <w:r>
        <w:br/>
        <w:t>— Хто ви такий, як вас звати? — тремтливим од хвилювання голосом спитала Принцеса.</w:t>
      </w:r>
    </w:p>
    <w:p>
      <w:r>
        <w:br/>
        <w:t>— Я — принц Орландо.</w:t>
      </w:r>
    </w:p>
    <w:p>
      <w:r>
        <w:br/>
        <w:t>Та більше він нічого не встиг розповісти про себе. Раптом все зникло. Принцеса знову стояла посеред дороги, а біля неї — юні чарівники.</w:t>
      </w:r>
    </w:p>
    <w:p>
      <w:r>
        <w:br/>
        <w:t>— Впевнилися? — запитав Андрійко Фантазер.</w:t>
      </w:r>
    </w:p>
    <w:p>
      <w:r>
        <w:br/>
        <w:t>— Так-так! Пробачте, пробачте! А куди ви йдете?</w:t>
      </w:r>
    </w:p>
    <w:p>
      <w:r>
        <w:br/>
        <w:t>— Туди, куди й ви, — хором відповіли обидва. — На Казкове Телебачення.</w:t>
      </w:r>
    </w:p>
    <w:p>
      <w:r>
        <w:br/>
        <w:t>— Так, я йду туди, — сказала Принцеса. Мені повідомили, що Казкове Телебачення захопила Баба Яга. Вона заборонила всі хороші передачі, влаштувала своє телебачення і показує по каналу "Бабах-Бабах" самі бойовики. Там суцільні погоні, стрілянина, бійки й убивства. Навіть у мультиках ллється кров! Мені про це розповіла Фея Книжана. Треба негайно рятувати наше Казкове Телебачення. Пропоную піти разом. Тільки ви мені не заважайте, будь ласка!</w:t>
      </w:r>
    </w:p>
    <w:p>
      <w:r>
        <w:br/>
        <w:t>І вони пішли до гори, на якій здіймалася вежа Казкового Телебачення.</w:t>
      </w:r>
    </w:p>
    <w:p>
      <w:r>
        <w:br/>
        <w:t>Розділ шостий</w:t>
      </w:r>
    </w:p>
    <w:p>
      <w:r>
        <w:br/>
        <w:t>в якому Принцеса рятує Казкове Телебачення</w:t>
      </w:r>
    </w:p>
    <w:p>
      <w:r>
        <w:br/>
        <w:t>І от перед ними будівля Казкового Телебачення.</w:t>
      </w:r>
    </w:p>
    <w:p>
      <w:r>
        <w:br/>
        <w:t>Баба Яга щойно змінила вивіску. Замість "Казкове Телебачення" повісила вивіску "Казкове Телебабачення"</w:t>
      </w:r>
    </w:p>
    <w:p>
      <w:r>
        <w:br/>
        <w:t>— Щось погано тримається, весь час падає — скрушно мовила Баба Яга. І пританцьовуючи, накульгуючи на кістяну ногу, заспівала:</w:t>
      </w:r>
    </w:p>
    <w:p>
      <w:r>
        <w:br/>
        <w:t>Моє телебабачення</w:t>
      </w:r>
    </w:p>
    <w:p>
      <w:r>
        <w:br/>
        <w:t>Велике має значення</w:t>
      </w:r>
    </w:p>
    <w:p>
      <w:r>
        <w:br/>
        <w:t>Для виховання у дітей</w:t>
      </w:r>
    </w:p>
    <w:p>
      <w:r>
        <w:br/>
        <w:t>Жорстокості і злості.</w:t>
      </w:r>
    </w:p>
    <w:p>
      <w:r>
        <w:br/>
        <w:t>Мої постійні гості,</w:t>
      </w:r>
    </w:p>
    <w:p>
      <w:r>
        <w:br/>
        <w:t>Мої кохані діти, —</w:t>
      </w:r>
    </w:p>
    <w:p>
      <w:r>
        <w:br/>
        <w:t>Розбійники й бандити.</w:t>
      </w:r>
    </w:p>
    <w:p>
      <w:r>
        <w:br/>
        <w:t>Щоб діти не сміялися,</w:t>
      </w:r>
    </w:p>
    <w:p>
      <w:r>
        <w:br/>
        <w:t>А плакали й боялися.</w:t>
      </w:r>
    </w:p>
    <w:p>
      <w:r>
        <w:br/>
        <w:t>Бабах-бабах! —</w:t>
      </w:r>
    </w:p>
    <w:p>
      <w:r>
        <w:br/>
        <w:t>На глядачів Наводжу страх!</w:t>
      </w:r>
    </w:p>
    <w:p>
      <w:r>
        <w:br/>
        <w:t>Аж раптом увійшла Принцеса. Вона була сама, Лесик Веселесик і Андрійко Фантазер сховалися за рогом будинку. Принцеса підійшла до Баби Яги і лагідно звернулася до неї:</w:t>
      </w:r>
    </w:p>
    <w:p>
      <w:r>
        <w:br/>
        <w:t>— Щось у вас, бабусю, волосся скуйовджене. Можна, я вас причешу?</w:t>
      </w:r>
    </w:p>
    <w:p>
      <w:r>
        <w:br/>
        <w:t>— Хто ти така? — спитала Баба Яга.</w:t>
      </w:r>
    </w:p>
    <w:p>
      <w:r>
        <w:br/>
        <w:t>— Я в перукарні працюю, жінкам і дівчатам гарні зачіски роблю, красу наводжу.</w:t>
      </w:r>
    </w:p>
    <w:p>
      <w:r>
        <w:br/>
        <w:t>— Мені ще ніхто в житті краси не наводив, — зітхнула Баба Яга. — Я взагалі не звикла, щоб мені хтось допомагав.</w:t>
      </w:r>
    </w:p>
    <w:p>
      <w:r>
        <w:br/>
        <w:t>— То візьміть, — сказала Принцеса, — оці люстерко і гребінець. Подивіться на себе, причешіться.</w:t>
      </w:r>
    </w:p>
    <w:p>
      <w:r>
        <w:br/>
        <w:t>— Що ж, давай, — зраділа Баба Яга, — спробую сама причепуритися.</w:t>
      </w:r>
    </w:p>
    <w:p>
      <w:r>
        <w:br/>
        <w:t>Вона взяла в руки люстерко, гребінця — і враз затремтіла, скрикнула.</w:t>
      </w:r>
    </w:p>
    <w:p>
      <w:r>
        <w:br/>
        <w:t>— Ой! Що це зі мною? Я пропадаю! Зникає моя чарівна сила!</w:t>
      </w:r>
    </w:p>
    <w:p>
      <w:r>
        <w:br/>
        <w:t>Баба Яга тихо опустилася долі й лягла горілиць, схрестивши на грудях руки. І важко зітхнула. Це був її останній подих.</w:t>
      </w:r>
    </w:p>
    <w:p>
      <w:r>
        <w:br/>
        <w:t>— Ой! — заголосила Принцеса. — Здається, я передала куті меду. Вона померла! А я ж не хотіла нікого вбивати!</w:t>
      </w:r>
    </w:p>
    <w:p>
      <w:r>
        <w:br/>
        <w:t>І Принцеса заплакала.</w:t>
      </w:r>
    </w:p>
    <w:p>
      <w:r>
        <w:br/>
        <w:t>У цей час з-за рогу будинку Казкового Телебачення вибігли Лесик Веселесик і Андрійко Фантазер.</w:t>
      </w:r>
    </w:p>
    <w:p>
      <w:r>
        <w:br/>
        <w:t>— Що тут трапилось? Чого ви плачете, Принцесо? — в один голос вигукнули вони.</w:t>
      </w:r>
    </w:p>
    <w:p>
      <w:r>
        <w:br/>
        <w:t>— Баба Яга померла… Це я винна. А я ж ніколи нікому не бажала смерті! Я тільки за допомогою чарівних сил забрала у неї злу чаклунську силу.</w:t>
      </w:r>
    </w:p>
    <w:p>
      <w:r>
        <w:br/>
        <w:t>— Ну, Принцесо, якщо Баба Яга тепер не має злої чаклунської сили, ми можемо її оживити! — вигукнув Андрійко Фантазер. Тільки й ви нам допоможіть. Для оживлення треба не менше трьох людей, які цього хочуть. Такий чарівний закон. Повторюйте за мною:</w:t>
      </w:r>
    </w:p>
    <w:p>
      <w:r>
        <w:br/>
        <w:t>— Уявляємо! Уявляємо! Оживляємо! Оживляємо!</w:t>
      </w:r>
    </w:p>
    <w:p>
      <w:r>
        <w:br/>
        <w:t>Після того як вони втрьох проказали ці слова, Баба Яга розплющила очі й зітхнула. Хоча яка вона тепер Баба Яга? Свою злу чаклунську силу вона втратила і стала просто Бабусею.</w:t>
      </w:r>
    </w:p>
    <w:p>
      <w:r>
        <w:br/>
        <w:t>— Ой! Я ожила! Тільки чогось сумління мене гризе. Щось я погане робила! Комусь зло чинила! Прошу вибачення!</w:t>
      </w:r>
    </w:p>
    <w:p>
      <w:r>
        <w:br/>
        <w:t>— Вибачення ваше приймаємо, — сказала Принцеса. — Адже ви вже не володієте злими чарами, тому й Казковому Телебаченню не зашкодите.</w:t>
      </w:r>
    </w:p>
    <w:p>
      <w:r>
        <w:br/>
        <w:t>І тут усі побачили, що вивіска "Казкове Телебабачення" зникла, а натомість яскравими кольоровими літерами засяяло "Казкове Телебачення".</w:t>
      </w:r>
    </w:p>
    <w:p>
      <w:r>
        <w:br/>
        <w:t>— Ну от! — сказав Лесик Веселесик. — Тепер можна братися до роботи. Ану, Андрійку, зроби так, щоб негайно з’явилася Фея Книжана!</w:t>
      </w:r>
    </w:p>
    <w:p>
      <w:r>
        <w:br/>
        <w:t>— Нема питань, — усміхнувся Андрійко Фантазер, — вже уявляю. Вже негайно викликаю!</w:t>
      </w:r>
    </w:p>
    <w:p>
      <w:r>
        <w:br/>
        <w:t>І тут перед нашими героями постала Фея Книжана, усміхнена й радісна.</w:t>
      </w:r>
    </w:p>
    <w:p>
      <w:r>
        <w:br/>
        <w:t>— Ой, як прекрасно! Тепер я можу готувати телепередачу "Світ книжковий — Світ казковий". І діти знову побачать на екранах своїх улюблених героїв: і лікаря Айболитя, і Алісу з Країни Чудес, і Пеппі Довгупанчоху, і Карлсона, що живе на даху, і Івасика Телесика, і Котигорошка, і багатьох інших героїв всесвітньо відомих казок та казкових повістей. А скільки веселих мультиків ми покажемо — адже діти так люблять саме мультики! Іще я розповім дітям про чудові книжки, які чекають на своїх читачів, щоб принести їм багато хвилювань і радості водночас.</w:t>
      </w:r>
    </w:p>
    <w:p>
      <w:r>
        <w:br/>
        <w:t>— А ми, — сказав Лесик Веселесик, — разом з Андрійком Фантазером організуємо дітям чудовий телевізійний концерт з артистами цирку, а також незвичайні дитячі конкурси.</w:t>
      </w:r>
    </w:p>
    <w:p>
      <w:r>
        <w:br/>
        <w:t>— Може і мені вдасться, — додала Принцеса, — вмовити мого друга, Мудреця Розумана, щоб він у пізнавальних передачах розповідав дітям щось незвичайне про рослини і тварин.</w:t>
      </w:r>
    </w:p>
    <w:p>
      <w:r>
        <w:br/>
        <w:t>— А можна і мені взяти участь у якійсь передачі? — тихенько спитала Бабуся. — Хоча б у передачі "На добраніч, діти!"</w:t>
      </w:r>
    </w:p>
    <w:p>
      <w:r>
        <w:br/>
        <w:t>— Авжеж! Авжеж! Різні веселі казочки розповідатимете, — усміхнувся Лесик Веселесик.</w:t>
      </w:r>
    </w:p>
    <w:p>
      <w:r>
        <w:br/>
        <w:t>— А може, й ви, Принцесо, якусь передачу про незвичайні</w:t>
      </w:r>
    </w:p>
    <w:p>
      <w:r>
        <w:br/>
        <w:t>пригоди і небезпеки приготуєте? — запитала Фея Книжана.</w:t>
      </w:r>
    </w:p>
    <w:p>
      <w:r>
        <w:br/>
        <w:t>— Ні! — сказала Принцеса. У мене своя програма дій. Теж з пригодами і небезпеками пов’язана.</w:t>
      </w:r>
    </w:p>
    <w:p>
      <w:r>
        <w:br/>
        <w:t>— Ну, тоді нехай вам щастить! — побажав Іванні Андрійко Фантазер. Принцеса попрощалася з усіма, а Бабусю навіть ніжно поцілувала.</w:t>
      </w:r>
    </w:p>
    <w:p>
      <w:r>
        <w:br/>
        <w:t>І пішла…</w:t>
      </w:r>
    </w:p>
    <w:p>
      <w:r>
        <w:br/>
        <w:t>Розділ сьомий</w:t>
      </w:r>
    </w:p>
    <w:p>
      <w:r>
        <w:br/>
        <w:t>в якому відбуваються події, дуже страшні й небезпечні для Принцеси, але все закінчується добре</w:t>
      </w:r>
    </w:p>
    <w:p>
      <w:r>
        <w:br/>
        <w:t>Та довелося Принцесі зупинитися. Вона стояла й розгублено роззиралася: куди йти? в який бік? Де Орландія? Уважно прислухалася, чи не чути голосу Мудреця Розумана.</w:t>
      </w:r>
    </w:p>
    <w:p>
      <w:r>
        <w:br/>
        <w:t>Аж раптом налетіла така величезна зграя воронів-круків, що аж сонце собою затулила. Від зграї відокремився великий ворон, спустився на землю і враз обернувся на кремезного чолов’ягу в чорному однострої. Але замість носа в нього залишився величезний воронячий дзьоб.</w:t>
      </w:r>
    </w:p>
    <w:p>
      <w:r>
        <w:br/>
        <w:t>— Пр-р-р-ивіт, прекра-красна Пр-р-ринцесо! — прокаркав чоловік-ворон. — Чекаєш свого Мудреця Розумана? Не з’явиться він, ми його в полон захопили, у Воронячий Ліс забрали і бородою до дерева прив’язали — не відв’яжеться. Дуже він балакучий, той Мудрець. Надто багато знає, нам заважає… А ти мені, кра-красуне, подобаєшся. Коли орландців переможемо, чарівну квітку, Жоржину-Веселину, знищимо, я на тобі оженюся. Будеш дружиною Каркарона. Буде на тобі чорна вороняча корона!</w:t>
      </w:r>
    </w:p>
    <w:p>
      <w:r>
        <w:br/>
        <w:t>Принцеса з жахом слухала його, а тоді — де й сили взялися — схопила обома руками Каркарона за воронячого дзьоба і вигукнула:</w:t>
      </w:r>
    </w:p>
    <w:p>
      <w:r>
        <w:br/>
        <w:t>— Не бути цьому ніколи!</w:t>
      </w:r>
    </w:p>
    <w:p>
      <w:r>
        <w:br/>
        <w:t>І враз Каркарон знову обернувся на ворона, змахнув крильми і знявся в небо разом з Іванною. Він летів за чорною воронячою зграєю.</w:t>
      </w:r>
    </w:p>
    <w:p>
      <w:r>
        <w:br/>
        <w:t>Каркарон міцно тримав пазурами Принцесу, а вона щосили стискала руками його дзьоба, не даючи навіть каркнути.</w:t>
      </w:r>
    </w:p>
    <w:p>
      <w:r>
        <w:br/>
        <w:t>Аж долетіли вони до Синіх Гір Орландії.</w:t>
      </w:r>
    </w:p>
    <w:p>
      <w:r>
        <w:br/>
        <w:t>Під горою точився запеклий бій. Ворони-круки обернулися на вояків-каркаронців у шоломах із воронячими головами, і напали на лицарів-орландців, на чолі яких стояв Принц Орландо. Всі орландці були в шоломах, прикрашених золотими орлиними головами. Вони відчайдушно обороняли свою країну. От-от орландці здолають чорне вороняче військо!</w:t>
      </w:r>
    </w:p>
    <w:p>
      <w:r>
        <w:br/>
        <w:t>Аж раптом каркаронці знов обернулися на воронів-круків і полетіли геть, визнаючи свою поразку. Розлютований Каркарон випустив з пазурів Принцесу. Іванна впала і знепритомніла, а коли прийшла до тями, то була вже в обіймах Принца Орландо.</w:t>
      </w:r>
    </w:p>
    <w:p>
      <w:r>
        <w:br/>
        <w:t>Він підхопив її на руки й ніжно пригорнув до себе. Принц і Принцеса дивились одне на одного так, як дивляться тільки закохані. Вони мовчали, та погляди їхні були красномовніші за будь-які слова. Потім сталося те, що завжди трапляється у таких випадках, — вуста їхні злилися в палкому поцілунку.</w:t>
      </w:r>
    </w:p>
    <w:p>
      <w:r>
        <w:br/>
        <w:t>Розділ восьмий</w:t>
      </w:r>
    </w:p>
    <w:p>
      <w:r>
        <w:br/>
        <w:t>останній, який за звичаєм більшості хороших казок закінчується весіллям і добрими діяннями</w:t>
      </w:r>
    </w:p>
    <w:p>
      <w:r>
        <w:br/>
        <w:t>Принц Орландо легко — наче в нього виросли крила — поніс Іванну високо в гори, на Орлину полонину, де височів Королівський Палац. Він поставив Принцесу на землю, взяв за руку і підвів до альтанки. Там стояв полив’яний візерунчастий горщик, в якому й росла Жоржина-Веселина.</w:t>
      </w:r>
    </w:p>
    <w:p>
      <w:r>
        <w:br/>
        <w:t>— Ось вона, — сказав Принц Орландо, — ця чарівна квітка.</w:t>
      </w:r>
    </w:p>
    <w:p>
      <w:r>
        <w:br/>
        <w:t>— Яка вона гарна! — захоплено вигукнула Принцеса.</w:t>
      </w:r>
    </w:p>
    <w:p>
      <w:r>
        <w:br/>
        <w:t>Та Іванна й без чарів прекрасної квітки почувалась веселою і щасливою.</w:t>
      </w:r>
    </w:p>
    <w:p>
      <w:r>
        <w:br/>
        <w:t>Закохані пішли до Королівського Палацу.</w:t>
      </w:r>
    </w:p>
    <w:p>
      <w:r>
        <w:br/>
        <w:t>Король і Королева Орландії святкували перемогу над каркаронцями і були дуже зворушені, коли Принц Орландо познайомив їх з Принцесою Іванною. Він розказав батькам, як мужньо билася вона з могутнім Каркароном, як допомагала відвести біду від чарівної квітки Жоржини-Веселини.</w:t>
      </w:r>
    </w:p>
    <w:p>
      <w:r>
        <w:br/>
        <w:t>Коли Принц сказав, що вони з Іванною кохають одне одного і хочуть одружитися, його батьки зраділи, бо Принцеса їм дуже сподобалася.</w:t>
      </w:r>
    </w:p>
    <w:p>
      <w:r>
        <w:br/>
        <w:t>А тоді відбулися заручини.</w:t>
      </w:r>
    </w:p>
    <w:p>
      <w:r>
        <w:br/>
        <w:t>Король і Королева, Принц Орландо і Принцеса Іванна сіли в золоту карету і поїхали до батьків Іванни.</w:t>
      </w:r>
    </w:p>
    <w:p>
      <w:r>
        <w:br/>
        <w:t>Королева, мати Іванни, побачивши, що донька жива і здорова, та ще й збирається заміж за красеня Принца Орландо, від радості заплакала, а Король розчулився і навіть забув сказати "йолі-палі".</w:t>
      </w:r>
    </w:p>
    <w:p>
      <w:r>
        <w:br/>
        <w:t>Невдовзі справили бучне весілля. Гуляли три дні й три ночі. На свято прибули гості з усіх сусідніх королівств.</w:t>
      </w:r>
    </w:p>
    <w:p>
      <w:r>
        <w:br/>
        <w:t>Запросила Принцеса на весілля й своїх друзів-телевізійників: Фею Книжану, Лесика Веселесика, Андрійка Фантазера. До того ж Андрійко ще й нафантазував знайомих артистів-танцюристів та найкращих співаків.</w:t>
      </w:r>
    </w:p>
    <w:p>
      <w:r>
        <w:br/>
        <w:t>Усі вони влаштували такий концерт, що в гостей від оплесків долоні заболіли. А Лесик Веселесик із артистами-гумористами такого сміху наробив, що листя з дерев опадало. Недарма це свято українською мовою називається "весілля". На додачу Фея Книжана ще й художників-ілюстраторів запросила. Вони намалювали на гостей дружні шаржі й дарували їх усім охочим.</w:t>
      </w:r>
    </w:p>
    <w:p>
      <w:r>
        <w:br/>
        <w:t>Прибув на весілля і Мудрець Розуман, якому вдалося втекти з Воронячого лісу, з полону Каркарона. Розв’язати бороду сам він, звичайно, не міг, йому довелося обірвати її. Тому борода Мудреця була тепер короткою. І вигляд він мав молодший і привабливіший.</w:t>
      </w:r>
    </w:p>
    <w:p>
      <w:r>
        <w:br/>
        <w:t>Одне слово, на весіллі було дуже весело і чудово.</w:t>
      </w:r>
    </w:p>
    <w:p>
      <w:r>
        <w:br/>
        <w:t>А потім про весілля зробили телевізійну передачу — й усе населення обох королівств дивилося її і раділо.</w:t>
      </w:r>
    </w:p>
    <w:p>
      <w:r>
        <w:br/>
        <w:t>Після поразки злого Каркарона багато чого змінилось. Каркарон зі своїми воронами-круками залишив Воронячий Ліс і полетів кудись далеко-далеко. Замість Воронячого Лісу утворився Солов’їний Гай, в якому солов’ї співали прекрасних пісень про кохання. А Чорні Гори стали Райдужними. Одне слово, все було чудово.</w:t>
      </w:r>
    </w:p>
    <w:p>
      <w:r>
        <w:br/>
        <w:t>Після весілля Принцеса Іванна сказала Принцу Орландо:</w:t>
      </w:r>
    </w:p>
    <w:p>
      <w:r>
        <w:br/>
        <w:t>— Я не хочу бути Принцесою. Я не хочу ні королівських прийомів, ні балів, мені це все набридло. Я хочу іншого життя, хочу робити щось добре, дітям допомагати. Ми врятували Жоржину-Веселину і тепер з її допомогою можемо дарувати радість і щастя дітям. Адже немає нічого кращого за веселі й щасливі дитячі усмішки.</w:t>
      </w:r>
    </w:p>
    <w:p>
      <w:r>
        <w:br/>
        <w:t>— Сонечко моє, ох ти в мене й розумничка! — вигукнув Орландо, обняв та поцілував Іванну.</w:t>
      </w:r>
    </w:p>
    <w:p>
      <w:r>
        <w:br/>
        <w:t>І на цьому, гадаю, можна поставити крапку.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Принцеса Іванна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