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Прилетіла зозуленька</w:t>
      </w:r>
    </w:p>
    <w:p>
      <w:r>
        <w:br/>
        <w:t xml:space="preserve"> Прилетіла зозуленька&lt;br /&gt;</w:t>
        <w:br/>
        <w:t>З темного лісочку;&lt;br /&gt;</w:t>
        <w:br/>
        <w:t>Сіла, пала, закувала&lt;br /&gt;</w:t>
        <w:br/>
        <w:t>В зеленім садочку.</w:t>
      </w:r>
    </w:p>
    <w:p>
      <w:r>
        <w:br/>
        <w:t>Ой як вийшла Марусенька,&lt;br /&gt;</w:t>
        <w:br/>
        <w:t>В неї запитала:&lt;br /&gt;</w:t>
        <w:br/>
        <w:t>"Скажи мені, зозуленько,&lt;br /&gt;</w:t>
        <w:br/>
        <w:t>Чи довго буду в батька?"</w:t>
      </w:r>
    </w:p>
    <w:p>
      <w:r>
        <w:br/>
        <w:t>"Будеш, мила Марусенько,&lt;br /&gt;</w:t>
        <w:br/>
        <w:t>Сей день до вечора".</w:t>
      </w:r>
    </w:p>
    <w:p>
      <w:r>
        <w:br/>
        <w:t>"Бодай же ти, зозуленько,&lt;br /&gt;</w:t>
        <w:br/>
        <w:t>Сім літ не кувала,&lt;br /&gt;</w:t>
        <w:br/>
        <w:t>Що ти мені, молоденькій,&lt;br /&gt;</w:t>
        <w:br/>
        <w:t>Правди не сказала".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Прилетіла зозуленька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