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Приказки</w:t>
      </w:r>
    </w:p>
    <w:p>
      <w:r>
        <w:br/>
        <w:t xml:space="preserve"> ПРЕСЛІВ’Я</w:t>
      </w:r>
    </w:p>
    <w:p>
      <w:r>
        <w:br/>
        <w:t>Вір не вір, а не кажи: "Брешеш".</w:t>
      </w:r>
    </w:p>
    <w:p>
      <w:r>
        <w:br/>
        <w:t>I</w:t>
      </w:r>
    </w:p>
    <w:p>
      <w:r>
        <w:br/>
        <w:t>Народився я на світ,&lt;br /&gt;</w:t>
        <w:br/>
        <w:t>Як їдного рання&lt;br /&gt;</w:t>
        <w:br/>
        <w:t>Моя ненька забагла&lt;br /&gt;</w:t>
        <w:br/>
        <w:t>Шпаків на снідання.&lt;br /&gt;</w:t>
        <w:br/>
        <w:t>А я, хлопець-молодець,&lt;br /&gt;</w:t>
        <w:br/>
        <w:t>Пожалував мами,&lt;br /&gt;</w:t>
        <w:br/>
        <w:t>Серед лісу відпитав&lt;br /&gt;</w:t>
        <w:br/>
        <w:t>Дупло зі шпаками.&lt;br /&gt;</w:t>
        <w:br/>
        <w:t>В дупло руку — не іде,&lt;br /&gt;</w:t>
        <w:br/>
        <w:t>Голови не впхаю,&lt;br /&gt;</w:t>
        <w:br/>
        <w:t>Сюди-туди край дупла —&lt;br /&gt;</w:t>
        <w:br/>
        <w:t>Та й сам улізаю.&lt;br /&gt;</w:t>
        <w:br/>
        <w:t>Ходжу голий по дуплі…&lt;br /&gt;</w:t>
        <w:br/>
        <w:t>Шпаченят до ката!&lt;br /&gt;</w:t>
        <w:br/>
        <w:t>Я в пазуху й загорнув&lt;br /&gt;</w:t>
        <w:br/>
        <w:t>Тії шпаченята.&lt;br /&gt;</w:t>
        <w:br/>
        <w:t>Вилізати б, так не то!..&lt;br /&gt;</w:t>
        <w:br/>
        <w:t>Я й домудрувався,&lt;br /&gt;</w:t>
        <w:br/>
        <w:t>Лиш сокиру притащив,&lt;br /&gt;</w:t>
        <w:br/>
        <w:t>З дупла прорубався.&lt;br /&gt;</w:t>
        <w:br/>
        <w:t>Гиц із дуба на коня!&lt;br /&gt;</w:t>
        <w:br/>
        <w:t>Кінь собі брикає,&lt;br /&gt;</w:t>
        <w:br/>
        <w:t>А сокира моя все&lt;br /&gt;</w:t>
        <w:br/>
        <w:t>Зад йому рубає.&lt;br /&gt;</w:t>
        <w:br/>
        <w:t>Нагадався за сім миль,&lt;br /&gt;</w:t>
        <w:br/>
        <w:t>Назад подивився,&lt;br /&gt;</w:t>
        <w:br/>
        <w:t>А у коня, як на сміх,&lt;br /&gt;</w:t>
        <w:br/>
        <w:t>Лиш перед лишився.&lt;br /&gt;</w:t>
        <w:br/>
        <w:t>Я і взявся йому зад&lt;br /&gt;</w:t>
        <w:br/>
        <w:t>З верби підправляти,&lt;br /&gt;</w:t>
        <w:br/>
        <w:t>І підправив, та й заліг&lt;br /&gt;</w:t>
        <w:br/>
        <w:t>На годинку спати.&lt;br /&gt;</w:t>
        <w:br/>
        <w:t>А кінь ходить по траві,&lt;br /&gt;</w:t>
        <w:br/>
        <w:t>І перед пасеться,&lt;br /&gt;</w:t>
        <w:br/>
        <w:t>А зад росте та й росте,&lt;br /&gt;</w:t>
        <w:br/>
        <w:t>Аж до неба пнеться.&lt;br /&gt;</w:t>
        <w:br/>
        <w:t>А для моїх шпаченят&lt;br /&gt;</w:t>
        <w:br/>
        <w:t>Того було й треба —&lt;br /&gt;</w:t>
        <w:br/>
        <w:t>Додряпались по вербі&lt;br /&gt;</w:t>
        <w:br/>
        <w:t>До самого неба.&lt;br /&gt;</w:t>
        <w:br/>
        <w:t>Пробудився — до шпаків —&lt;br /&gt;</w:t>
        <w:br/>
        <w:t>Та де вже до ката!..&lt;br /&gt;</w:t>
        <w:br/>
        <w:t>Аж на небі половив&lt;br /&gt;</w:t>
        <w:br/>
        <w:t>Свої шпаченята!..&lt;br /&gt;</w:t>
        <w:br/>
        <w:t>Ото знову до верби!&lt;br /&gt;</w:t>
        <w:br/>
        <w:t>А верба й пропала,&lt;br /&gt;</w:t>
        <w:br/>
        <w:t>Бо коняка напаслась&lt;br /&gt;</w:t>
        <w:br/>
        <w:t>Та й, знать, побрикала.&lt;br /&gt;</w:t>
        <w:br/>
        <w:t>Щастя тілько, що святі&lt;br /&gt;</w:t>
        <w:br/>
        <w:t>Не горшки ліпили,&lt;br /&gt;</w:t>
        <w:br/>
        <w:t>Але якось на той час&lt;br /&gt;</w:t>
        <w:br/>
        <w:t>Гречку молотили.&lt;br /&gt;</w:t>
        <w:br/>
        <w:t>Розказав я їм біду,&lt;br /&gt;</w:t>
        <w:br/>
        <w:t>Випросив полови&lt;br /&gt;</w:t>
        <w:br/>
        <w:t>Та з полови ізсукав&lt;br /&gt;</w:t>
        <w:br/>
        <w:t>Мотуз прездоровий.&lt;br /&gt;</w:t>
        <w:br/>
        <w:t>Вп’яв до неба та й униз!&lt;br /&gt;</w:t>
        <w:br/>
        <w:t>Мені й горя мало!..&lt;br /&gt;</w:t>
        <w:br/>
        <w:t>Аж до низу на сім миль&lt;br /&gt;</w:t>
        <w:br/>
        <w:t>Мотуза не стало.&lt;br /&gt;</w:t>
        <w:br/>
        <w:t>Згори й кажуть, що скачи!&lt;br /&gt;</w:t>
        <w:br/>
        <w:t>Але я не хочу,&lt;br /&gt;</w:t>
        <w:br/>
        <w:t>Що вгорі собі урву,&lt;br /&gt;</w:t>
        <w:br/>
        <w:t>То внизу надточу.&lt;br /&gt;</w:t>
        <w:br/>
        <w:t>І спускаюсь собі вниз,&lt;br /&gt;</w:t>
        <w:br/>
        <w:t>Мало й остається,&lt;br /&gt;</w:t>
        <w:br/>
        <w:t>Ще б урвати кілька раз,&lt;br /&gt;</w:t>
        <w:br/>
        <w:t>А мотуз не рветься.&lt;br /&gt;</w:t>
        <w:br/>
        <w:t>І висів я кілька літ,&lt;br /&gt;</w:t>
        <w:br/>
        <w:t>Мамина дитина,&lt;br /&gt;</w:t>
        <w:br/>
        <w:t>І висохла, як дупло,&lt;br /&gt;</w:t>
        <w:br/>
        <w:t>Уся середина.&lt;br /&gt;</w:t>
        <w:br/>
        <w:t>А рій якось пролітав&lt;br /&gt;</w:t>
        <w:br/>
        <w:t>Та туда й забрався,&lt;br /&gt;</w:t>
        <w:br/>
        <w:t>Наніс меду, щільників,&lt;br /&gt;</w:t>
        <w:br/>
        <w:t>Розхазяювався.&lt;br /&gt;</w:t>
        <w:br/>
        <w:t>Наніс меду кілька пуд,&lt;br /&gt;</w:t>
        <w:br/>
        <w:t>Ну його з бідою!..&lt;br /&gt;</w:t>
        <w:br/>
        <w:t>Мотуз рветься — я в багно&lt;br /&gt;</w:t>
        <w:br/>
        <w:t>Чуть не з головою.&lt;br /&gt;</w:t>
        <w:br/>
        <w:t>А тут якось по багні&lt;br /&gt;</w:t>
        <w:br/>
        <w:t>І качка ходила,&lt;br /&gt;</w:t>
        <w:br/>
        <w:t>На чуприну набрела,&lt;br /&gt;</w:t>
        <w:br/>
        <w:t>Гніздо собі звила.&lt;br /&gt;</w:t>
        <w:br/>
        <w:t>Яєць много нанесла.&lt;br /&gt;</w:t>
        <w:br/>
        <w:t>За дітей помовка,&lt;br /&gt;</w:t>
        <w:br/>
        <w:t>Аж нечистая несе&lt;br /&gt;</w:t>
        <w:br/>
        <w:t>Голодного вовка.&lt;br /&gt;</w:t>
        <w:br/>
        <w:t>Та фурнула з голови,&lt;br /&gt;</w:t>
        <w:br/>
        <w:t>А той завинувся,&lt;br /&gt;</w:t>
        <w:br/>
        <w:t>Поїв яйця та й на чуб&lt;br /&gt;</w:t>
        <w:br/>
        <w:t>Хвостом обернувся.&lt;br /&gt;</w:t>
        <w:br/>
        <w:t>А я за хвіст: "Гуттю-га!"&lt;br /&gt;</w:t>
        <w:br/>
        <w:t>А вовк налякався&lt;br /&gt;</w:t>
        <w:br/>
        <w:t>Та як скочить — я і — гоп!&lt;br /&gt;</w:t>
        <w:br/>
        <w:t>На світ показався!</w:t>
      </w:r>
    </w:p>
    <w:p>
      <w:r>
        <w:br/>
        <w:t>II</w:t>
      </w:r>
    </w:p>
    <w:p>
      <w:r>
        <w:br/>
        <w:t>І ото вже я підріс,&lt;br /&gt;</w:t>
        <w:br/>
        <w:t>Літ десяток було;&lt;br /&gt;</w:t>
        <w:br/>
        <w:t>Дід ходив ще без штанів,&lt;br /&gt;</w:t>
        <w:br/>
        <w:t>А батька й не було.&lt;br /&gt;</w:t>
        <w:br/>
        <w:t>То, бувало, коли хто&lt;br /&gt;</w:t>
        <w:br/>
        <w:t>В гості запрошає,&lt;br /&gt;</w:t>
        <w:br/>
        <w:t>То дід сяде на полу&lt;br /&gt;</w:t>
        <w:br/>
        <w:t>Та мене й питає:&lt;br /&gt;</w:t>
        <w:br/>
        <w:t>"А хто ж, сину, піде з нас?"&lt;br /&gt;</w:t>
        <w:br/>
        <w:t>То я його гладжу:&lt;br /&gt;</w:t>
        <w:br/>
        <w:t>"Та хто б, — кажу, — не пішов,&lt;br /&gt;</w:t>
        <w:br/>
        <w:t>Все то їдно, — кажу. —&lt;br /&gt;</w:t>
        <w:br/>
        <w:t>Або я піду туди,&lt;br /&gt;</w:t>
        <w:br/>
        <w:t>А ви сидіть, діду;&lt;br /&gt;</w:t>
        <w:br/>
        <w:t>Або ви собі сидіть,&lt;br /&gt;</w:t>
        <w:br/>
        <w:t>А я туди піду".&lt;br /&gt;</w:t>
        <w:br/>
        <w:t>А зимою холодно,&lt;br /&gt;</w:t>
        <w:br/>
        <w:t>Нічим затопити,&lt;br /&gt;</w:t>
        <w:br/>
        <w:t>То й питається дідунь:&lt;br /&gt;</w:t>
        <w:br/>
        <w:t>"Що, сину, робити?"&lt;br /&gt;</w:t>
        <w:br/>
        <w:t>А що ж, — кажу, — тра комусь&lt;br /&gt;</w:t>
        <w:br/>
        <w:t>Їхати в дубину!"&lt;br /&gt;</w:t>
        <w:br/>
        <w:t>То, бувало, й каже дід:&lt;br /&gt;</w:t>
        <w:br/>
        <w:t>"Хто ж поїде, сину?"&lt;br /&gt;</w:t>
        <w:br/>
        <w:t>То я й кажу: "Хоч сидіть,&lt;br /&gt;</w:t>
        <w:br/>
        <w:t>А я не поїду!&lt;br /&gt;</w:t>
        <w:br/>
        <w:t>Хоч посиджу я за вас,&lt;br /&gt;</w:t>
        <w:br/>
        <w:t>А ви їдьте, діду!"&lt;br /&gt;</w:t>
        <w:br/>
        <w:t>То, бувало, й їде дід…&lt;br /&gt;</w:t>
        <w:br/>
        <w:t>А раз таки, в біса,&lt;br /&gt;</w:t>
        <w:br/>
        <w:t>Потягнувся вже і я&lt;br /&gt;</w:t>
        <w:br/>
        <w:t>За дідом до ліса.&lt;br /&gt;</w:t>
        <w:br/>
        <w:t>Тілько входимо у ліс,&lt;br /&gt;</w:t>
        <w:br/>
        <w:t>Аж купа ломаччя!&lt;br /&gt;</w:t>
        <w:br/>
        <w:t>Я сокирою гу-гуп! —&lt;br /&gt;</w:t>
        <w:br/>
        <w:t>Заєць з-під ломаччя.&lt;br /&gt;</w:t>
        <w:br/>
        <w:t>А ми собі не страшкі!..&lt;br /&gt;</w:t>
        <w:br/>
        <w:t>"Гуттю-га!" — на зайця!&lt;br /&gt;</w:t>
        <w:br/>
        <w:t>Та живенько до ломач —&lt;br /&gt;</w:t>
        <w:br/>
        <w:t>Аж там сиві яйця.&lt;br /&gt;</w:t>
        <w:br/>
        <w:t>"Заберімо!" — "Заберім!"&lt;br /&gt;</w:t>
        <w:br/>
        <w:t>Зважили дрючками,&lt;br /&gt;</w:t>
        <w:br/>
        <w:t>То насилу що згорнув&lt;br /&gt;</w:t>
        <w:br/>
        <w:t>У шапку руками.&lt;br /&gt;</w:t>
        <w:br/>
        <w:t>Ото я їх і приніс,&lt;br /&gt;</w:t>
        <w:br/>
        <w:t>А в нас на ту пору&lt;br /&gt;</w:t>
        <w:br/>
        <w:t>Розквокталася свиня,&lt;br /&gt;</w:t>
        <w:br/>
        <w:t>Квокче коло двору.&lt;br /&gt;</w:t>
        <w:br/>
        <w:t>"Пійміть, діду!" Дід пійняв,&lt;br /&gt;</w:t>
        <w:br/>
        <w:t>Посадив на яйця…&lt;br /&gt;</w:t>
        <w:br/>
        <w:t>То ми мали шість волів,&lt;br /&gt;</w:t>
        <w:br/>
        <w:t>Як орлів, від зайця.&lt;br /&gt;</w:t>
        <w:br/>
        <w:t>Зараз таки й запрягли,&lt;br /&gt;</w:t>
        <w:br/>
        <w:t>Припічок зорали,&lt;br /&gt;</w:t>
        <w:br/>
        <w:t>То такого ж, кажу, ми&lt;br /&gt;</w:t>
        <w:br/>
        <w:t>Того хліба мали!..&lt;br /&gt;</w:t>
        <w:br/>
        <w:t>Що як то вже нам женців&lt;br /&gt;</w:t>
        <w:br/>
        <w:t>Прийшлося збирати,&lt;br /&gt;</w:t>
        <w:br/>
        <w:t>То безрукая якась&lt;br /&gt;</w:t>
        <w:br/>
        <w:t>Сама прийшла жати.&lt;br /&gt;</w:t>
        <w:br/>
        <w:t>І нажала ж вона нам&lt;br /&gt;</w:t>
        <w:br/>
        <w:t>Та кіп наскладала,&lt;br /&gt;</w:t>
        <w:br/>
        <w:t>І стебла вже не було,&lt;br /&gt;</w:t>
        <w:br/>
        <w:t>А та іще жала.&lt;br /&gt;</w:t>
        <w:br/>
        <w:t>"А що, сину? — каже дід. —&lt;br /&gt;</w:t>
        <w:br/>
        <w:t>Треба спогадати,&lt;br /&gt;</w:t>
        <w:br/>
        <w:t>А де-то ми ті стирти&lt;br /&gt;</w:t>
        <w:br/>
        <w:t>Будем закладати?"&lt;br /&gt;</w:t>
        <w:br/>
        <w:t>То, бувало, я сиджу&lt;br /&gt;</w:t>
        <w:br/>
        <w:t>Та й дідові раджу:&lt;br /&gt;</w:t>
        <w:br/>
        <w:t>"Адже у нас комин е,&lt;br /&gt;</w:t>
        <w:br/>
        <w:t>На комині! — кажу. —&lt;br /&gt;</w:t>
        <w:br/>
        <w:t>На комині як складем,&lt;br /&gt;</w:t>
        <w:br/>
        <w:t>То й не тра сушити,&lt;br /&gt;</w:t>
        <w:br/>
        <w:t>А на печі, як бог дасть,&lt;br /&gt;</w:t>
        <w:br/>
        <w:t>Будем молотити!"&lt;br /&gt;</w:t>
        <w:br/>
        <w:t>То, бувало,святий хліб&lt;br /&gt;</w:t>
        <w:br/>
        <w:t>Аж комин колише!..&lt;br /&gt;</w:t>
        <w:br/>
        <w:t>Їдна тілько нам біда,&lt;br /&gt;</w:t>
        <w:br/>
        <w:t>Що вклюнулись миші.&lt;br /&gt;</w:t>
        <w:br/>
        <w:t>А кіт якось на полу&lt;br /&gt;</w:t>
        <w:br/>
        <w:t>Із дідунем грався,&lt;br /&gt;</w:t>
        <w:br/>
        <w:t>Від дідуня гиць на піч,&lt;br /&gt;</w:t>
        <w:br/>
        <w:t>В закутку закрався…&lt;br /&gt;</w:t>
        <w:br/>
        <w:t>Та як хвостом замахнув —&lt;br /&gt;</w:t>
        <w:br/>
        <w:t>Жиди б його з’їли! —&lt;br /&gt;</w:t>
        <w:br/>
        <w:t>То в помийницю стирти&lt;br /&gt;</w:t>
        <w:br/>
        <w:t>Так і полетіли!</w:t>
      </w:r>
    </w:p>
    <w:p>
      <w:r>
        <w:br/>
        <w:t>III</w:t>
      </w:r>
    </w:p>
    <w:p>
      <w:r>
        <w:br/>
        <w:t>А ото вже дід підріс&lt;br /&gt;</w:t>
        <w:br/>
        <w:t>Та й і одубився;&lt;br /&gt;</w:t>
        <w:br/>
        <w:t>Після нього через рік&lt;br /&gt;</w:t>
        <w:br/>
        <w:t>І батько родився.&lt;br /&gt;</w:t>
        <w:br/>
        <w:t>Та ото вже тра було&lt;br /&gt;</w:t>
        <w:br/>
        <w:t>Батька мені вчити;&lt;br /&gt;</w:t>
        <w:br/>
        <w:t>Але зато, як навчив, —&lt;br /&gt;</w:t>
        <w:br/>
        <w:t>То-то було жити!&lt;br /&gt;</w:t>
        <w:br/>
        <w:t>Все було у нас їдно:&lt;br /&gt;</w:t>
        <w:br/>
        <w:t>Здатність і заможність,&lt;br /&gt;</w:t>
        <w:br/>
        <w:t>І хазяйство, й ремество,&lt;br /&gt;</w:t>
        <w:br/>
        <w:t>І смак, і набожність.&lt;br /&gt;</w:t>
        <w:br/>
        <w:t>Мати любить все парне,&lt;br /&gt;</w:t>
        <w:br/>
        <w:t>А ми з батьком кисле,&lt;br /&gt;</w:t>
        <w:br/>
        <w:t>Мати парить по селу,&lt;br /&gt;</w:t>
        <w:br/>
        <w:t>А ми собі киснем.&lt;br /&gt;</w:t>
        <w:br/>
        <w:t>Мати ходить цілий день,&lt;br /&gt;</w:t>
        <w:br/>
        <w:t>Тілько оглядає,&lt;br /&gt;</w:t>
        <w:br/>
        <w:t>А ми з батьком уночі&lt;br /&gt;</w:t>
        <w:br/>
        <w:t>Вудку закидаєм.&lt;br /&gt;</w:t>
        <w:br/>
        <w:t>То, бувало, таки так&lt;br /&gt;</w:t>
        <w:br/>
        <w:t>В добрую годину,&lt;br /&gt;</w:t>
        <w:br/>
        <w:t>Як не клюнеться кожух,&lt;br /&gt;</w:t>
        <w:br/>
        <w:t>То тягнем свитину.&lt;br /&gt;</w:t>
        <w:br/>
        <w:t>Купувати коли що —&lt;br /&gt;</w:t>
        <w:br/>
        <w:t>То рука дрижала,&lt;br /&gt;</w:t>
        <w:br/>
        <w:t>Зато купим, то по нас&lt;br /&gt;</w:t>
        <w:br/>
        <w:t>Аж земля движала.&lt;br /&gt;</w:t>
        <w:br/>
        <w:t>А набожні що були,&lt;br /&gt;</w:t>
        <w:br/>
        <w:t>То сохрани, боже!&lt;br /&gt;</w:t>
        <w:br/>
        <w:t>Як до церкви серед дня&lt;br /&gt;</w:t>
        <w:br/>
        <w:t>І не пустять, може,&lt;br /&gt;</w:t>
        <w:br/>
        <w:t>То, бувало, уночі&lt;br /&gt;</w:t>
        <w:br/>
        <w:t>Церкву підкопаєм,&lt;br /&gt;</w:t>
        <w:br/>
        <w:t>Помолитись хоч на час&lt;br /&gt;</w:t>
        <w:br/>
        <w:t>Таки повлізаєм.&lt;br /&gt;</w:t>
        <w:br/>
        <w:t>То так собі розжились,&lt;br /&gt;</w:t>
        <w:br/>
        <w:t>Що й світлицю мали,&lt;br /&gt;</w:t>
        <w:br/>
        <w:t>Світилося, куди глянь,&lt;br /&gt;</w:t>
        <w:br/>
        <w:t>Лиш стовпи стояли!&lt;br /&gt;</w:t>
        <w:br/>
        <w:t>А одежі що було!&lt;br /&gt;</w:t>
        <w:br/>
        <w:t>Боже, твоя воле!&lt;br /&gt;</w:t>
        <w:br/>
        <w:t>Вісім було свит бери,&lt;br /&gt;</w:t>
        <w:br/>
        <w:t>А все тіло голе.&lt;br /&gt;</w:t>
        <w:br/>
        <w:t>Та й хазяйство таки ми&lt;br /&gt;</w:t>
        <w:br/>
        <w:t>Поряднеє мали,&lt;br /&gt;</w:t>
        <w:br/>
        <w:t>Бо сусіди навкруги&lt;br /&gt;</w:t>
        <w:br/>
        <w:t>В два плуги орали.&lt;br /&gt;</w:t>
        <w:br/>
        <w:t>Та й воли які були!&lt;br /&gt;</w:t>
        <w:br/>
        <w:t>Рога не дістати,&lt;br /&gt;</w:t>
        <w:br/>
        <w:t>Бо то чорт його і мав&lt;br /&gt;</w:t>
        <w:br/>
        <w:t>Кому доставати.&lt;br /&gt;</w:t>
        <w:br/>
        <w:t>А як поле ізорем,&lt;br /&gt;</w:t>
        <w:br/>
        <w:t>То вже чиє краще?&lt;br /&gt;</w:t>
        <w:br/>
        <w:t>То.не наше, а чуже,&lt;br /&gt;</w:t>
        <w:br/>
        <w:t>То чуже, не наше.&lt;br /&gt;</w:t>
        <w:br/>
        <w:t>А раз мати таки нам&lt;br /&gt;</w:t>
        <w:br/>
        <w:t>Збитка ізробила:&lt;br /&gt;</w:t>
        <w:br/>
        <w:t>Взяла батьковий кожух&lt;br /&gt;</w:t>
        <w:br/>
        <w:t>Та й гречку накрила.&lt;br /&gt;</w:t>
        <w:br/>
        <w:t>А худоби було шмат,&lt;br /&gt;</w:t>
        <w:br/>
        <w:t>Гречка лиш біліла,&lt;br /&gt;</w:t>
        <w:br/>
        <w:t>Та з кожуха як пішла —&lt;br /&gt;</w:t>
        <w:br/>
        <w:t>Чисто гречку з’їла.&lt;br /&gt;</w:t>
        <w:br/>
        <w:t>А було й таке у нас,&lt;br /&gt;</w:t>
        <w:br/>
        <w:t>Що ми й лавки мали,&lt;br /&gt;</w:t>
        <w:br/>
        <w:t>Та все-таки через ню&lt;br /&gt;</w:t>
        <w:br/>
        <w:t>І то позбували.&lt;br /&gt;</w:t>
        <w:br/>
        <w:t>Як умерла — де було&lt;br /&gt;</w:t>
        <w:br/>
        <w:t>Домовини взяти?&lt;br /&gt;</w:t>
        <w:br/>
        <w:t>Мусили вже для біди&lt;br /&gt;</w:t>
        <w:br/>
        <w:t>І лавки віддати.&lt;br /&gt;</w:t>
        <w:br/>
        <w:t>Та ще потім по біді&lt;br /&gt;</w:t>
        <w:br/>
        <w:t>І обід справляли,&lt;br /&gt;</w:t>
        <w:br/>
        <w:t>Взяли собі понад став&lt;br /&gt;</w:t>
        <w:br/>
        <w:t>Людей поскликали.&lt;br /&gt;</w:t>
        <w:br/>
        <w:t>Та й просимо їх удвох:&lt;br /&gt;</w:t>
        <w:br/>
        <w:t>"Пийте юшку, люди!&lt;br /&gt;</w:t>
        <w:br/>
        <w:t>Як вип’єте теє все —&lt;br /&gt;</w:t>
        <w:br/>
        <w:t>То там рибка буде!"&lt;br /&gt;</w:t>
        <w:br/>
        <w:t>А тепер ми розійшлись —&lt;br /&gt;</w:t>
        <w:br/>
        <w:t>Батько шинк тримати,&lt;br /&gt;</w:t>
        <w:br/>
        <w:t>А я не так до шинка,&lt;br /&gt;</w:t>
        <w:br/>
        <w:t>Як люблю орати.&lt;br /&gt;</w:t>
        <w:br/>
        <w:t>Батько п’яний все держить&lt;br /&gt;</w:t>
        <w:br/>
        <w:t>За шинок рукою,&lt;br /&gt;</w:t>
        <w:br/>
        <w:t>А я орю, як уп’юсь,&lt;br /&gt;</w:t>
        <w:br/>
        <w:t>Носом за корчмою.</w:t>
      </w:r>
    </w:p>
    <w:p>
      <w:r>
        <w:br/>
        <w:t>ГУМЕННИЙ</w:t>
      </w:r>
    </w:p>
    <w:p>
      <w:r>
        <w:br/>
        <w:t>Їздив дідич за границю,&lt;br /&gt;</w:t>
        <w:br/>
        <w:t>Назад повертає —&lt;br /&gt;</w:t>
        <w:br/>
        <w:t>От гуменний на границі&lt;br /&gt;</w:t>
        <w:br/>
        <w:t>Пана і вітає.&lt;br /&gt;</w:t>
        <w:br/>
        <w:t>Поклонився, привітався.&lt;br /&gt;</w:t>
        <w:br/>
        <w:t>"А що там, Іване?"&lt;br /&gt;</w:t>
        <w:br/>
        <w:t>А гуменний йому каже:&lt;br /&gt;</w:t>
        <w:br/>
        <w:t>"Та все гаразд, пане.&lt;br /&gt;</w:t>
        <w:br/>
        <w:t>Одно тілько…" — "А що тілько?"&lt;br /&gt;</w:t>
        <w:br/>
        <w:t>Дідич обізвався.&lt;br /&gt;</w:t>
        <w:br/>
        <w:t>"Та то, пане, що ваш ножик&lt;br /&gt;</w:t>
        <w:br/>
        <w:t>Складаний зламався".&lt;br /&gt;</w:t>
        <w:br/>
        <w:t>"Ну! Зламався, так зламався,&lt;br /&gt;</w:t>
        <w:br/>
        <w:t>Що там споминати.&lt;br /&gt;</w:t>
        <w:br/>
        <w:t>Певне, хлопці мали гратись&lt;br /&gt;</w:t>
        <w:br/>
        <w:t>Та й мали зламати?"&lt;br /&gt;</w:t>
        <w:br/>
        <w:t>"Таки правда, ясний пане!&lt;br /&gt;</w:t>
        <w:br/>
        <w:t>Хлопці ізламали,&lt;br /&gt;</w:t>
        <w:br/>
        <w:t>Лиш не грались, а сивого&lt;br /&gt;</w:t>
        <w:br/>
        <w:t>Коня білували".&lt;br /&gt;</w:t>
        <w:br/>
        <w:t>"А з чого ж то сивий згинув?"&lt;br /&gt;</w:t>
        <w:br/>
        <w:t>"Пані хорували,&lt;br /&gt;</w:t>
        <w:br/>
        <w:t>За лікарством як погнали,&lt;br /&gt;</w:t>
        <w:br/>
        <w:t>То і підірвали".&lt;br /&gt;</w:t>
        <w:br/>
        <w:t>"То і пані хорувала?&lt;br /&gt;</w:t>
        <w:br/>
        <w:t>Ах, боже мій, боже!&lt;br /&gt;</w:t>
        <w:br/>
        <w:t>Що ж? Здорова моя пані?&lt;br /&gt;</w:t>
        <w:br/>
        <w:t>Говори, небоже".&lt;br /&gt;</w:t>
        <w:br/>
        <w:t>"Помоліться, пане, богу!&lt;br /&gt;</w:t>
        <w:br/>
        <w:t>День лиш хорували,&lt;br /&gt;</w:t>
        <w:br/>
        <w:t>А на другий од пожару&lt;br /&gt;</w:t>
        <w:br/>
        <w:t>Богу й душу дали!"&lt;br /&gt;</w:t>
        <w:br/>
        <w:t>"Од пожару?.. Що такеє?.."&lt;br /&gt;</w:t>
        <w:br/>
        <w:t>"Просте, пане, діло:&lt;br /&gt;</w:t>
        <w:br/>
        <w:t>Як зайнявся тік у пана,&lt;br /&gt;</w:t>
        <w:br/>
        <w:t>То все погоріло!"&lt;br /&gt;</w:t>
        <w:br/>
        <w:t>"Пані вмерла, все згоріло…&lt;br /&gt;</w:t>
        <w:br/>
        <w:t>Будь здоров, Іване!.."&lt;br /&gt;</w:t>
        <w:br/>
        <w:t>"А ще ж панна ваша вдома,&lt;br /&gt;</w:t>
        <w:br/>
        <w:t>Поверніться, пане!"&lt;br /&gt;</w:t>
        <w:br/>
        <w:t>"Що ж там, голубе Іване?&lt;br /&gt;</w:t>
        <w:br/>
        <w:t>Як там бідна дочка?"&lt;br /&gt;</w:t>
        <w:br/>
        <w:t>"А нічого, уповила&lt;br /&gt;</w:t>
        <w:br/>
        <w:t>Хлопця, як линочка!"&lt;br /&gt;</w:t>
        <w:br/>
        <w:t>Спом’янув тут бідний дідич&lt;br /&gt;</w:t>
        <w:br/>
        <w:t>Чорта і чортицю,&lt;br /&gt;</w:t>
        <w:br/>
        <w:t>Плюнув з лиха, сів на бричку:&lt;br /&gt;</w:t>
        <w:br/>
        <w:t>"Рушай за границю!"</w:t>
      </w:r>
    </w:p>
    <w:p>
      <w:r>
        <w:br/>
        <w:t>ДОБРЕ ТОРГУВАЛОСЬ</w:t>
      </w:r>
    </w:p>
    <w:p>
      <w:r>
        <w:br/>
        <w:t>Чи в Києві, чи в Полтаві,&lt;br /&gt;</w:t>
        <w:br/>
        <w:t>Чи в самій столиці&lt;br /&gt;</w:t>
        <w:br/>
        <w:t>З мазницею мужик ходить&lt;br /&gt;</w:t>
        <w:br/>
        <w:t>Помежи крамниці…&lt;br /&gt;</w:t>
        <w:br/>
        <w:t>У крамницях, куди глянеш,&lt;br /&gt;</w:t>
        <w:br/>
        <w:t>Сріблом-злотом сяє,&lt;br /&gt;</w:t>
        <w:br/>
        <w:t>Мужикові то й байдуже:&lt;br /&gt;</w:t>
        <w:br/>
        <w:t>Він дьогтю питає.&lt;br /&gt;</w:t>
        <w:br/>
        <w:t>У десятії крамниці&lt;br /&gt;</w:t>
        <w:br/>
        <w:t>Два купці сиділо…&lt;br /&gt;</w:t>
        <w:br/>
        <w:t>І в десяту мужик двері&lt;br /&gt;</w:t>
        <w:br/>
        <w:t>Відхиляє сміло.&lt;br /&gt;</w:t>
        <w:br/>
        <w:t>Відхилив: "Добридень, люди!" —&lt;br /&gt;</w:t>
        <w:br/>
        <w:t>І й зачав питати,&lt;br /&gt;</w:t>
        <w:br/>
        <w:t>Чи нема у них принаймні&lt;br /&gt;</w:t>
        <w:br/>
        <w:t>Дьогтю де продати.&lt;br /&gt;</w:t>
        <w:br/>
        <w:t>А купці переглянулись,&lt;br /&gt;</w:t>
        <w:br/>
        <w:t>Стихача сміються;&lt;br /&gt;</w:t>
        <w:br/>
        <w:t>"Здесь не деготь, — йому кажуть, —&lt;br /&gt;</w:t>
        <w:br/>
        <w:t>Дурні продаються!.."&lt;br /&gt;</w:t>
        <w:br/>
        <w:t>"Добре ж у вас торгувалось,&lt;br /&gt;</w:t>
        <w:br/>
        <w:t>Що все розійшлося&lt;br /&gt;</w:t>
        <w:br/>
        <w:t>І на продаж тілько два вас&lt;br /&gt;</w:t>
        <w:br/>
        <w:t>В склепу зосталося!.."</w:t>
      </w:r>
    </w:p>
    <w:p>
      <w:r>
        <w:br/>
        <w:t>ЛОШАК</w:t>
      </w:r>
    </w:p>
    <w:p>
      <w:r>
        <w:br/>
        <w:t>Напосілися злодії&lt;br /&gt;</w:t>
        <w:br/>
        <w:t>Раз на мужика&lt;br /&gt;</w:t>
        <w:br/>
        <w:t>І, чи з поля, чи із стайні&lt;br /&gt;</w:t>
        <w:br/>
        <w:t>Вкрали лошака.&lt;br /&gt;</w:t>
        <w:br/>
        <w:t>Мужик ходить, ломить руки,&lt;br /&gt;</w:t>
        <w:br/>
        <w:t>На святе дає;&lt;br /&gt;</w:t>
        <w:br/>
        <w:t>Коли чує — аж у стану&lt;br /&gt;</w:t>
        <w:br/>
        <w:t>Лошак його є.&lt;br /&gt;</w:t>
        <w:br/>
        <w:t>Поклонився асесорам&lt;br /&gt;</w:t>
        <w:br/>
        <w:t>Мужик-неборак;&lt;br /&gt;</w:t>
        <w:br/>
        <w:t>Асесори йому кажуть!&lt;br /&gt;</w:t>
        <w:br/>
        <w:t>"Пашол вон, дурак!&lt;br /&gt;</w:t>
        <w:br/>
        <w:t>На слово ему поверить!&lt;br /&gt;</w:t>
        <w:br/>
        <w:t>Экой дуралей!&lt;br /&gt;</w:t>
        <w:br/>
        <w:t>Приведи для показанья&lt;br /&gt;</w:t>
        <w:br/>
        <w:t>Восемь душ людей!"&lt;br /&gt;</w:t>
        <w:br/>
        <w:t>Мужик ходить, просить, поїть,&lt;br /&gt;</w:t>
        <w:br/>
        <w:t>Восьмеро найшов,&lt;br /&gt;</w:t>
        <w:br/>
        <w:t>Дав попові на молебень&lt;br /&gt;</w:t>
        <w:br/>
        <w:t>Та й у стан пішов.&lt;br /&gt;</w:t>
        <w:br/>
        <w:t>Поклонився асесорам&lt;br /&gt;</w:t>
        <w:br/>
        <w:t>Знову неборак.&lt;br /&gt;</w:t>
        <w:br/>
        <w:t>Асесори знов говорять:&lt;br /&gt;</w:t>
        <w:br/>
        <w:t>"Пашол вон, дурак!&lt;br /&gt;</w:t>
        <w:br/>
        <w:t>Экой чорт сюда приносит&lt;br /&gt;</w:t>
        <w:br/>
        <w:t>Этаво хахла!&lt;br /&gt;</w:t>
        <w:br/>
        <w:t>Суется с сваей кабылай!..&lt;br /&gt;</w:t>
        <w:br/>
        <w:t>Есть важней дела!&lt;br /&gt;</w:t>
        <w:br/>
        <w:t>Придешь после!" Через тиждень&lt;br /&gt;</w:t>
        <w:br/>
        <w:t>Знов мужик іде,&lt;br /&gt;</w:t>
        <w:br/>
        <w:t>Вибирає, поїть свідків&lt;br /&gt;</w:t>
        <w:br/>
        <w:t>І у стан веде.&lt;br /&gt;</w:t>
        <w:br/>
        <w:t>Діла знову в асесорів,&lt;br /&gt;</w:t>
        <w:br/>
        <w:t>Гонять мужика.&lt;br /&gt;</w:t>
        <w:br/>
        <w:t>Став хазяїн, стали люди —&lt;br /&gt;</w:t>
        <w:br/>
        <w:t>Нема лошака!&lt;br /&gt;</w:t>
        <w:br/>
        <w:t>Аж піднявся і говорить&lt;br /&gt;</w:t>
        <w:br/>
        <w:t>Іден з-межи них:&lt;br /&gt;</w:t>
        <w:br/>
        <w:t>"Не відіб’єш ти коня[ки]&lt;br /&gt;</w:t>
        <w:br/>
        <w:t>Від тих станових!&lt;br /&gt;</w:t>
        <w:br/>
        <w:t>А як ще нас разів кілька&lt;br /&gt;</w:t>
        <w:br/>
        <w:t>Сюда поведеш,&lt;br /&gt;</w:t>
        <w:br/>
        <w:t>То будь певний, що й корову&lt;br /&gt;</w:t>
        <w:br/>
        <w:t>З дому ізведеш…&lt;br /&gt;</w:t>
        <w:br/>
        <w:t>Подаруй їм ту коняку&lt;br /&gt;</w:t>
        <w:br/>
        <w:t>І не голоси…&lt;br /&gt;</w:t>
        <w:br/>
        <w:t>А скажи, мов, що вклепався,&lt;br /&gt;</w:t>
        <w:br/>
        <w:t>Ще й перепроси!"&lt;br /&gt;</w:t>
        <w:br/>
        <w:t>І послухав мужик ради,&lt;br /&gt;</w:t>
        <w:br/>
        <w:t>Іде до панів:&lt;br /&gt;</w:t>
        <w:br/>
        <w:t>"Вибачайте, я вклепався!"&lt;br /&gt;</w:t>
        <w:br/>
        <w:t>Бух панам до ніг!&lt;br /&gt;</w:t>
        <w:br/>
        <w:t>"Как же ты, дурак, не знаешь,&lt;br /&gt;</w:t>
        <w:br/>
        <w:t>Что было твое,&lt;br /&gt;</w:t>
        <w:br/>
        <w:t>Да к чужому привязался,&lt;br /&gt;</w:t>
        <w:br/>
        <w:t>Выдал за свое?.."&lt;br /&gt;</w:t>
        <w:br/>
        <w:t>"Вибачайте, благороддя,&lt;br /&gt;</w:t>
        <w:br/>
        <w:t>За вину мою!&lt;br /&gt;</w:t>
        <w:br/>
        <w:t>Маю жінку і із нею&lt;br /&gt;</w:t>
        <w:br/>
        <w:t>Років сім жию,&lt;br /&gt;</w:t>
        <w:br/>
        <w:t>А щоб її який злодій&lt;br /&gt;</w:t>
        <w:br/>
        <w:t>В стан запакував,&lt;br /&gt;</w:t>
        <w:br/>
        <w:t>Мусив би-м панам сказати,&lt;br /&gt;</w:t>
        <w:br/>
        <w:t>Що єй не впізнав!"</w:t>
      </w:r>
    </w:p>
    <w:p>
      <w:r>
        <w:br/>
        <w:t>СТАНОВИЙ</w:t>
      </w:r>
    </w:p>
    <w:p>
      <w:r>
        <w:br/>
        <w:t>Гнався постом засідатель&lt;br /&gt;</w:t>
        <w:br/>
        <w:t>На чиюсь біду.&lt;br /&gt;</w:t>
        <w:br/>
        <w:t>Серед річки заламався&lt;br /&gt;</w:t>
        <w:br/>
        <w:t>На тонкім льоду.&lt;br /&gt;</w:t>
        <w:br/>
        <w:t>Б’ються соцькі й розсильнії,&lt;br /&gt;</w:t>
        <w:br/>
        <w:t>Б’ються рибаки.&lt;br /&gt;</w:t>
        <w:br/>
        <w:t>Водять шнури край пролому,&lt;br /&gt;</w:t>
        <w:br/>
        <w:t>Ості і гаки.&lt;br /&gt;</w:t>
        <w:br/>
        <w:t>Але йде жидок убогий,&lt;br /&gt;</w:t>
        <w:br/>
        <w:t>Пейсами потряс.&lt;br /&gt;</w:t>
        <w:br/>
        <w:t>"Гирсти-гирсти, — став питати,&lt;br /&gt;</w:t>
        <w:br/>
        <w:t>Що таке у вас?"&lt;br /&gt;</w:t>
        <w:br/>
        <w:t>"Засідатель утопився,&lt;br /&gt;</w:t>
        <w:br/>
        <w:t>Господи прости!..&lt;br /&gt;</w:t>
        <w:br/>
        <w:t>Ходи, жидку, хоть поможеш&lt;br /&gt;</w:t>
        <w:br/>
        <w:t>Шнура завести".&lt;br /&gt;</w:t>
        <w:br/>
        <w:t>"Гирсти! Нащо то шукати&lt;br /&gt;</w:t>
        <w:br/>
        <w:t>Людської біди?&lt;br /&gt;</w:t>
        <w:br/>
        <w:t>Лиш карбованець наставте —&lt;br /&gt;</w:t>
        <w:br/>
        <w:t>Вийде сам з води!"</w:t>
      </w:r>
    </w:p>
    <w:p>
      <w:r>
        <w:br/>
        <w:t>ГУСАК</w:t>
      </w:r>
    </w:p>
    <w:p>
      <w:r>
        <w:br/>
        <w:t>Раз у баби перехідний&lt;br /&gt;</w:t>
        <w:br/>
        <w:t>Москаль ночував,&lt;br /&gt;</w:t>
        <w:br/>
        <w:t>Устав рано до походу&lt;br /&gt;</w:t>
        <w:br/>
        <w:t>Та й гуску украв.&lt;br /&gt;</w:t>
        <w:br/>
        <w:t>Доганяє його баба:&lt;br /&gt;</w:t>
        <w:br/>
        <w:t>"Служба! Почекай!"&lt;br /&gt;</w:t>
        <w:br/>
        <w:t>"А что, бабушка, мне скажешь?"&lt;br /&gt;</w:t>
        <w:br/>
        <w:t>"Та гуску оддай".&lt;br /&gt;</w:t>
        <w:br/>
        <w:t>"Ах ты, бог мой! Это гуска?..&lt;br /&gt;</w:t>
        <w:br/>
        <w:t>Экой я дурак!..&lt;br /&gt;</w:t>
        <w:br/>
        <w:t>Вазьми, бабка, ей-ей думал,&lt;br /&gt;</w:t>
        <w:br/>
        <w:t>Что зто гусак!"</w:t>
      </w:r>
    </w:p>
    <w:p>
      <w:r>
        <w:br/>
        <w:t>ПОЧОМУ ДУРНІ</w:t>
      </w:r>
    </w:p>
    <w:p>
      <w:r>
        <w:br/>
        <w:t>"Де бував-пробував?&lt;br /&gt;</w:t>
        <w:br/>
        <w:t>Розкажи, Іване!"&lt;br /&gt;</w:t>
        <w:br/>
        <w:t>"Та вже де не бував,&lt;br /&gt;</w:t>
        <w:br/>
        <w:t>Всюди бував, пане!&lt;br /&gt;</w:t>
        <w:br/>
        <w:t>Був не раз у Криму,&lt;br /&gt;</w:t>
        <w:br/>
        <w:t>Бував і в Полтаві,&lt;br /&gt;</w:t>
        <w:br/>
        <w:t>Ходив раз у Москву,&lt;br /&gt;</w:t>
        <w:br/>
        <w:t>Бував і в Варшаві".&lt;br /&gt;</w:t>
        <w:br/>
        <w:t>"А почім у Москві&lt;br /&gt;</w:t>
        <w:br/>
        <w:t>Дурні продаються?"&lt;br /&gt;</w:t>
        <w:br/>
        <w:t>"Та навгад не скажу,&lt;br /&gt;</w:t>
        <w:br/>
        <w:t>Які попадуться:&lt;br /&gt;</w:t>
        <w:br/>
        <w:t>Як мужик — так мужик, його й не питають,&lt;br /&gt;</w:t>
        <w:br/>
        <w:t>А пани — все пани,&lt;br /&gt;</w:t>
        <w:br/>
        <w:t>З ціни не спадають!"</w:t>
      </w:r>
    </w:p>
    <w:p>
      <w:r>
        <w:br/>
        <w:t>ЧИ ГОЛОСНА ЦЕРКВА</w:t>
      </w:r>
    </w:p>
    <w:p>
      <w:r>
        <w:br/>
        <w:t>Став у церкві батько з сином.&lt;br /&gt;</w:t>
        <w:br/>
        <w:t>Церкву вже кінчали:&lt;br /&gt;</w:t>
        <w:br/>
        <w:t>Засклепили, побілили,&lt;br /&gt;</w:t>
        <w:br/>
        <w:t>Олтар прибивали.&lt;br /&gt;</w:t>
        <w:br/>
        <w:t>"Слава богу, — каже батько, —&lt;br /&gt;</w:t>
        <w:br/>
        <w:t>Спомоглися люди.&lt;br /&gt;</w:t>
        <w:br/>
        <w:t>Лиш не знати, як то вона —&lt;br /&gt;</w:t>
        <w:br/>
        <w:t>Чи голосна буде?&lt;br /&gt;</w:t>
        <w:br/>
        <w:t>Постій хіба, — каже, — сину,&lt;br /&gt;</w:t>
        <w:br/>
        <w:t>Перед образами,&lt;br /&gt;</w:t>
        <w:br/>
        <w:t>А я піду та для проби&lt;br /&gt;</w:t>
        <w:br/>
        <w:t>Свисну за вратами…"&lt;br /&gt;</w:t>
        <w:br/>
        <w:t>Пішов свиснув разів кілька,&lt;br /&gt;</w:t>
        <w:br/>
        <w:t>Назад повертає.&lt;br /&gt;</w:t>
        <w:br/>
        <w:t>"А що, сину, голосная?" —&lt;br /&gt;</w:t>
        <w:br/>
        <w:t>Хлопчину питає.&lt;br /&gt;</w:t>
        <w:br/>
        <w:t>"Голосная!.. — хлопець каже, —&lt;br /&gt;</w:t>
        <w:br/>
        <w:t>Так і б’є луною!.."&lt;br /&gt;</w:t>
        <w:br/>
        <w:t>"Ану ж, — каже, — піди свисни,&lt;br /&gt;</w:t>
        <w:br/>
        <w:t>А тут я постою…"&lt;br /&gt;</w:t>
        <w:br/>
        <w:t>"Оце але! — каже хлопець. —&lt;br /&gt;</w:t>
        <w:br/>
        <w:t>Найшли що сказати!..&lt;br /&gt;</w:t>
        <w:br/>
        <w:t>А чи ж я то який дурень&lt;br /&gt;</w:t>
        <w:br/>
        <w:t>У церкві свистати!"</w:t>
      </w:r>
    </w:p>
    <w:p>
      <w:r>
        <w:br/>
        <w:t>ДЕ СПІЙНЯЛИ?</w:t>
      </w:r>
    </w:p>
    <w:p>
      <w:r>
        <w:br/>
        <w:t>"А чи знаєш ти, Романе,&lt;br /&gt;</w:t>
        <w:br/>
        <w:t>Батько під судом:&lt;br /&gt;</w:t>
        <w:br/>
        <w:t>Іспійняли неборака&lt;br /&gt;</w:t>
        <w:br/>
        <w:t>Над чужим добром…"&lt;br /&gt;</w:t>
        <w:br/>
        <w:t>"Мого батька?.. Де спійняли?"&lt;br /&gt;</w:t>
        <w:br/>
        <w:t>Циганчук спитав.&lt;br /&gt;</w:t>
        <w:br/>
        <w:t>"Таки в нашії ж коморі —&lt;br /&gt;</w:t>
        <w:br/>
        <w:t>Бодню розбивав".&lt;br /&gt;</w:t>
        <w:br/>
        <w:t>"Та в коморі й горобцеві&lt;br /&gt;</w:t>
        <w:br/>
        <w:t>Крила одшибеш…&lt;br /&gt;</w:t>
        <w:br/>
        <w:t>Ні! Пусти-но батька в поле!&lt;br /&gt;</w:t>
        <w:br/>
        <w:t>Чи тогді піймеш?"</w:t>
      </w:r>
    </w:p>
    <w:p>
      <w:r>
        <w:br/>
        <w:t>НЕ ВЧОРАШНІЙ</w:t>
      </w:r>
    </w:p>
    <w:p>
      <w:r>
        <w:br/>
        <w:t>Везе в місто мужик сіно&lt;br /&gt;</w:t>
        <w:br/>
        <w:t>Якось проти свята&lt;br /&gt;</w:t>
        <w:br/>
        <w:t>Та й годує в капелюсі&lt;br /&gt;</w:t>
        <w:br/>
        <w:t>Малі шпаченята…&lt;br /&gt;</w:t>
        <w:br/>
        <w:t>Але їде пан багатий&lt;br /&gt;</w:t>
        <w:br/>
        <w:t>До костьолу, знати,&lt;br /&gt;</w:t>
        <w:br/>
        <w:t>Та вже в них натура, мабуть,&lt;br /&gt;</w:t>
        <w:br/>
        <w:t>Щоб покепкувати…&lt;br /&gt;</w:t>
        <w:br/>
        <w:t>Іде звольна та й питає:&lt;br /&gt;</w:t>
        <w:br/>
        <w:t>"Со wieziesz, Іване?"&lt;br /&gt;</w:t>
        <w:br/>
        <w:t>Мужик пану поклонився:&lt;br /&gt;</w:t>
        <w:br/>
        <w:t>"А що ж? Дрова, пане…"&lt;br /&gt;</w:t>
        <w:br/>
        <w:t>"Lzesz, galganie! Wieziesz siano!" "То ж пан самі знають,&lt;br /&gt;</w:t>
        <w:br/>
        <w:t>Що се сіно, а не дрова,&lt;br /&gt;</w:t>
        <w:br/>
        <w:t>Нащо ж пан питають?"&lt;br /&gt;</w:t>
        <w:br/>
        <w:t>Закусив пан тлусті губи:&lt;br /&gt;</w:t>
        <w:br/>
        <w:t>"Z jakej wsi?" — питає…&lt;br /&gt;</w:t>
        <w:br/>
        <w:t>Мужик підняв шпаченята&lt;br /&gt;</w:t>
        <w:br/>
        <w:t>Та й одповідає:&lt;br /&gt;</w:t>
        <w:br/>
        <w:t>"Всі не всі, вельможний пане,&lt;br /&gt;</w:t>
        <w:br/>
        <w:t>Старі повтікали…&lt;br /&gt;</w:t>
        <w:br/>
        <w:t>Молоді лиш половив я,&lt;br /&gt;</w:t>
        <w:br/>
        <w:t>Бо ще не літали!.."&lt;br /&gt;</w:t>
        <w:br/>
        <w:t>"Kto najstarszy u was we wsi?" "Баба Терпелиха:&lt;br /&gt;</w:t>
        <w:br/>
        <w:t>Пережила стара баба&lt;br /&gt;</w:t>
        <w:br/>
        <w:t>Всіх дідів до лиха!.."&lt;br /&gt;</w:t>
        <w:br/>
        <w:t>"Galgan jeste! Kto was bije?" "А хто ж? Бугай, пане!&lt;br /&gt;</w:t>
        <w:br/>
        <w:t>То так і б’є напропале,&lt;br /&gt;</w:t>
        <w:br/>
        <w:t>Кого лиш достане!.."&lt;br /&gt;</w:t>
        <w:br/>
        <w:t>Хтів пан чогось допитати,&lt;br /&gt;</w:t>
        <w:br/>
        <w:t>Та й не допитався…&lt;br /&gt;</w:t>
        <w:br/>
        <w:t>"Со z galganem! Ruszaj predzej!" І вперед погнався…&lt;br /&gt;</w:t>
        <w:br/>
        <w:t>Привіз в місто мужик сіно…&lt;br /&gt;</w:t>
        <w:br/>
        <w:t>Продав його зрання,&lt;br /&gt;</w:t>
        <w:br/>
        <w:t>Купив собі добру миску&lt;br /&gt;</w:t>
        <w:br/>
        <w:t>Драглів на снідання!..&lt;br /&gt;</w:t>
        <w:br/>
        <w:t>І сидить собі на возі,&lt;br /&gt;</w:t>
        <w:br/>
        <w:t>Драглі уплітає…&lt;br /&gt;</w:t>
        <w:br/>
        <w:t>Аж той самий пан надходить&lt;br /&gt;</w:t>
        <w:br/>
        <w:t>Та й його питає:&lt;br /&gt;</w:t>
        <w:br/>
        <w:t>"Сzy nie slychac do spzedania&lt;br /&gt;</w:t>
        <w:br/>
        <w:t>Owsa tu, Іване?" Мужик встав, кругом обнюхав…&lt;br /&gt;</w:t>
        <w:br/>
        <w:t>"Ні, не чути, пане!"&lt;br /&gt;</w:t>
        <w:br/>
        <w:t>І сів знову на драбині,&lt;br /&gt;</w:t>
        <w:br/>
        <w:t>Драглі уплітає…&lt;br /&gt;</w:t>
        <w:br/>
        <w:t>"Czy ty, chlopie, nie wczorajszy?" Пан його питає.&lt;br /&gt;</w:t>
        <w:br/>
        <w:t>"Де вам, пане, я вчорашній?&lt;br /&gt;</w:t>
        <w:br/>
        <w:t>Гляньте на всі боки:&lt;br /&gt;</w:t>
        <w:br/>
        <w:t>То мені вже оце буде&lt;br /&gt;</w:t>
        <w:br/>
        <w:t>Тридцять і два роки!"</w:t>
      </w:r>
    </w:p>
    <w:p>
      <w:r>
        <w:br/>
        <w:t>КОЗАЦЬКА МІРА</w:t>
      </w:r>
    </w:p>
    <w:p>
      <w:r>
        <w:br/>
        <w:t>Зайшов козак до коршомки.&lt;br /&gt;</w:t>
        <w:br/>
        <w:t>"Здоров, орендарю!&lt;br /&gt;</w:t>
        <w:br/>
        <w:t>А налий-но мені,— каже,-&lt;br /&gt;</w:t>
        <w:br/>
        <w:t>Горілачі чару!"&lt;br /&gt;</w:t>
        <w:br/>
        <w:t>Налив Мошко одну чару,&lt;br /&gt;</w:t>
        <w:br/>
        <w:t>Козак вихиляє.&lt;br /&gt;</w:t>
        <w:br/>
        <w:t>Вихиляє, не ковтає,&lt;br /&gt;</w:t>
        <w:br/>
        <w:t>Іще підставляє.&lt;br /&gt;</w:t>
        <w:br/>
        <w:t>Налив другу, козак хилить,&lt;br /&gt;</w:t>
        <w:br/>
        <w:t>Разом дві ковтає&lt;br /&gt;</w:t>
        <w:br/>
        <w:t>Та й жидові коло шинку&lt;br /&gt;</w:t>
        <w:br/>
        <w:t>Трояка кидає.&lt;br /&gt;</w:t>
        <w:br/>
        <w:t>Підійняв жид, подивився…&lt;br /&gt;</w:t>
        <w:br/>
        <w:t>"Гирсти, як то буде?!&lt;br /&gt;</w:t>
        <w:br/>
        <w:t>В мене кожну по три гроші&lt;br /&gt;</w:t>
        <w:br/>
        <w:t>Пили добрі люди!"&lt;br /&gt;</w:t>
        <w:br/>
        <w:t>"Мовчи, жиде бородатий,&lt;br /&gt;</w:t>
        <w:br/>
        <w:t>Тебе не питають.&lt;br /&gt;</w:t>
        <w:br/>
        <w:t>У нас,— каже,— запорожці&lt;br /&gt;</w:t>
        <w:br/>
        <w:t>Свою міру мають.&lt;br /&gt;</w:t>
        <w:br/>
        <w:t>Не першина нашим пити,&lt;br /&gt;</w:t>
        <w:br/>
        <w:t>Пили ми немало,&lt;br /&gt;</w:t>
        <w:br/>
        <w:t>А у губу за три гроші&lt;br /&gt;</w:t>
        <w:br/>
        <w:t>Більше не влізало!.."</w:t>
      </w:r>
    </w:p>
    <w:p>
      <w:r>
        <w:br/>
        <w:t>РАБИН І ЗАПОРОЖЕЦЬ</w:t>
      </w:r>
    </w:p>
    <w:p>
      <w:r>
        <w:br/>
        <w:t>Читав рабин свої книги&lt;br /&gt;</w:t>
        <w:br/>
        <w:t>Двадцять і сім років,&lt;br /&gt;</w:t>
        <w:br/>
        <w:t>Перечитав всіх талмудів&lt;br /&gt;</w:t>
        <w:br/>
        <w:t>І усіх пророків…&lt;br /&gt;</w:t>
        <w:br/>
        <w:t>Читав двадцять і сім років,&lt;br /&gt;</w:t>
        <w:br/>
        <w:t>Ні з ким ані слова!..&lt;br /&gt;</w:t>
        <w:br/>
        <w:t>З ним не сміла говорити&lt;br /&gt;</w:t>
        <w:br/>
        <w:t>Й сама рабинова.&lt;br /&gt;</w:t>
        <w:br/>
        <w:t>І чи то він свою мову&lt;br /&gt;</w:t>
        <w:br/>
        <w:t>За той час забувся,&lt;br /&gt;</w:t>
        <w:br/>
        <w:t>Чи з великої науки&lt;br /&gt;</w:t>
        <w:br/>
        <w:t>З розуму схибнувся,&lt;br /&gt;</w:t>
        <w:br/>
        <w:t>А як вийшов уже на світ&lt;br /&gt;</w:t>
        <w:br/>
        <w:t>Жидову учити,&lt;br /&gt;</w:t>
        <w:br/>
        <w:t>Він зачав уже на мигах&lt;br /&gt;</w:t>
        <w:br/>
        <w:t>З нею говорити!..&lt;br /&gt;</w:t>
        <w:br/>
        <w:t>Чудуються, дивуються&lt;br /&gt;</w:t>
        <w:br/>
        <w:t>Жиди бородаті —&lt;br /&gt;</w:t>
        <w:br/>
        <w:t>І давай по цілім світі&lt;br /&gt;</w:t>
        <w:br/>
        <w:t>Гонців розсилати!&lt;br /&gt;</w:t>
        <w:br/>
        <w:t>Ганяються гонці всюди,&lt;br /&gt;</w:t>
        <w:br/>
        <w:t>Мудрих зволікають;&lt;br /&gt;</w:t>
        <w:br/>
        <w:t>Та щось мови його й мудрі&lt;br /&gt;</w:t>
        <w:br/>
        <w:t>Не дуже втинають.&lt;br /&gt;</w:t>
        <w:br/>
        <w:t>Але іде запорожець&lt;br /&gt;</w:t>
        <w:br/>
        <w:t>Та й почав питати:&lt;br /&gt;</w:t>
        <w:br/>
        <w:t>"А що у вас, жиденята,&lt;br /&gt;</w:t>
        <w:br/>
        <w:t>Доброго чувати?.."&lt;br /&gt;</w:t>
        <w:br/>
        <w:t>Жиди й кажуть козакові:&lt;br /&gt;</w:t>
        <w:br/>
        <w:t>"Таке й таке діло!.."&lt;br /&gt;</w:t>
        <w:br/>
        <w:t>"Ет! Дурні ви, жиденята! —&lt;br /&gt;</w:t>
        <w:br/>
        <w:t>Козак каже сміло.-&lt;br /&gt;</w:t>
        <w:br/>
        <w:t>А скажіть-но,— каже,— тому&lt;br /&gt;</w:t>
        <w:br/>
        <w:t>Величному пану,&lt;br /&gt;</w:t>
        <w:br/>
        <w:t>Що я із ним хоть і зараз&lt;br /&gt;</w:t>
        <w:br/>
        <w:t>До розмови стану!.."&lt;br /&gt;</w:t>
        <w:br/>
        <w:t>Пішли жиди до рабина,&lt;br /&gt;</w:t>
        <w:br/>
        <w:t>Разом повклякали,&lt;br /&gt;</w:t>
        <w:br/>
        <w:t>Доткнулися його капців,&lt;br /&gt;</w:t>
        <w:br/>
        <w:t>З страхом запитали,&lt;br /&gt;</w:t>
        <w:br/>
        <w:t>Чи звелить він козакові&lt;br /&gt;</w:t>
        <w:br/>
        <w:t>Мовити з собою…&lt;br /&gt;</w:t>
        <w:br/>
        <w:t>Рабин тільки подивився,&lt;br /&gt;</w:t>
        <w:br/>
        <w:t>Махнув бородою…&lt;br /&gt;</w:t>
        <w:br/>
        <w:t>І вернулись жиденята&lt;br /&gt;</w:t>
        <w:br/>
        <w:t>Козака просити,&lt;br /&gt;</w:t>
        <w:br/>
        <w:t>Щоби козак із рабином&lt;br /&gt;</w:t>
        <w:br/>
        <w:t>Ішов говорити…&lt;br /&gt;</w:t>
        <w:br/>
        <w:t>Прийшов козак, поклонився,&lt;br /&gt;</w:t>
        <w:br/>
        <w:t>Рабина вітає…&lt;br /&gt;</w:t>
        <w:br/>
        <w:t>Але рабин встає з крісла,&lt;br /&gt;</w:t>
        <w:br/>
        <w:t>Палець наставляє…&lt;br /&gt;</w:t>
        <w:br/>
        <w:t>Наставляє — біс то знає,&lt;br /&gt;</w:t>
        <w:br/>
        <w:t>Чого рабин хоче!..&lt;br /&gt;</w:t>
        <w:br/>
        <w:t>Але козак йому сунув&lt;br /&gt;</w:t>
        <w:br/>
        <w:t>Аж два перед очі!..&lt;br /&gt;</w:t>
        <w:br/>
        <w:t>Кивнув рабин головою,&lt;br /&gt;</w:t>
        <w:br/>
        <w:t>Махнув бородою;&lt;br /&gt;</w:t>
        <w:br/>
        <w:t>Показує йому вгору&lt;br /&gt;</w:t>
        <w:br/>
        <w:t>Правою рукою!..&lt;br /&gt;</w:t>
        <w:br/>
        <w:t>"Він угору! Тра донизу!" —&lt;br /&gt;</w:t>
        <w:br/>
        <w:t>Козак розважає&lt;br /&gt;</w:t>
        <w:br/>
        <w:t>І нагнувся і рукою&lt;br /&gt;</w:t>
        <w:br/>
        <w:t>В землю утикає!..&lt;br /&gt;</w:t>
        <w:br/>
        <w:t>Махнув рабин головою,&lt;br /&gt;</w:t>
        <w:br/>
        <w:t>Подивився всюди&lt;br /&gt;</w:t>
        <w:br/>
        <w:t>І складає собі руки&lt;br /&gt;</w:t>
        <w:br/>
        <w:t>Наохрест на груди!..&lt;br /&gt;</w:t>
        <w:br/>
        <w:t>Тогді козак приступився —&lt;br /&gt;</w:t>
        <w:br/>
        <w:t>Як заїде в пику!..&lt;br /&gt;</w:t>
        <w:br/>
        <w:t>Ціле місто зворухнулось&lt;br /&gt;</w:t>
        <w:br/>
        <w:t>З галасу та крику!..&lt;br /&gt;</w:t>
        <w:br/>
        <w:t>Але рабин знов спокійно&lt;br /&gt;</w:t>
        <w:br/>
        <w:t>Махнув бородою!&lt;br /&gt;</w:t>
        <w:br/>
        <w:t>Поклонився козакові,&lt;br /&gt;</w:t>
        <w:br/>
        <w:t>Пішов з жидовою.&lt;br /&gt;</w:t>
        <w:br/>
        <w:t>Приступили жиденята,&lt;br /&gt;</w:t>
        <w:br/>
        <w:t>Рабина питали:&lt;br /&gt;</w:t>
        <w:br/>
        <w:t>"Що пан рабин з запорожцем&lt;br /&gt;</w:t>
        <w:br/>
        <w:t>Розмовляти мали?"&lt;br /&gt;</w:t>
        <w:br/>
        <w:t>І сів рабин коло школи&lt;br /&gt;</w:t>
        <w:br/>
        <w:t>Та й став говорити:&lt;br /&gt;</w:t>
        <w:br/>
        <w:t>"Я питався: хто б тебе мав&lt;br /&gt;</w:t>
        <w:br/>
        <w:t>Такий сотворити?.."&lt;br /&gt;</w:t>
        <w:br/>
        <w:t>А він мало так казати:&lt;br /&gt;</w:t>
        <w:br/>
        <w:t>"Що питати много?&lt;br /&gt;</w:t>
        <w:br/>
        <w:t>Той мене мав сотворити,&lt;br /&gt;</w:t>
        <w:br/>
        <w:t>Хто тебе самого!.."&lt;br /&gt;</w:t>
        <w:br/>
        <w:t>Я, герехт! Що правда, правда!&lt;br /&gt;</w:t>
        <w:br/>
        <w:t>Я ще був питати:&lt;br /&gt;</w:t>
        <w:br/>
        <w:t>Хто б то був, що мав над нами&lt;br /&gt;</w:t>
        <w:br/>
        <w:t>Небо збудувати?&lt;br /&gt;</w:t>
        <w:br/>
        <w:t>А воно пак так розумно&lt;br /&gt;</w:t>
        <w:br/>
        <w:t>Мені відказало:&lt;br /&gt;</w:t>
        <w:br/>
        <w:t>"Той і небо, хто і землю&lt;br /&gt;</w:t>
        <w:br/>
        <w:t>Сотворити мало!.."&lt;br /&gt;</w:t>
        <w:br/>
        <w:t>Я ще був йому казати,&lt;br /&gt;</w:t>
        <w:br/>
        <w:t>Що бог не гнівливий,&lt;br /&gt;</w:t>
        <w:br/>
        <w:t>А воно мені сказало,&lt;br /&gt;</w:t>
        <w:br/>
        <w:t>Що і справедливий!.."&lt;br /&gt;</w:t>
        <w:br/>
        <w:t>Підступили й наші люди,&lt;br /&gt;</w:t>
        <w:br/>
        <w:t>Козака питали:&lt;br /&gt;</w:t>
        <w:br/>
        <w:t>"А що то ви із рабином&lt;br /&gt;</w:t>
        <w:br/>
        <w:t>Розмовляти мали?.."&lt;br /&gt;</w:t>
        <w:br/>
        <w:t>"А що ж, люди? Та жид жидом!&lt;br /&gt;</w:t>
        <w:br/>
        <w:t>Я лиш показався,&lt;br /&gt;</w:t>
        <w:br/>
        <w:t>А він пальцем вже до ока&lt;br /&gt;</w:t>
        <w:br/>
        <w:t>Мені добирався…&lt;br /&gt;</w:t>
        <w:br/>
        <w:t>Та мене-то не схитрити,&lt;br /&gt;</w:t>
        <w:br/>
        <w:t>Знаю чого хоче,&lt;br /&gt;</w:t>
        <w:br/>
        <w:t>Та йому аж два козацьких&lt;br /&gt;</w:t>
        <w:br/>
        <w:t>Сунув перед очі!..&lt;br /&gt;</w:t>
        <w:br/>
        <w:t>Видить рабин — не злякає!&lt;br /&gt;</w:t>
        <w:br/>
        <w:t>"Повішаю!" — каже.&lt;br /&gt;</w:t>
        <w:br/>
        <w:t>А я тебе, йому кажу,&lt;br /&gt;</w:t>
        <w:br/>
        <w:t>Закопаю, враже!&lt;br /&gt;</w:t>
        <w:br/>
        <w:t>А він каже: "Зв’яжу руки!"&lt;br /&gt;</w:t>
        <w:br/>
        <w:t>Чи чули огиду?..&lt;br /&gt;</w:t>
        <w:br/>
        <w:t>А я його за то в пику:&lt;br /&gt;</w:t>
        <w:br/>
        <w:t>"Брешеш, скурвий жиду!.."</w:t>
      </w:r>
    </w:p>
    <w:p>
      <w:r>
        <w:br/>
        <w:t>ЩО РАБИН РОБИТЬ?</w:t>
      </w:r>
    </w:p>
    <w:p>
      <w:r>
        <w:br/>
        <w:t>Випив мужик півкватирки,&lt;br /&gt;</w:t>
        <w:br/>
        <w:t>Хлібом заїдає.&lt;br /&gt;</w:t>
        <w:br/>
        <w:t>А жид ходить коло шинку,&lt;br /&gt;</w:t>
        <w:br/>
        <w:t>Борухи співає.&lt;br /&gt;</w:t>
        <w:br/>
        <w:t>"Чи є, Мошку, у вас рабин?" —&lt;br /&gt;</w:t>
        <w:br/>
        <w:t>Став мужик питати.&lt;br /&gt;</w:t>
        <w:br/>
        <w:t>А жид: "Гирсти! А чому ж нам&lt;br /&gt;</w:t>
        <w:br/>
        <w:t>Рабина не мати?"&lt;br /&gt;</w:t>
        <w:br/>
        <w:t>"А розумний у вас рабин?"&lt;br /&gt;</w:t>
        <w:br/>
        <w:t>Жид аж вийшов з себе:&lt;br /&gt;</w:t>
        <w:br/>
        <w:t>"Та вже ж,— каже,— розумніший,&lt;br /&gt;</w:t>
        <w:br/>
        <w:t>Мужику, за тебе!.."&lt;br /&gt;</w:t>
        <w:br/>
        <w:t>"А що ж рабин у вас робить?&lt;br /&gt;</w:t>
        <w:br/>
        <w:t>Що він поробляє?"&lt;br /&gt;</w:t>
        <w:br/>
        <w:t>"Що він робить? Все читає…&lt;br /&gt;</w:t>
        <w:br/>
        <w:t>Читає… читає".&lt;br /&gt;</w:t>
        <w:br/>
        <w:t>"А коли ж він спочиває,&lt;br /&gt;</w:t>
        <w:br/>
        <w:t>Як все коло книжки?"&lt;br /&gt;</w:t>
        <w:br/>
        <w:t>"Спочиває дуже мало&lt;br /&gt;</w:t>
        <w:br/>
        <w:t>Або ані кришки.&lt;br /&gt;</w:t>
        <w:br/>
        <w:t>Он привик, бач, коло книжки&lt;br /&gt;</w:t>
        <w:br/>
        <w:t>День і ніч сидіти".&lt;br /&gt;</w:t>
        <w:br/>
        <w:t>"А як же ж то, орендарю,&lt;br /&gt;</w:t>
        <w:br/>
        <w:t>У рабина діти?"&lt;br /&gt;</w:t>
        <w:br/>
        <w:t>"Та тим глупством у нас рабин&lt;br /&gt;</w:t>
        <w:br/>
        <w:t>Себе не займає:&lt;br /&gt;</w:t>
        <w:br/>
        <w:t>Єсть такий там у рабина,&lt;br /&gt;</w:t>
        <w:br/>
        <w:t>Що за дітей дбає".</w:t>
      </w:r>
    </w:p>
    <w:p>
      <w:r>
        <w:br/>
        <w:t>МОШКО І СУРА</w:t>
      </w:r>
    </w:p>
    <w:p>
      <w:r>
        <w:br/>
        <w:t>"Щоб ти мені, Сура,&lt;br /&gt;</w:t>
        <w:br/>
        <w:t>Здоровенька була!.."&lt;br /&gt;</w:t>
        <w:br/>
        <w:t>"А ти ж, Мошку, як?"&lt;br /&gt;</w:t>
        <w:br/>
        <w:t>"Я вже буду й так!.."</w:t>
      </w:r>
    </w:p>
    <w:p>
      <w:r>
        <w:br/>
        <w:t>ДВА РАБИНИ</w:t>
      </w:r>
    </w:p>
    <w:p>
      <w:r>
        <w:br/>
        <w:t>Два рабини на коршомці&lt;br /&gt;</w:t>
        <w:br/>
        <w:t>Зашабашували,&lt;br /&gt;</w:t>
        <w:br/>
        <w:t>Одправили борухати,&lt;br /&gt;</w:t>
        <w:br/>
        <w:t>За стіл посідали.&lt;br /&gt;</w:t>
        <w:br/>
        <w:t>На кождому лапсардаки,&lt;br /&gt;</w:t>
        <w:br/>
        <w:t>Шапка шабашкова,&lt;br /&gt;</w:t>
        <w:br/>
        <w:t>Сидять собі коло столу,&lt;br /&gt;</w:t>
        <w:br/>
        <w:t>Жоден — ані слова.&lt;br /&gt;</w:t>
        <w:br/>
        <w:t>Аж приходить чоловік наш,&lt;br /&gt;</w:t>
        <w:br/>
        <w:t>Кварту набирає.&lt;br /&gt;</w:t>
        <w:br/>
        <w:t>"А хто то в вас, орендарю?" —&lt;br /&gt;</w:t>
        <w:br/>
        <w:t>Шинкаря питає.&lt;br /&gt;</w:t>
        <w:br/>
        <w:t>"І то рабин, і то рабин!" —&lt;br /&gt;</w:t>
        <w:br/>
        <w:t>Шинкар обізвався.&lt;br /&gt;</w:t>
        <w:br/>
        <w:t>"Чому ж вони не говорять?" —&lt;br /&gt;</w:t>
        <w:br/>
        <w:t>Чоловік спитався.&lt;br /&gt;</w:t>
        <w:br/>
        <w:t>"Ет, Іванцю,— жидок каже,-&lt;br /&gt;</w:t>
        <w:br/>
        <w:t>Нащо то питати!&lt;br /&gt;</w:t>
        <w:br/>
        <w:t>Що розумні такі люди&lt;br /&gt;</w:t>
        <w:br/>
        <w:t>Мають розмовляти?&lt;br /&gt;</w:t>
        <w:br/>
        <w:t>Що один з них добре знає,&lt;br /&gt;</w:t>
        <w:br/>
        <w:t>То і другий знає,&lt;br /&gt;</w:t>
        <w:br/>
        <w:t>А чого один не знає —&lt;br /&gt;</w:t>
        <w:br/>
        <w:t>І другий не знає".</w:t>
      </w:r>
    </w:p>
    <w:p>
      <w:r>
        <w:br/>
        <w:t>БОРОДАТИЙ ХУСИТ</w:t>
      </w:r>
    </w:p>
    <w:p>
      <w:r>
        <w:br/>
        <w:t>На підсінні в малій хаті&lt;br /&gt;</w:t>
        <w:br/>
        <w:t>Сидить старий хусит,&lt;br /&gt;</w:t>
        <w:br/>
        <w:t>Вопівночі над талмудом&lt;br /&gt;</w:t>
        <w:br/>
        <w:t>Бородою трусить.&lt;br /&gt;</w:t>
        <w:br/>
        <w:t>І, як рабин, зачитався,&lt;br /&gt;</w:t>
        <w:br/>
        <w:t>Читає, читає!..&lt;br /&gt;</w:t>
        <w:br/>
        <w:t>А з підсіння запорожець&lt;br /&gt;</w:t>
        <w:br/>
        <w:t>В вікно заглядає…&lt;br /&gt;</w:t>
        <w:br/>
        <w:t>Заглядає та гадає,&lt;br /&gt;</w:t>
        <w:br/>
        <w:t>Чим би поживитись;&lt;br /&gt;</w:t>
        <w:br/>
        <w:t>Але в жида всюди голо,&lt;br /&gt;</w:t>
        <w:br/>
        <w:t>Куди подивитись.&lt;br /&gt;</w:t>
        <w:br/>
        <w:t>Тілько сам він бородатий,&lt;br /&gt;</w:t>
        <w:br/>
        <w:t>Борода до пупа,&lt;br /&gt;</w:t>
        <w:br/>
        <w:t>Та книжок його поганих&lt;br /&gt;</w:t>
        <w:br/>
        <w:t>Кругом ціла купа…&lt;br /&gt;</w:t>
        <w:br/>
        <w:t>Замишляє запорожець&lt;br /&gt;</w:t>
        <w:br/>
        <w:t>Жида підголити&lt;br /&gt;</w:t>
        <w:br/>
        <w:t>І що раз, то голосніше&lt;br /&gt;</w:t>
        <w:br/>
        <w:t>Почав говорити:&lt;br /&gt;</w:t>
        <w:br/>
        <w:t>"Хто-но тілько великую&lt;br /&gt;</w:t>
        <w:br/>
        <w:t>Бороду кохає,&lt;br /&gt;</w:t>
        <w:br/>
        <w:t>Той ніколи великого&lt;br /&gt;</w:t>
        <w:br/>
        <w:t>Розуму не має!"&lt;br /&gt;</w:t>
        <w:br/>
        <w:t>Чує хусит бородатий,&lt;br /&gt;</w:t>
        <w:br/>
        <w:t>Перестав читати…&lt;br /&gt;</w:t>
        <w:br/>
        <w:t>А тут йому голосніше&lt;br /&gt;</w:t>
        <w:br/>
        <w:t>Хтось почав казати:&lt;br /&gt;</w:t>
        <w:br/>
        <w:t>"Хто-но тілько великую&lt;br /&gt;</w:t>
        <w:br/>
        <w:t>Бороду кохає,&lt;br /&gt;</w:t>
        <w:br/>
        <w:t>Той ніколи великого&lt;br /&gt;</w:t>
        <w:br/>
        <w:t>Розуму не має!.."&lt;br /&gt;</w:t>
        <w:br/>
        <w:t>Подивився жид на себе,&lt;br /&gt;</w:t>
        <w:br/>
        <w:t>Бородою трусить:&lt;br /&gt;</w:t>
        <w:br/>
        <w:t>"Гирсти? Як то? То я дурень?&lt;br /&gt;</w:t>
        <w:br/>
        <w:t>Дурень старий хусит?"&lt;br /&gt;</w:t>
        <w:br/>
        <w:t>І до свічки бородою!..&lt;br /&gt;</w:t>
        <w:br/>
        <w:t>Спалив половину…&lt;br /&gt;</w:t>
        <w:br/>
        <w:t>Але знов він чує голос&lt;br /&gt;</w:t>
        <w:br/>
        <w:t>В ту ж саму годину!..&lt;br /&gt;</w:t>
        <w:br/>
        <w:t>Знов борода над свічкою&lt;br /&gt;</w:t>
        <w:br/>
        <w:t>Запалахкотіла&lt;br /&gt;</w:t>
        <w:br/>
        <w:t>І в минуті щезла з димом&lt;br /&gt;</w:t>
        <w:br/>
        <w:t>До самого тіла!..&lt;br /&gt;</w:t>
        <w:br/>
        <w:t>Засміявся запорожець,&lt;br /&gt;</w:t>
        <w:br/>
        <w:t>Пішов собі спати…&lt;br /&gt;</w:t>
        <w:br/>
        <w:t>Але хусит сидить, бідний,&lt;br /&gt;</w:t>
        <w:br/>
        <w:t>Та й став розважати:&lt;br /&gt;</w:t>
        <w:br/>
        <w:t>"Правду воно говорило,&lt;br /&gt;</w:t>
        <w:br/>
        <w:t>Правду пак казало,&lt;br /&gt;</w:t>
        <w:br/>
        <w:t>Бо й я з своїм бородою&lt;br /&gt;</w:t>
        <w:br/>
        <w:t>Розуму не мало!..&lt;br /&gt;</w:t>
        <w:br/>
        <w:t>Борода такого мати,&lt;br /&gt;</w:t>
        <w:br/>
        <w:t>Так його любити…&lt;br /&gt;</w:t>
        <w:br/>
        <w:t>І над свічком, над тим свічком&lt;br /&gt;</w:t>
        <w:br/>
        <w:t>До губа спалити!..&lt;br /&gt;</w:t>
        <w:br/>
        <w:t>Ах, веймир! Що Сура скаже?&lt;br /&gt;</w:t>
        <w:br/>
        <w:t>Що всі люди скажуть?..&lt;br /&gt;</w:t>
        <w:br/>
        <w:t>Ото дурень старий хусит!&lt;br /&gt;</w:t>
        <w:br/>
        <w:t>Ще й з руком покажуть…"</w:t>
      </w:r>
    </w:p>
    <w:p>
      <w:r>
        <w:br/>
        <w:t>АРШИН</w:t>
      </w:r>
    </w:p>
    <w:p>
      <w:r>
        <w:br/>
        <w:t>Іде Мошко через ліс,&lt;br /&gt;</w:t>
        <w:br/>
        <w:t>Аж вовк вибігає;&lt;br /&gt;</w:t>
        <w:br/>
        <w:t>Мошко скочив на пеньок,&lt;br /&gt;</w:t>
        <w:br/>
        <w:t>Аршин підіймає.&lt;br /&gt;</w:t>
        <w:br/>
        <w:t>І аршином навісний&lt;br /&gt;</w:t>
        <w:br/>
        <w:t>До вовка цілиться —&lt;br /&gt;</w:t>
        <w:br/>
        <w:t>Аж тут — трах! — із-за корчів&lt;br /&gt;</w:t>
        <w:br/>
        <w:t>Бахнула рушниця.&lt;br /&gt;</w:t>
        <w:br/>
        <w:t>Бідний Мошко як стояв,&lt;br /&gt;</w:t>
        <w:br/>
        <w:t>Так і затрусився&lt;br /&gt;</w:t>
        <w:br/>
        <w:t>Та із пеньку сторчака&lt;br /&gt;</w:t>
        <w:br/>
        <w:t>В рів і покотився.&lt;br /&gt;</w:t>
        <w:br/>
        <w:t>От ті вовка потягли,&lt;br /&gt;</w:t>
        <w:br/>
        <w:t>Покинули жида…&lt;br /&gt;</w:t>
        <w:br/>
        <w:t>Але якось у рові&lt;br /&gt;</w:t>
        <w:br/>
        <w:t>Одійшла огида.&lt;br /&gt;</w:t>
        <w:br/>
        <w:t>І зводиться стихача,&lt;br /&gt;</w:t>
        <w:br/>
        <w:t>Аршин підіймає,&lt;br /&gt;</w:t>
        <w:br/>
        <w:t>Оглядає здалеки&lt;br /&gt;</w:t>
        <w:br/>
        <w:t>Та й сам промовляє:&lt;br /&gt;</w:t>
        <w:br/>
        <w:t>"Вісім,— каже,— літ ходив&lt;br /&gt;</w:t>
        <w:br/>
        <w:t>Я з тобою шити,&lt;br /&gt;</w:t>
        <w:br/>
        <w:t>А все-таки я не знав,&lt;br /&gt;</w:t>
        <w:br/>
        <w:t>Що ти був набитий".</w:t>
      </w:r>
    </w:p>
    <w:p>
      <w:r>
        <w:br/>
        <w:t>МАСЛО</w:t>
      </w:r>
    </w:p>
    <w:p>
      <w:r>
        <w:br/>
        <w:t>Вивіз Лейба горщик масла&lt;br /&gt;</w:t>
        <w:br/>
        <w:t>В місто продавати&lt;br /&gt;</w:t>
        <w:br/>
        <w:t>Та й пішов собі на ринок&lt;br /&gt;</w:t>
        <w:br/>
        <w:t>Купця відпитати.&lt;br /&gt;</w:t>
        <w:br/>
        <w:t>А чоловік коло воза&lt;br /&gt;</w:t>
        <w:br/>
        <w:t>Чекає, чекає.&lt;br /&gt;</w:t>
        <w:br/>
        <w:t>Далі випив півкватирки,&lt;br /&gt;</w:t>
        <w:br/>
        <w:t>Масло добуває…&lt;br /&gt;</w:t>
        <w:br/>
        <w:t>Добув масла, достав хліба,&lt;br /&gt;</w:t>
        <w:br/>
        <w:t>Засів та й балує.&lt;br /&gt;</w:t>
        <w:br/>
        <w:t>Де побачить христянина —&lt;br /&gt;</w:t>
        <w:br/>
        <w:t>Просить та й годує.&lt;br /&gt;</w:t>
        <w:br/>
        <w:t>З’їли масло добрі люди,&lt;br /&gt;</w:t>
        <w:br/>
        <w:t>Що тоді робити?..&lt;br /&gt;</w:t>
        <w:br/>
        <w:t>Б’є він горщик коло воза,&lt;br /&gt;</w:t>
        <w:br/>
        <w:t>А сам іде пити.&lt;br /&gt;</w:t>
        <w:br/>
        <w:t>Підпив собі, як годиться,&lt;br /&gt;</w:t>
        <w:br/>
        <w:t>Назад повертає.&lt;br /&gt;</w:t>
        <w:br/>
        <w:t>Коли гляне — коло воза&lt;br /&gt;</w:t>
        <w:br/>
        <w:t>Лейба умліває.&lt;br /&gt;</w:t>
        <w:br/>
        <w:t>Умліває, ломить руки&lt;br /&gt;</w:t>
        <w:br/>
        <w:t>І плечима ниже,&lt;br /&gt;</w:t>
        <w:br/>
        <w:t>А собачка невеличка&lt;br /&gt;</w:t>
        <w:br/>
        <w:t>Черепочки лиже.&lt;br /&gt;</w:t>
        <w:br/>
        <w:t>"Лихо мамі твому, гицлю!&lt;br /&gt;</w:t>
        <w:br/>
        <w:t>Де ся масло діло?"&lt;br /&gt;</w:t>
        <w:br/>
        <w:t>"Лихо мамі!.. Таже бачиш,&lt;br /&gt;</w:t>
        <w:br/>
        <w:t>Що песеня з’їло!"&lt;br /&gt;</w:t>
        <w:br/>
        <w:t>"Брешеш, гицлю, десять фунтів&lt;br /&gt;</w:t>
        <w:br/>
        <w:t>Було в масла мого.&lt;br /&gt;</w:t>
        <w:br/>
        <w:t>Гицлю ти!.. Й само собачку&lt;br /&gt;</w:t>
        <w:br/>
        <w:t>Не заважить того!"&lt;br /&gt;</w:t>
        <w:br/>
        <w:t>І пійняв жид ту собачку,&lt;br /&gt;</w:t>
        <w:br/>
        <w:t>На ваги чіпляє,&lt;br /&gt;</w:t>
        <w:br/>
        <w:t>А собачка десять фунтів&lt;br /&gt;</w:t>
        <w:br/>
        <w:t>Ледве дотягає.&lt;br /&gt;</w:t>
        <w:br/>
        <w:t>"Видиш, гицлю? То собачка!&lt;br /&gt;</w:t>
        <w:br/>
        <w:t>Де ж ся масло діло?"&lt;br /&gt;</w:t>
        <w:br/>
        <w:t>"Де ж ся масло його діло?&lt;br /&gt;</w:t>
        <w:br/>
        <w:t>Таж песеня з’їло!"&lt;br /&gt;</w:t>
        <w:br/>
        <w:t>"Ну нехай собачку — масло!..&lt;br /&gt;</w:t>
        <w:br/>
        <w:t>Де ж собачку буде?.."&lt;br /&gt;</w:t>
        <w:br/>
        <w:t>"Де ж собачка — таже онде!&lt;br /&gt;</w:t>
        <w:br/>
        <w:t>Видять добрі люди!"&lt;br /&gt;</w:t>
        <w:br/>
        <w:t>"Ну нехай воно собачку!&lt;br /&gt;</w:t>
        <w:br/>
        <w:t>Де ж ся масло діло?"&lt;br /&gt;</w:t>
        <w:br/>
        <w:t>"Все де масло та де масло!&lt;br /&gt;</w:t>
        <w:br/>
        <w:t>Таж песеня з’їло!.."&lt;br /&gt;</w:t>
        <w:br/>
        <w:t>"Що з тобою говорити?&lt;br /&gt;</w:t>
        <w:br/>
        <w:t>Лихо мамі твому!&lt;br /&gt;</w:t>
        <w:br/>
        <w:t>Сідай уже, сідай, гицлю,&lt;br /&gt;</w:t>
        <w:br/>
        <w:t>Та вези додому!.."</w:t>
      </w:r>
    </w:p>
    <w:p>
      <w:r>
        <w:br/>
        <w:t>КУЦИЙ</w:t>
      </w:r>
    </w:p>
    <w:p>
      <w:r>
        <w:br/>
        <w:t>Ходить піп коло крамниці&lt;br /&gt;</w:t>
        <w:br/>
        <w:t>Та й чогось питає.&lt;br /&gt;</w:t>
        <w:br/>
        <w:t>Аж до нього такий хитрий&lt;br /&gt;</w:t>
        <w:br/>
        <w:t>Жидок підбігає:&lt;br /&gt;</w:t>
        <w:br/>
        <w:t>"Добродзею, добродзею!" —&lt;br /&gt;</w:t>
        <w:br/>
        <w:t>Просить почекати&lt;br /&gt;</w:t>
        <w:br/>
        <w:t>Та й новому ножикові&lt;br /&gt;</w:t>
        <w:br/>
        <w:t>Ім’я яке дати.&lt;br /&gt;</w:t>
        <w:br/>
        <w:t>А той, довго не гадавши,&lt;br /&gt;</w:t>
        <w:br/>
        <w:t>Казав ножик дати,&lt;br /&gt;</w:t>
        <w:br/>
        <w:t>Зламав його та й каже:&lt;br /&gt;</w:t>
        <w:br/>
        <w:t>"Куцим будеш звати!.."</w:t>
      </w:r>
    </w:p>
    <w:p>
      <w:r>
        <w:br/>
        <w:t>ЦИГАН З ХРОНОМ</w:t>
      </w:r>
    </w:p>
    <w:p>
      <w:r>
        <w:br/>
        <w:t>З копійкою циганчук&lt;br /&gt;</w:t>
        <w:br/>
        <w:t>По ярмарку ходить&lt;br /&gt;</w:t>
        <w:br/>
        <w:t>І купив би, може, що,&lt;br /&gt;</w:t>
        <w:br/>
        <w:t>Та все не знаходить.&lt;br /&gt;</w:t>
        <w:br/>
        <w:t>Усе таке дороге,&lt;br /&gt;</w:t>
        <w:br/>
        <w:t>А в нього копійка,&lt;br /&gt;</w:t>
        <w:br/>
        <w:t>По копійці тільки хрін&lt;br /&gt;</w:t>
        <w:br/>
        <w:t>Продає жидівка.&lt;br /&gt;</w:t>
        <w:br/>
        <w:t>Мнявся бідний циганчук,&lt;br /&gt;</w:t>
        <w:br/>
        <w:t>Далі, що робити?&lt;br /&gt;</w:t>
        <w:br/>
        <w:t>Без гостинця ж не іти,&lt;br /&gt;</w:t>
        <w:br/>
        <w:t>Треба щось купити!&lt;br /&gt;</w:t>
        <w:br/>
        <w:t>До жидівки і побіг,&lt;br /&gt;</w:t>
        <w:br/>
        <w:t>Купив того хрону,&lt;br /&gt;</w:t>
        <w:br/>
        <w:t>За пазуху положив&lt;br /&gt;</w:t>
        <w:br/>
        <w:t>Та й пішов додому.&lt;br /&gt;</w:t>
        <w:br/>
        <w:t>От удома циганчук&lt;br /&gt;</w:t>
        <w:br/>
        <w:t>Свіжий хрін смакує,&lt;br /&gt;</w:t>
        <w:br/>
        <w:t>В носі крутить та вертить,&lt;br /&gt;</w:t>
        <w:br/>
        <w:t>Сльози не вгамує.&lt;br /&gt;</w:t>
        <w:br/>
        <w:t>А все-таки неборак&lt;br /&gt;</w:t>
        <w:br/>
        <w:t>Хрону не кидає,&lt;br /&gt;</w:t>
        <w:br/>
        <w:t>Іскривився, плаче, їсть&lt;br /&gt;</w:t>
        <w:br/>
        <w:t>Та все примовляє:&lt;br /&gt;</w:t>
        <w:br/>
        <w:t>"Плачте, очі навісні,&lt;br /&gt;</w:t>
        <w:br/>
        <w:t>Щоб повилізали!..&lt;br /&gt;</w:t>
        <w:br/>
        <w:t>Таже ж бачили самі,&lt;br /&gt;</w:t>
        <w:br/>
        <w:t>Що ви купували!.."</w:t>
      </w:r>
    </w:p>
    <w:p>
      <w:r>
        <w:br/>
        <w:t>А НЕ ХАЛАСУЙ!</w:t>
      </w:r>
    </w:p>
    <w:p>
      <w:r>
        <w:br/>
        <w:t>"Ото, тату, маєм воду,-&lt;br /&gt;</w:t>
        <w:br/>
        <w:t>Каже циганчук,-&lt;br /&gt;</w:t>
        <w:br/>
        <w:t>А якби нам іще сиру&lt;br /&gt;</w:t>
        <w:br/>
        <w:t>Та муки до рук —&lt;br /&gt;</w:t>
        <w:br/>
        <w:t>Наварили б вареників,&lt;br /&gt;</w:t>
        <w:br/>
        <w:t>Сіли край стола…"&lt;br /&gt;</w:t>
        <w:br/>
        <w:t>Тут старому вже по горлі&lt;br /&gt;</w:t>
        <w:br/>
        <w:t>Слинка потекла…&lt;br /&gt;</w:t>
        <w:br/>
        <w:t>"А якби нам іще масла,&lt;br /&gt;</w:t>
        <w:br/>
        <w:t>Отоді балуй!"&lt;br /&gt;</w:t>
        <w:br/>
        <w:t>Тут старий його фандою:&lt;br /&gt;</w:t>
        <w:br/>
        <w:t>"А не халасуй!"</w:t>
      </w:r>
    </w:p>
    <w:p>
      <w:r>
        <w:br/>
        <w:t>МІСЯЦЬ</w:t>
      </w:r>
    </w:p>
    <w:p>
      <w:r>
        <w:br/>
        <w:t>Нічка тиха, зорі світять,&lt;br /&gt;</w:t>
        <w:br/>
        <w:t>А мороз крепить;&lt;br /&gt;</w:t>
        <w:br/>
        <w:t>Циган сина до місяця&lt;br /&gt;</w:t>
        <w:br/>
        <w:t>Лицем становить.&lt;br /&gt;</w:t>
        <w:br/>
        <w:t>"Отак, сину мій Романе!&lt;br /&gt;</w:t>
        <w:br/>
        <w:t>Отак, дурню, стій&lt;br /&gt;</w:t>
        <w:br/>
        <w:t>Та з пазухи вийми руки,&lt;br /&gt;</w:t>
        <w:br/>
        <w:t>До місяця грій!.."&lt;br /&gt;</w:t>
        <w:br/>
        <w:t>Стоїть бідне циганятко,&lt;br /&gt;</w:t>
        <w:br/>
        <w:t>Холод каменить,&lt;br /&gt;</w:t>
        <w:br/>
        <w:t>А старий пішов до хати&lt;br /&gt;</w:t>
        <w:br/>
        <w:t>Людей туманить.&lt;br /&gt;</w:t>
        <w:br/>
        <w:t>Витуманив кусок сала,&lt;br /&gt;</w:t>
        <w:br/>
        <w:t>Хліба бохунець,&lt;br /&gt;</w:t>
        <w:br/>
        <w:t>Вийшов з хати та до сина —&lt;br /&gt;</w:t>
        <w:br/>
        <w:t>Син як камінець.&lt;br /&gt;</w:t>
        <w:br/>
        <w:t>"Ой місяцю! — циган каже.&lt;br /&gt;</w:t>
        <w:br/>
        <w:t>Жаль твої краси!&lt;br /&gt;</w:t>
        <w:br/>
        <w:t>Ти лиш світиш, а не грієш,&lt;br /&gt;</w:t>
        <w:br/>
        <w:t>Дармо хліб їси".</w:t>
      </w:r>
    </w:p>
    <w:p>
      <w:r>
        <w:br/>
        <w:t>ЦИГАН НА ТОЛОЦІ</w:t>
      </w:r>
    </w:p>
    <w:p>
      <w:r>
        <w:br/>
        <w:t>Вийшов циган на толоку,&lt;br /&gt;</w:t>
        <w:br/>
        <w:t>Косить, бідний, косить —&lt;br /&gt;</w:t>
        <w:br/>
        <w:t>А господар обідати&lt;br /&gt;</w:t>
        <w:br/>
        <w:t>Цигана не просить,&lt;br /&gt;</w:t>
        <w:br/>
        <w:t>А дав чарки понюхати,&lt;br /&gt;</w:t>
        <w:br/>
        <w:t>Хліба закусити&lt;br /&gt;</w:t>
        <w:br/>
        <w:t>Та й знов таки заставляє&lt;br /&gt;</w:t>
        <w:br/>
        <w:t>Цигана косити.&lt;br /&gt;</w:t>
        <w:br/>
        <w:t>І скривився циганюга,&lt;br /&gt;</w:t>
        <w:br/>
        <w:t>Косить, бідний, косить,&lt;br /&gt;</w:t>
        <w:br/>
        <w:t>А господар полуднати&lt;br /&gt;</w:t>
        <w:br/>
        <w:t>Цигана не просить.&lt;br /&gt;</w:t>
        <w:br/>
        <w:t>А знов чарки понюхати,&lt;br /&gt;</w:t>
        <w:br/>
        <w:t>Хліба закусити&lt;br /&gt;</w:t>
        <w:br/>
        <w:t>Та й знов таки заставляє&lt;br /&gt;</w:t>
        <w:br/>
        <w:t>Цигана косити.&lt;br /&gt;</w:t>
        <w:br/>
        <w:t>Ізнемігся бідний циган,&lt;br /&gt;</w:t>
        <w:br/>
        <w:t>Косить і не косить,&lt;br /&gt;</w:t>
        <w:br/>
        <w:t>Аж під вечір пан господар&lt;br /&gt;</w:t>
        <w:br/>
        <w:t>Вечеряти просить.&lt;br /&gt;</w:t>
        <w:br/>
        <w:t>Просить його до світлиці,&lt;br /&gt;</w:t>
        <w:br/>
        <w:t>Садить на посаді,&lt;br /&gt;</w:t>
        <w:br/>
        <w:t>Наливає чарку, другу…&lt;br /&gt;</w:t>
        <w:br/>
        <w:t>Такий циган радий!..&lt;br /&gt;</w:t>
        <w:br/>
        <w:t>От подали сироватку,&lt;br /&gt;</w:t>
        <w:br/>
        <w:t>Циган уплітає,&lt;br /&gt;</w:t>
        <w:br/>
        <w:t>Аж тут кума вареники&lt;br /&gt;</w:t>
        <w:br/>
        <w:t>З печі висуває.&lt;br /&gt;</w:t>
        <w:br/>
        <w:t>Кинув циган сироватку,&lt;br /&gt;</w:t>
        <w:br/>
        <w:t>До другого взявся.&lt;br /&gt;</w:t>
        <w:br/>
        <w:t>Лигав-лигав вареники,&lt;br /&gt;</w:t>
        <w:br/>
        <w:t>Аж розперезався.&lt;br /&gt;</w:t>
        <w:br/>
        <w:t>Далі годі! Сидить циган,&lt;br /&gt;</w:t>
        <w:br/>
        <w:t>Тільки поглядає,&lt;br /&gt;</w:t>
        <w:br/>
        <w:t>Аж тут кума поросятко&lt;br /&gt;</w:t>
        <w:br/>
        <w:t>З печі висуває.&lt;br /&gt;</w:t>
        <w:br/>
        <w:t>Гекнув циган — та й із хати,&lt;br /&gt;</w:t>
        <w:br/>
        <w:t>Не хоче і ждати:&lt;br /&gt;</w:t>
        <w:br/>
        <w:t>"Вміли, — каже, — наварити —&lt;br /&gt;</w:t>
        <w:br/>
        <w:t>Не вміли подати!"</w:t>
      </w:r>
    </w:p>
    <w:p>
      <w:r>
        <w:br/>
        <w:t>ЦИГАНСЬКИЙ КІНЬ</w:t>
      </w:r>
    </w:p>
    <w:p>
      <w:r>
        <w:br/>
        <w:t>Вивів циган на ярмарок&lt;br /&gt;</w:t>
        <w:br/>
        <w:t>Коня продавати…&lt;br /&gt;</w:t>
        <w:br/>
        <w:t>Посходились ярмаркові,&lt;br /&gt;</w:t>
        <w:br/>
        <w:t>Стали оглядати…&lt;br /&gt;</w:t>
        <w:br/>
        <w:t>Оглядають — кінь, як сокіл,&lt;br /&gt;</w:t>
        <w:br/>
        <w:t>І ганчі не має!&lt;br /&gt;</w:t>
        <w:br/>
        <w:t>А сам циган кругом ходить&lt;br /&gt;</w:t>
        <w:br/>
        <w:t>Та все примовляє:&lt;br /&gt;</w:t>
        <w:br/>
        <w:t>"Що конина, то конина!..&lt;br /&gt;</w:t>
        <w:br/>
        <w:t>А щоб язик мала,&lt;br /&gt;</w:t>
        <w:br/>
        <w:t>То вона б вам, люди добрі,&lt;br /&gt;</w:t>
        <w:br/>
        <w:t>Всю правду сказала!"&lt;br /&gt;</w:t>
        <w:br/>
        <w:t>Купив якийсь ту конину,&lt;br /&gt;</w:t>
        <w:br/>
        <w:t>Дома оглядає!..&lt;br /&gt;</w:t>
        <w:br/>
        <w:t>Аж конина його справді&lt;br /&gt;</w:t>
        <w:br/>
        <w:t>Язика не має…</w:t>
      </w:r>
    </w:p>
    <w:p>
      <w:r>
        <w:br/>
        <w:t>СПАСИБІ</w:t>
      </w:r>
    </w:p>
    <w:p>
      <w:r>
        <w:br/>
        <w:t>Сидить циган на городі&lt;br /&gt;</w:t>
        <w:br/>
        <w:t>Темненької ночки,&lt;br /&gt;</w:t>
        <w:br/>
        <w:t>До блискавки вибирає&lt;br /&gt;</w:t>
        <w:br/>
        <w:t>Чужі огірочки.&lt;br /&gt;</w:t>
        <w:br/>
        <w:t>Та все собі промовляє:&lt;br /&gt;</w:t>
        <w:br/>
        <w:t>"Блисни, боже, блисни!"&lt;br /&gt;</w:t>
        <w:br/>
        <w:t>А господар його ззаду&lt;br /&gt;</w:t>
        <w:br/>
        <w:t>Як вилами свисне!..&lt;br /&gt;</w:t>
        <w:br/>
        <w:t>"А сто бісів в твого батька&lt;br /&gt;</w:t>
        <w:br/>
        <w:t>Та у твої груди,&lt;br /&gt;</w:t>
        <w:br/>
        <w:t>Розкрадати мою працю!..&lt;br /&gt;</w:t>
        <w:br/>
        <w:t>А що тепер буде?.."&lt;br /&gt;</w:t>
        <w:br/>
        <w:t>"Ой батечку, голубчику,&lt;br /&gt;</w:t>
        <w:br/>
        <w:t>Чиніте, що знайте,&lt;br /&gt;</w:t>
        <w:br/>
        <w:t>Тільки прошу вас, панотче,&lt;br /&gt;</w:t>
        <w:br/>
        <w:t>За пліт не кидайте!"&lt;br /&gt;</w:t>
        <w:br/>
        <w:t>"Оже ж кину!"— "Бійтесь бога!.."&lt;br /&gt;</w:t>
        <w:br/>
        <w:t>"Кину, бісів сину!"&lt;br /&gt;</w:t>
        <w:br/>
        <w:t>Підняв цигана на руки&lt;br /&gt;</w:t>
        <w:br/>
        <w:t>Та й через пліт кинув.&lt;br /&gt;</w:t>
        <w:br/>
        <w:t>Тоді циган підійнявся&lt;br /&gt;</w:t>
        <w:br/>
        <w:t>Та як зарегоче:&lt;br /&gt;</w:t>
        <w:br/>
        <w:t>"Мені того й бракувало…&lt;br /&gt;</w:t>
        <w:br/>
        <w:t>Спасибі, панотче!"</w:t>
      </w:r>
    </w:p>
    <w:p>
      <w:r>
        <w:br/>
        <w:t>ЩО ДО КОГО</w:t>
      </w:r>
    </w:p>
    <w:p>
      <w:r>
        <w:br/>
        <w:t>"Хто йде їсти?" — пан питає.&lt;br /&gt;</w:t>
        <w:br/>
        <w:t>"Я йду!" — циган каже.&lt;br /&gt;</w:t>
        <w:br/>
        <w:t>"Хто йде жати?" — пан питає.&lt;br /&gt;</w:t>
        <w:br/>
        <w:t>"То громада скаже!"</w:t>
      </w:r>
    </w:p>
    <w:p>
      <w:r>
        <w:br/>
        <w:t>ЦИГАНСЬКИЙ ПОХОРОН</w:t>
      </w:r>
    </w:p>
    <w:p>
      <w:r>
        <w:br/>
        <w:t>У цигана вмерла мати,&lt;br /&gt;</w:t>
        <w:br/>
        <w:t>Нічого діяти!..&lt;br /&gt;</w:t>
        <w:br/>
        <w:t>Іде циган до батюшки,&lt;br /&gt;</w:t>
        <w:br/>
        <w:t>Просить поховати.&lt;br /&gt;</w:t>
        <w:br/>
        <w:t>"А як хочеш поховати?&lt;br /&gt;</w:t>
        <w:br/>
        <w:t>Може, по-циганськи?"&lt;br /&gt;</w:t>
        <w:br/>
        <w:t>"Ні, батюшка, прошу таки&lt;br /&gt;</w:t>
        <w:br/>
        <w:t>Вже по-християнськи!"&lt;br /&gt;</w:t>
        <w:br/>
        <w:t>"Та то буде рублів десять&lt;br /&gt;</w:t>
        <w:br/>
        <w:t>Тебе коштувати!"&lt;br /&gt;</w:t>
        <w:br/>
        <w:t>"О, нічого то, панотче!&lt;br /&gt;</w:t>
        <w:br/>
        <w:t>В нас дорожча мати!"&lt;br /&gt;</w:t>
        <w:br/>
        <w:t>Поховав піп циганиху,&lt;br /&gt;</w:t>
        <w:br/>
        <w:t>За гроші питає…&lt;br /&gt;</w:t>
        <w:br/>
        <w:t>Аж тут йому сороківку&lt;br /&gt;</w:t>
        <w:br/>
        <w:t>Циган витягає.&lt;br /&gt;</w:t>
        <w:br/>
        <w:t>"Сороківку? — піп питає. —&lt;br /&gt;</w:t>
        <w:br/>
        <w:t>А то ж твоя мати!&lt;br /&gt;</w:t>
        <w:br/>
        <w:t>А ти ж за ню рублів десять&lt;br /&gt;</w:t>
        <w:br/>
        <w:t>Обіцявся дати!"&lt;br /&gt;</w:t>
        <w:br/>
        <w:t>"Рублів десять!.. — циган каже.&lt;br /&gt;</w:t>
        <w:br/>
        <w:t>За трупа гнилого!..&lt;br /&gt;</w:t>
        <w:br/>
        <w:t>Та вона не варта була&lt;br /&gt;</w:t>
        <w:br/>
        <w:t>І живою того!.."</w:t>
      </w:r>
    </w:p>
    <w:p>
      <w:r>
        <w:br/>
        <w:t>ВОЛИ</w:t>
      </w:r>
    </w:p>
    <w:p>
      <w:r>
        <w:br/>
        <w:t>Їде москаль серед літа&lt;br /&gt;</w:t>
        <w:br/>
        <w:t>Нашими волами.&lt;br /&gt;</w:t>
        <w:br/>
        <w:t>"Гей, валы, — кричить веселий, —&lt;br /&gt;</w:t>
        <w:br/>
        <w:t>Чтоб бог ездил вами".&lt;br /&gt;</w:t>
        <w:br/>
        <w:t>Їде москаль серед зими&lt;br /&gt;</w:t>
        <w:br/>
        <w:t>Нашими волами.&lt;br /&gt;</w:t>
        <w:br/>
        <w:t>"Гей, валы, — кричить сердитий,-&lt;br /&gt;</w:t>
        <w:br/>
        <w:t>Чтоб черт ездил вами!"</w:t>
      </w:r>
    </w:p>
    <w:p>
      <w:r>
        <w:br/>
        <w:t>ПОЛОТНО</w:t>
      </w:r>
    </w:p>
    <w:p>
      <w:r>
        <w:br/>
        <w:t>Кричить баба, репетує,&lt;br /&gt;</w:t>
        <w:br/>
        <w:t>Пукає в вікно,&lt;br /&gt;</w:t>
        <w:br/>
        <w:t>А москаль припав до плоту,&lt;br /&gt;</w:t>
        <w:br/>
        <w:t>Тягне полотно.&lt;br /&gt;</w:t>
        <w:br/>
        <w:t>Стягнув собі. "Прощай, бабка!&lt;br /&gt;</w:t>
        <w:br/>
        <w:t>Злом не поминай!"&lt;br /&gt;</w:t>
        <w:br/>
        <w:t>Стара баба у погоню:&lt;br /&gt;</w:t>
        <w:br/>
        <w:t>"Служба, почекай!"&lt;br /&gt;</w:t>
        <w:br/>
        <w:t>Москалеві то й байдуже,&lt;br /&gt;</w:t>
        <w:br/>
        <w:t>Баба вже й клене:&lt;br /&gt;</w:t>
        <w:br/>
        <w:t>"Нехай тебе, препоганий,&lt;br /&gt;</w:t>
        <w:br/>
        <w:t>Куля не мине!"&lt;br /&gt;</w:t>
        <w:br/>
        <w:t>"Пусть себе, — москаль говорить,&lt;br /&gt;</w:t>
        <w:br/>
        <w:t>Баба паареть,&lt;br /&gt;</w:t>
        <w:br/>
        <w:t>Вить добраво чаловека&lt;br /&gt;</w:t>
        <w:br/>
        <w:t>Пуля не вазьметь…"&lt;br /&gt;</w:t>
        <w:br/>
        <w:t>"Та богдай же тебе господь&lt;br /&gt;</w:t>
        <w:br/>
        <w:t>Щастям обминув,&lt;br /&gt;</w:t>
        <w:br/>
        <w:t>Богдай же ти, препоганий,&lt;br /&gt;</w:t>
        <w:br/>
        <w:t>Дзвона не почув!"&lt;br /&gt;</w:t>
        <w:br/>
        <w:t>"Что мне, бабка, тваи звоны,&lt;br /&gt;</w:t>
        <w:br/>
        <w:t>Эка не видал?..&lt;br /&gt;</w:t>
        <w:br/>
        <w:t>Кабы я лишь ва паходе&lt;br /&gt;</w:t>
        <w:br/>
        <w:t>Барабан слыхал!"&lt;br /&gt;</w:t>
        <w:br/>
        <w:t>"Богдай же ти світа-сонця&lt;br /&gt;</w:t>
        <w:br/>
        <w:t>Більше не видав!&lt;br /&gt;</w:t>
        <w:br/>
        <w:t>Богдай же ти зозуленьки&lt;br /&gt;</w:t>
        <w:br/>
        <w:t>Більше не чував!.."&lt;br /&gt;</w:t>
        <w:br/>
        <w:t>"Что мне слушать, как зазуля&lt;br /&gt;</w:t>
        <w:br/>
        <w:t>Вашая поеть,&lt;br /&gt;</w:t>
        <w:br/>
        <w:t>Меня в матушке Рассеи&lt;br /&gt;</w:t>
        <w:br/>
        <w:t>Й одуд закуеть!.."</w:t>
      </w:r>
    </w:p>
    <w:p>
      <w:r>
        <w:br/>
        <w:t>ІКРА</w:t>
      </w:r>
    </w:p>
    <w:p>
      <w:r>
        <w:br/>
        <w:t>Сидить москаль коло лави,&lt;br /&gt;</w:t>
        <w:br/>
        <w:t>Порох насипає.&lt;br /&gt;</w:t>
        <w:br/>
        <w:t>Аж підходить стара баба.&lt;br /&gt;</w:t>
        <w:br/>
        <w:t>"А що то?" — питає.&lt;br /&gt;</w:t>
        <w:br/>
        <w:t>"А что ж? Икра салдацкая,&lt;br /&gt;</w:t>
        <w:br/>
        <w:t>Став москаль брехати. —&lt;br /&gt;</w:t>
        <w:br/>
        <w:t>Вить с энтаво у нас, бабка,&lt;br /&gt;</w:t>
        <w:br/>
        <w:t>Выходют салдаты!.."&lt;br /&gt;</w:t>
        <w:br/>
        <w:t>"Почекай же, бісів сину, —&lt;br /&gt;</w:t>
        <w:br/>
        <w:t>Стара собі каже, —&lt;br /&gt;</w:t>
        <w:br/>
        <w:t>В мене живо ікра ваша&lt;br /&gt;</w:t>
        <w:br/>
        <w:t>У печі поляже!"&lt;br /&gt;</w:t>
        <w:br/>
        <w:t>І йно лихе москалину&lt;br /&gt;</w:t>
        <w:br/>
        <w:t>З хати одвинуло,&lt;br /&gt;</w:t>
        <w:br/>
        <w:t>Баба порох та до печі —&lt;br /&gt;</w:t>
        <w:br/>
        <w:t>Печі як не було!..&lt;br /&gt;</w:t>
        <w:br/>
        <w:t>"Чи ж не диво з москалями, —&lt;br /&gt;</w:t>
        <w:br/>
        <w:t>Баба промовляє,-&lt;br /&gt;</w:t>
        <w:br/>
        <w:t>І в ікрі ще москалина,&lt;br /&gt;</w:t>
        <w:br/>
        <w:t>А що виробляє?!"</w:t>
      </w:r>
    </w:p>
    <w:p>
      <w:r>
        <w:br/>
        <w:t>"ВАРЕНИКИ-ВАРЕНИКИ!"</w:t>
      </w:r>
    </w:p>
    <w:p>
      <w:r>
        <w:br/>
        <w:t>Сидить москаль на прилавку,&lt;br /&gt;</w:t>
        <w:br/>
        <w:t>Прищурює очі…&lt;br /&gt;</w:t>
        <w:br/>
        <w:t>Так і знати: москалина&lt;br /&gt;</w:t>
        <w:br/>
        <w:t>Вареників хоче.&lt;br /&gt;</w:t>
        <w:br/>
        <w:t>Хоче бідний вареників,&lt;br /&gt;</w:t>
        <w:br/>
        <w:t>То й ніщо питати!&lt;br /&gt;</w:t>
        <w:br/>
        <w:t>Та тільки їх по-нашому&lt;br /&gt;</w:t>
        <w:br/>
        <w:t>Не вміє назвати.&lt;br /&gt;</w:t>
        <w:br/>
        <w:t>"Хазяюшка, галубушка! —&lt;br /&gt;</w:t>
        <w:br/>
        <w:t>Став він говорити. —&lt;br /&gt;</w:t>
        <w:br/>
        <w:t>Свари-ка мне вот энтаво!.."&lt;br /&gt;</w:t>
        <w:br/>
        <w:t>"Та чого зварити?.."&lt;br /&gt;</w:t>
        <w:br/>
        <w:t>"Да энтаво… как, бишь, ево&lt;br /&gt;</w:t>
        <w:br/>
        <w:t>У вас называют?..&lt;br /&gt;</w:t>
        <w:br/>
        <w:t>Вот, что, знаешь… берут тесто,&lt;br /&gt;</w:t>
        <w:br/>
        <w:t>Сыром накладают…"&lt;br /&gt;</w:t>
        <w:br/>
        <w:t>"Та бог його святий знає,&lt;br /&gt;</w:t>
        <w:br/>
        <w:t>Що вам, служба, гоже!..&lt;br /&gt;</w:t>
        <w:br/>
        <w:t>Тісто сиром накладають…&lt;br /&gt;</w:t>
        <w:br/>
        <w:t>То галушки, може?.."&lt;br /&gt;</w:t>
        <w:br/>
        <w:t>"Не галушки, не галушки,&lt;br /&gt;</w:t>
        <w:br/>
        <w:t>Я галушки знаю…&lt;br /&gt;</w:t>
        <w:br/>
        <w:t>Свари-ка мне, галубушка…&lt;br /&gt;</w:t>
        <w:br/>
        <w:t>Все, бишь, забываю…&lt;br /&gt;</w:t>
        <w:br/>
        <w:t>Уж с глаз долой, так с памяти!..&lt;br /&gt;</w:t>
        <w:br/>
        <w:t>Вот энтакой бес-то!..&lt;br /&gt;</w:t>
        <w:br/>
        <w:t>Да знаешь ли, энтак сыр-то,&lt;br /&gt;</w:t>
        <w:br/>
        <w:t>А на сыре тесто!.."&lt;br /&gt;</w:t>
        <w:br/>
        <w:t>"Та бог його святий знає&lt;br /&gt;</w:t>
        <w:br/>
        <w:t>І добрії люди!..&lt;br /&gt;</w:t>
        <w:br/>
        <w:t>Сир у тісті?.. Хіба, може,&lt;br /&gt;</w:t>
        <w:br/>
        <w:t>Чи не пиріг буде?"&lt;br /&gt;</w:t>
        <w:br/>
        <w:t>"Да не пирог, голубушка…&lt;br /&gt;</w:t>
        <w:br/>
        <w:t>Экая досада!..&lt;br /&gt;</w:t>
        <w:br/>
        <w:t>Да знаешь ли, туда масла&lt;br /&gt;</w:t>
        <w:br/>
        <w:t>Да сметаны надо!.."&lt;br /&gt;</w:t>
        <w:br/>
        <w:t>А вона-то добре знає,&lt;br /&gt;</w:t>
        <w:br/>
        <w:t>Чого москаль хоче…&lt;br /&gt;</w:t>
        <w:br/>
        <w:t>Та чекає барабана,&lt;br /&gt;</w:t>
        <w:br/>
        <w:t>Заким затуркоче.&lt;br /&gt;</w:t>
        <w:br/>
        <w:t>Як почула барабана…&lt;br /&gt;</w:t>
        <w:br/>
        <w:t>Слава тобі, боже!&lt;br /&gt;</w:t>
        <w:br/>
        <w:t>Та й говорить москалеві:&lt;br /&gt;</w:t>
        <w:br/>
        <w:t>"Вареників, може?.."&lt;br /&gt;</w:t>
        <w:br/>
        <w:t>Аж підскочив москалина…&lt;br /&gt;</w:t>
        <w:br/>
        <w:t>Та ніколи ждати.&lt;br /&gt;</w:t>
        <w:br/>
        <w:t>"Вареники-вареники!"&lt;br /&gt;</w:t>
        <w:br/>
        <w:t>Та й пішов із хати.</w:t>
      </w:r>
    </w:p>
    <w:p>
      <w:r>
        <w:br/>
        <w:t>ДОЧКА — СИН</w:t>
      </w:r>
    </w:p>
    <w:p>
      <w:r>
        <w:br/>
        <w:t>Пан то хоче сина мати,&lt;br /&gt;</w:t>
        <w:br/>
        <w:t>Не спить цілі ночки,&lt;br /&gt;</w:t>
        <w:br/>
        <w:t>Але пані, як на збитки,&lt;br /&gt;</w:t>
        <w:br/>
        <w:t>Вповиває дочки.&lt;br /&gt;</w:t>
        <w:br/>
        <w:t>Що півроку, то й повненька,&lt;br /&gt;</w:t>
        <w:br/>
        <w:t>Що рік, то й дитина…&lt;br /&gt;</w:t>
        <w:br/>
        <w:t>Отак-отак рада б хлопця,&lt;br /&gt;</w:t>
        <w:br/>
        <w:t>А вийде дівчина…&lt;br /&gt;</w:t>
        <w:br/>
        <w:t>П'ятеро вповила пані,&lt;br /&gt;</w:t>
        <w:br/>
        <w:t>Ще надію має;&lt;br /&gt;</w:t>
        <w:br/>
        <w:t>Але дідич за границю&lt;br /&gt;</w:t>
        <w:br/>
        <w:t>З горя виїжджає.&lt;br /&gt;</w:t>
        <w:br/>
        <w:t>І говорить своїй пані:&lt;br /&gt;</w:t>
        <w:br/>
        <w:t>"Я хрестом клянуся,&lt;br /&gt;</w:t>
        <w:br/>
        <w:t>Тільки ще буде не хлопець —&lt;br /&gt;</w:t>
        <w:br/>
        <w:t>Я вже не вернуся".&lt;br /&gt;</w:t>
        <w:br/>
        <w:t>Сів на бричку та й поїхав,&lt;br /&gt;</w:t>
        <w:br/>
        <w:t>Півроку минає…&lt;br /&gt;</w:t>
        <w:br/>
        <w:t>Але пані, як на теє ж,&lt;br /&gt;</w:t>
        <w:br/>
        <w:t>Дочку вповиває.&lt;br /&gt;</w:t>
        <w:br/>
        <w:t>Зажурилась, світ немилий,&lt;br /&gt;</w:t>
        <w:br/>
        <w:t>І жити не хоче…&lt;br /&gt;</w:t>
        <w:br/>
        <w:t>"Не побачу, — каже, — більше&lt;br /&gt;</w:t>
        <w:br/>
        <w:t>Свого пана в очі".&lt;br /&gt;</w:t>
        <w:br/>
        <w:t>Аж приходить якось Мошко,&lt;br /&gt;</w:t>
        <w:br/>
        <w:t>Паню оглядає.&lt;br /&gt;</w:t>
        <w:br/>
        <w:t>"Чи ви, пані, нездорова?" —&lt;br /&gt;</w:t>
        <w:br/>
        <w:t>Дідичку питає.&lt;br /&gt;</w:t>
        <w:br/>
        <w:t>Та і каже своє лихо.&lt;br /&gt;</w:t>
        <w:br/>
        <w:t>"Не журіться, пані,&lt;br /&gt;</w:t>
        <w:br/>
        <w:t>Та лиш мені, — каже, —дайте&lt;br /&gt;</w:t>
        <w:br/>
        <w:t>Коня, що на стані,&lt;br /&gt;</w:t>
        <w:br/>
        <w:t>А я вже вам пана верну…"&lt;br /&gt;</w:t>
        <w:br/>
        <w:t>Та йому дарує&lt;br /&gt;</w:t>
        <w:br/>
        <w:t>Їде Мошко за границю&lt;br /&gt;</w:t>
        <w:br/>
        <w:t>І в пейси не дує.&lt;br /&gt;</w:t>
        <w:br/>
        <w:t>Найшов пана, поклонився…&lt;br /&gt;</w:t>
        <w:br/>
        <w:t>"А що?" — пан питає.&lt;br /&gt;</w:t>
        <w:br/>
        <w:t>"А що ж, пане? Дав бог сина!"&lt;br /&gt;</w:t>
        <w:br/>
        <w:t>Мошко відвічає.&lt;br /&gt;</w:t>
        <w:br/>
        <w:t>Дає дідич сто червоних&lt;br /&gt;</w:t>
        <w:br/>
        <w:t>Жидюкові тому.&lt;br /&gt;</w:t>
        <w:br/>
        <w:t>Казав коні заложити,&lt;br /&gt;</w:t>
        <w:br/>
        <w:t>Рушав додому.&lt;br /&gt;</w:t>
        <w:br/>
        <w:t>Приїжджає, привітався.&lt;br /&gt;</w:t>
        <w:br/>
        <w:t>"Де моя дитина"&lt;br /&gt;</w:t>
        <w:br/>
        <w:t>Бере її, розкриває…&lt;br /&gt;</w:t>
        <w:br/>
        <w:t>Аж воно — дівчина!&lt;br /&gt;</w:t>
        <w:br/>
        <w:t>"Ах ти ж, шельмо, псяча віро,&lt;br /&gt;</w:t>
        <w:br/>
        <w:t>Казав — сина маю.&lt;br /&gt;</w:t>
        <w:br/>
        <w:t>Та я тебе обезвічу,&lt;br /&gt;</w:t>
        <w:br/>
        <w:t>Живцем закопаю!.."&lt;br /&gt;</w:t>
        <w:br/>
        <w:t>"Стійте, пане, їдно слово!-&lt;br /&gt;</w:t>
        <w:br/>
        <w:t>Мошко промовляє —&lt;br /&gt;</w:t>
        <w:br/>
        <w:t>Ви дивитесь, що дитина&lt;br /&gt;</w:t>
        <w:br/>
        <w:t>Ще того не має,&lt;br /&gt;</w:t>
        <w:br/>
        <w:t>Але я дам пейси втяти —&lt;br /&gt;</w:t>
        <w:br/>
        <w:t>Свідок пан і люди,&lt;br /&gt;</w:t>
        <w:br/>
        <w:t>Як через шістнадцять років,&lt;br /&gt;</w:t>
        <w:br/>
        <w:t>І той там не буде!.."&lt;br /&gt;</w:t>
        <w:br/>
        <w:t>Розсміявся пан із лиха.&lt;br /&gt;</w:t>
        <w:br/>
        <w:t>"Що, — каже, — діяти?&lt;br /&gt;</w:t>
        <w:br/>
        <w:t>Коли сина не дождуся,&lt;br /&gt;</w:t>
        <w:br/>
        <w:t>Треба зятя ждати…"&lt;br /&gt;</w:t>
        <w:br/>
        <w:t>15 апреля</w:t>
      </w:r>
    </w:p>
    <w:p>
      <w:r>
        <w:br/>
        <w:t>ЗАПОРОЖЦІ У КОРОЛЯ</w:t>
      </w:r>
    </w:p>
    <w:p>
      <w:r>
        <w:br/>
        <w:t>Приїхали запорожці,&lt;br /&gt;</w:t>
        <w:br/>
        <w:t>Короля вітають,&lt;br /&gt;</w:t>
        <w:br/>
        <w:t>Король просить їх сідати,&lt;br /&gt;</w:t>
        <w:br/>
        <w:t>Козаки сідають.&lt;br /&gt;</w:t>
        <w:br/>
        <w:t>Сидять собі. В них жупани&lt;br /&gt;</w:t>
        <w:br/>
        <w:t>Все кармазинові,&lt;br /&gt;</w:t>
        <w:br/>
        <w:t>І самі такі храбренні,&lt;br /&gt;</w:t>
        <w:br/>
        <w:t>Вуса прездорові.&lt;br /&gt;</w:t>
        <w:br/>
        <w:t>Задивились на ті вуса&lt;br /&gt;</w:t>
        <w:br/>
        <w:t>Ляхи-мосціпани.&lt;br /&gt;</w:t>
        <w:br/>
        <w:t>"Що б їм, — кажуть, — дати їсти?&lt;br /&gt;</w:t>
        <w:br/>
        <w:t>Даймо їм сметани!"&lt;br /&gt;</w:t>
        <w:br/>
        <w:t>Поставили їм сметани,&lt;br /&gt;</w:t>
        <w:br/>
        <w:t>Їсти припрошають,&lt;br /&gt;</w:t>
        <w:br/>
        <w:t>Але наші запорожці&lt;br /&gt;</w:t>
        <w:br/>
        <w:t>Разом відмовляють:&lt;br /&gt;</w:t>
        <w:br/>
        <w:t>"Славная у вас сметана…&lt;br /&gt;</w:t>
        <w:br/>
        <w:t>Тілько вибачайте,&lt;br /&gt;</w:t>
        <w:br/>
        <w:t>А перше нам, запорожцям,&lt;br /&gt;</w:t>
        <w:br/>
        <w:t>Щільник меду дайте!"&lt;br /&gt;</w:t>
        <w:br/>
        <w:t>Дали й меду запорожцям…&lt;br /&gt;</w:t>
        <w:br/>
        <w:t>Вони як поїли,&lt;br /&gt;</w:t>
        <w:br/>
        <w:t>Так ті вуса прездорові&lt;br /&gt;</w:t>
        <w:br/>
        <w:t>Вгору й завертіли.&lt;br /&gt;</w:t>
        <w:br/>
        <w:t>Тоді й кажуть королеві:&lt;br /&gt;</w:t>
        <w:br/>
        <w:t>"А що, ясний пане!&lt;br /&gt;</w:t>
        <w:br/>
        <w:t>Нехай тепер запорожцям&lt;br /&gt;</w:t>
        <w:br/>
        <w:t>Подають сметани!"</w:t>
      </w:r>
    </w:p>
    <w:p>
      <w:r>
        <w:br/>
        <w:t>ПАН І ІВАН В ДОРОЗІ</w:t>
      </w:r>
    </w:p>
    <w:p>
      <w:r>
        <w:br/>
        <w:t>Ізійшлися пан з Іваном,&lt;br /&gt;</w:t>
        <w:br/>
        <w:t>По світі мандрують…&lt;br /&gt;</w:t>
        <w:br/>
        <w:t>Разом їдять, розмовляють.&lt;br /&gt;</w:t>
        <w:br/>
        <w:t>Разом і ночують…&lt;br /&gt;</w:t>
        <w:br/>
        <w:t>На кождому через плечі&lt;br /&gt;</w:t>
        <w:br/>
        <w:t>Висить по торбині…&lt;br /&gt;</w:t>
        <w:br/>
        <w:t>Лиш пан таки у чемерці,&lt;br /&gt;</w:t>
        <w:br/>
        <w:t>Іван — у свитині…&lt;br /&gt;</w:t>
        <w:br/>
        <w:t>Ідуть вони дорогою,&lt;br /&gt;</w:t>
        <w:br/>
        <w:t>Стали ночувати,&lt;br /&gt;</w:t>
        <w:br/>
        <w:t>Аж пан собі задумує&lt;br /&gt;</w:t>
        <w:br/>
        <w:t>Хлопа ошукати…&lt;br /&gt;</w:t>
        <w:br/>
        <w:t>Та й говорить до Івана:&lt;br /&gt;</w:t>
        <w:br/>
        <w:t>"Знаєш, що, Іване?&lt;br /&gt;</w:t>
        <w:br/>
        <w:t>Годилося б попоїсти!.."&lt;br /&gt;</w:t>
        <w:br/>
        <w:t>"То що ж? Їжмо, пане!.."&lt;br /&gt;</w:t>
        <w:br/>
        <w:t>"Але знаєш, що, Іване?&lt;br /&gt;</w:t>
        <w:br/>
        <w:t>Починаймо з твої!&lt;br /&gt;</w:t>
        <w:br/>
        <w:t>Як твоя буде порожня,&lt;br /&gt;</w:t>
        <w:br/>
        <w:t>То тогді до мої!"&lt;br /&gt;</w:t>
        <w:br/>
        <w:t>"Добре, пане!" — Іван каже,&lt;br /&gt;</w:t>
        <w:br/>
        <w:t>Зняв свою торбину,&lt;br /&gt;</w:t>
        <w:br/>
        <w:t>На травиці зеленії&lt;br /&gt;</w:t>
        <w:br/>
        <w:t>Постелив свитину…&lt;br /&gt;</w:t>
        <w:br/>
        <w:t>Попоїли таки добре;&lt;br /&gt;</w:t>
        <w:br/>
        <w:t>Комара здушили…&lt;br /&gt;</w:t>
        <w:br/>
        <w:t>Рано встали, до снідання&lt;br /&gt;</w:t>
        <w:br/>
        <w:t>Торбину кінчили.&lt;br /&gt;</w:t>
        <w:br/>
        <w:t>Прийшов вечір. Знов у полі&lt;br /&gt;</w:t>
        <w:br/>
        <w:t>Стали ночувати.&lt;br /&gt;</w:t>
        <w:br/>
        <w:t>Вже панові оце б торбу&lt;br /&gt;</w:t>
        <w:br/>
        <w:t>Треба починати.&lt;br /&gt;</w:t>
        <w:br/>
        <w:t>Але пан собі ні слова…&lt;br /&gt;</w:t>
        <w:br/>
        <w:t>На землі лягає,&lt;br /&gt;</w:t>
        <w:br/>
        <w:t>Кладе торбу під голови,&lt;br /&gt;</w:t>
        <w:br/>
        <w:t>Хлопа замовляє:&lt;br /&gt;</w:t>
        <w:br/>
        <w:t>"Що би ти робив, Іване,-&lt;br /&gt;</w:t>
        <w:br/>
        <w:t>Пан зачав питати,-&lt;br /&gt;</w:t>
        <w:br/>
        <w:t>Якби тобі довелося&lt;br /&gt;</w:t>
        <w:br/>
        <w:t>Таке поле мати?.."&lt;br /&gt;</w:t>
        <w:br/>
        <w:t>"А що ж, пане, я орав би,&lt;br /&gt;</w:t>
        <w:br/>
        <w:t>Хлібом засівав би&lt;br /&gt;</w:t>
        <w:br/>
        <w:t>Та ходив [би] до Адесу,&lt;br /&gt;</w:t>
        <w:br/>
        <w:t>Сіль і гроші мав би…"&lt;br /&gt;</w:t>
        <w:br/>
        <w:t>"А що я — не так зробив би, —&lt;br /&gt;</w:t>
        <w:br/>
        <w:t>Пан почав казати.-&lt;br /&gt;</w:t>
        <w:br/>
        <w:t>Я б казав би на сім полі&lt;br /&gt;</w:t>
        <w:br/>
        <w:t>Місто збудувати…&lt;br /&gt;</w:t>
        <w:br/>
        <w:t>Там би в мене стояв палац,&lt;br /&gt;</w:t>
        <w:br/>
        <w:t>Там підряд крамниці,&lt;br /&gt;</w:t>
        <w:br/>
        <w:t>Там перекупки з булками,&lt;br /&gt;</w:t>
        <w:br/>
        <w:t>А тут дві різниці…&lt;br /&gt;</w:t>
        <w:br/>
        <w:t>Отогді приходь, Іване,&lt;br /&gt;</w:t>
        <w:br/>
        <w:t>В мене балувати!.."&lt;br /&gt;</w:t>
        <w:br/>
        <w:t>"Ет, спасибі, — Іван каже, —&lt;br /&gt;</w:t>
        <w:br/>
        <w:t>Лучче будем спати!.."&lt;br /&gt;</w:t>
        <w:br/>
        <w:t>Незабаром коло пана&lt;br /&gt;</w:t>
        <w:br/>
        <w:t>Став Іван хропіти,&lt;br /&gt;</w:t>
        <w:br/>
        <w:t>Незабаром коло него&lt;br /&gt;</w:t>
        <w:br/>
        <w:t>Став і пан сопіти…&lt;br /&gt;</w:t>
        <w:br/>
        <w:t>Тілько що пан заснув добре,&lt;br /&gt;</w:t>
        <w:br/>
        <w:t>Іван підійнявся&lt;br /&gt;</w:t>
        <w:br/>
        <w:t>Та до панської торбини&lt;br /&gt;</w:t>
        <w:br/>
        <w:t>Як сам присотався…&lt;br /&gt;</w:t>
        <w:br/>
        <w:t>То і курку, і печеню,&lt;br /&gt;</w:t>
        <w:br/>
        <w:t>І кавалок кишки —&lt;br /&gt;</w:t>
        <w:br/>
        <w:t>Все, що було у торбині,&lt;br /&gt;</w:t>
        <w:br/>
        <w:t>Стеребив до кришки.&lt;br /&gt;</w:t>
        <w:br/>
        <w:t>Пробудився пан раненько.&lt;br /&gt;</w:t>
        <w:br/>
        <w:t>Пропаща година!&lt;br /&gt;</w:t>
        <w:br/>
        <w:t>Хоче їсти, сіромаха,&lt;br /&gt;</w:t>
        <w:br/>
        <w:t>Та пуста торбина…&lt;br /&gt;</w:t>
        <w:br/>
        <w:t>Розбуджує він Івана&lt;br /&gt;</w:t>
        <w:br/>
        <w:t>Та й його питає.&lt;br /&gt;</w:t>
        <w:br/>
        <w:t>А Іван стиснув плечима&lt;br /&gt;</w:t>
        <w:br/>
        <w:t>Та й одповідає:&lt;br /&gt;</w:t>
        <w:br/>
        <w:t>"А що ж, пане, таж ви вчера&lt;br /&gt;</w:t>
        <w:br/>
        <w:t>Місто будували:&lt;br /&gt;</w:t>
        <w:br/>
        <w:t>Тут стояло дві різниці,&lt;br /&gt;</w:t>
        <w:br/>
        <w:t>Там булки стояли!..&lt;br /&gt;</w:t>
        <w:br/>
        <w:t>А по місті, звісне діло,&lt;br /&gt;</w:t>
        <w:br/>
        <w:t>Собаки ходили!..&lt;br /&gt;</w:t>
        <w:br/>
        <w:t>То вони ж то вашу торбу,&lt;br /&gt;</w:t>
        <w:br/>
        <w:t>Певне, стеребили?"&lt;br /&gt;</w:t>
        <w:br/>
        <w:t>Посвистав пан по торбині,&lt;br /&gt;</w:t>
        <w:br/>
        <w:t>Нічого діяти!..&lt;br /&gt;</w:t>
        <w:br/>
        <w:t>"Вставай, — каже, — вже, Іване!&lt;br /&gt;</w:t>
        <w:br/>
        <w:t>Підем мандрувати…"&lt;br /&gt;</w:t>
        <w:br/>
        <w:t>Пішли вони, ідуть степом,&lt;br /&gt;</w:t>
        <w:br/>
        <w:t>Тяженько зморились…&lt;br /&gt;</w:t>
        <w:br/>
        <w:t>Аж насилу перед вечір&lt;br /&gt;</w:t>
        <w:br/>
        <w:t>До села прибились.&lt;br /&gt;</w:t>
        <w:br/>
        <w:t>Ідуть вони в коловорот,&lt;br /&gt;</w:t>
        <w:br/>
        <w:t>Аж блукає гуска…&lt;br /&gt;</w:t>
        <w:br/>
        <w:t>Іван гуску — та в торбину —&lt;br /&gt;</w:t>
        <w:br/>
        <w:t>Є вже і закуска!..&lt;br /&gt;</w:t>
        <w:br/>
        <w:t>Бракувало тілько хати&lt;br /&gt;</w:t>
        <w:br/>
        <w:t>Переночувати…&lt;br /&gt;</w:t>
        <w:br/>
        <w:t>Але вони завернули&lt;br /&gt;</w:t>
        <w:br/>
        <w:t>До пустої хати…&lt;br /&gt;</w:t>
        <w:br/>
        <w:t>Прийшли собі, відпочили,&lt;br /&gt;</w:t>
        <w:br/>
        <w:t>Гуску спорядили…&lt;br /&gt;</w:t>
        <w:br/>
        <w:t>Спорядили, як годиться,&lt;br /&gt;</w:t>
        <w:br/>
        <w:t>У піч посадили…&lt;br /&gt;</w:t>
        <w:br/>
        <w:t>Аж пан знову замишляє&lt;br /&gt;</w:t>
        <w:br/>
        <w:t>Хлопа ошукати…&lt;br /&gt;</w:t>
        <w:br/>
        <w:t>Та й говорить: "Що ж, Іване!&lt;br /&gt;</w:t>
        <w:br/>
        <w:t>Ми лягаймо спати!&lt;br /&gt;</w:t>
        <w:br/>
        <w:t>Та кому із нас присниться&lt;br /&gt;</w:t>
        <w:br/>
        <w:t>Кращая закуска,&lt;br /&gt;</w:t>
        <w:br/>
        <w:t>То вже ціла тому взавтра&lt;br /&gt;</w:t>
        <w:br/>
        <w:t>Достанеться гуска!…"&lt;br /&gt;</w:t>
        <w:br/>
        <w:t>"Та як спати, то і спати&lt;br /&gt;</w:t>
        <w:br/>
        <w:t>Нічого діяти!"&lt;br /&gt;</w:t>
        <w:br/>
        <w:t>Постелив Іван свитину&lt;br /&gt;</w:t>
        <w:br/>
        <w:t>Та й лягає спати…&lt;br /&gt;</w:t>
        <w:br/>
        <w:t>Серед-ночі захропів пан,&lt;br /&gt;</w:t>
        <w:br/>
        <w:t>Іван пробудився,&lt;br /&gt;</w:t>
        <w:br/>
        <w:t>Із’їв собі цілу гуску&lt;br /&gt;</w:t>
        <w:br/>
        <w:t>Та й знов положився.&lt;br /&gt;</w:t>
        <w:br/>
        <w:t>Рано будить пан Івана&lt;br /&gt;</w:t>
        <w:br/>
        <w:t>Та давай казати,&lt;br /&gt;</w:t>
        <w:br/>
        <w:t>Як то бог його до себе&lt;br /&gt;</w:t>
        <w:br/>
        <w:t>Просив балувати,&lt;br /&gt;</w:t>
        <w:br/>
        <w:t>Та якії там потрави&lt;br /&gt;</w:t>
        <w:br/>
        <w:t>Йому подавали,&lt;br /&gt;</w:t>
        <w:br/>
        <w:t>Та як його всі святії&lt;br /&gt;</w:t>
        <w:br/>
        <w:t>Їсти припрошали…&lt;br /&gt;</w:t>
        <w:br/>
        <w:t>"Ані слова! — Іван каже.-&lt;br /&gt;</w:t>
        <w:br/>
        <w:t>Ваша правда, пане!&lt;br /&gt;</w:t>
        <w:br/>
        <w:t>Я сам бачив, як ви їли&lt;br /&gt;</w:t>
        <w:br/>
        <w:t>Якісь марципани…&lt;br /&gt;</w:t>
        <w:br/>
        <w:t>Та дивлюсь, що не голодні,&lt;br /&gt;</w:t>
        <w:br/>
        <w:t>Маєте закуску,&lt;br /&gt;</w:t>
        <w:br/>
        <w:t>Та й сів собі коло печі&lt;br /&gt;</w:t>
        <w:br/>
        <w:t>Та й стеребив гуску!.."&lt;br /&gt;</w:t>
        <w:br/>
        <w:t>"Чи ж то правда? — пан питає,&lt;br /&gt;</w:t>
        <w:br/>
        <w:t>Всю із’їв, Іване?"&lt;br /&gt;</w:t>
        <w:br/>
        <w:t>"Та аби я так здоров був,&lt;br /&gt;</w:t>
        <w:br/>
        <w:t>Як всю із’їв, пане!.."&lt;br /&gt;</w:t>
        <w:br/>
        <w:t>Димом здимів пан голодний,&lt;br /&gt;</w:t>
        <w:br/>
        <w:t>А Іван озвався:&lt;br /&gt;</w:t>
        <w:br/>
        <w:t>Хтів когось пан ошукати&lt;br /&gt;</w:t>
        <w:br/>
        <w:t>Та й сам ошукався!.."</w:t>
      </w:r>
    </w:p>
    <w:p>
      <w:r>
        <w:br/>
        <w:t>ЩО КОМУ ГОДИТЬСЯ</w:t>
      </w:r>
    </w:p>
    <w:p>
      <w:r>
        <w:br/>
        <w:t>"Jak wy, chlopie, tego popa&lt;br /&gt;</w:t>
        <w:br/>
        <w:t>Calujecie w reke?&lt;br /&gt;</w:t>
        <w:br/>
        <w:t>Ja bym jego nie calowal,&lt;br /&gt;</w:t>
        <w:br/>
        <w:t>Zeb brali na meke,&lt;br /&gt;</w:t>
        <w:br/>
        <w:t>Juz bym wolal psa calowac!" [1]&lt;br /&gt;</w:t>
        <w:br/>
        <w:t>Мужик злиться, злиться:&lt;br /&gt;</w:t>
        <w:br/>
        <w:t>"Та так,— каже,— ясний пане,&lt;br /&gt;</w:t>
        <w:br/>
        <w:t>Що кому годиться!"</w:t>
      </w:r>
    </w:p>
    <w:p>
      <w:r>
        <w:br/>
        <w:t>ПЕРЕКУСІТЬ, ПАНЕ!</w:t>
      </w:r>
    </w:p>
    <w:p>
      <w:r>
        <w:br/>
        <w:t>Обсунулась стара гребля,&lt;br /&gt;</w:t>
        <w:br/>
        <w:t>Місток похилився,&lt;br /&gt;</w:t>
        <w:br/>
        <w:t>Спала річка невеличка,&lt;br /&gt;</w:t>
        <w:br/>
        <w:t>Млинок завалився.&lt;br /&gt;</w:t>
        <w:br/>
        <w:t>На камінні кілька хлопців&lt;br /&gt;</w:t>
        <w:br/>
        <w:t>Черепками грає,&lt;br /&gt;</w:t>
        <w:br/>
        <w:t>Аж ступою через греблю&lt;br /&gt;</w:t>
        <w:br/>
        <w:t>Панок проїжджає.&lt;br /&gt;</w:t>
        <w:br/>
        <w:t>"Помагайбіг,— каже,— хлопці!"&lt;br /&gt;</w:t>
        <w:br/>
        <w:t>"Помагайбіг, пане!"&lt;br /&gt;</w:t>
        <w:br/>
        <w:t>"А що, у вас млинок меле?"&lt;br /&gt;</w:t>
        <w:br/>
        <w:t>"Таже меле, пане!"&lt;br /&gt;</w:t>
        <w:br/>
        <w:t>"А говна змолоти можна!"&lt;br /&gt;</w:t>
        <w:br/>
        <w:t>"Перекусіть, пане!&lt;br /&gt;</w:t>
        <w:br/>
        <w:t>Як сухеє воно тілько,&lt;br /&gt;</w:t>
        <w:br/>
        <w:t>То змелеться, пане!"</w:t>
      </w:r>
    </w:p>
    <w:p>
      <w:r>
        <w:br/>
        <w:t>ОЙ ПИТОНЬКИ-ПИТОНЬКИ</w:t>
      </w:r>
    </w:p>
    <w:p>
      <w:r>
        <w:br/>
        <w:t>Лежить дідич на постелі,&lt;br /&gt;</w:t>
        <w:br/>
        <w:t>Як барило, грубий…&lt;br /&gt;</w:t>
        <w:br/>
        <w:t>Його локай сухощавий&lt;br /&gt;</w:t>
        <w:br/>
        <w:t>Заснув коло груби…&lt;br /&gt;</w:t>
        <w:br/>
        <w:t>Заснув локай коло груби,&lt;br /&gt;</w:t>
        <w:br/>
        <w:t>Води не напився…&lt;br /&gt;</w:t>
        <w:br/>
        <w:t>Як захтілось йому пити —&lt;br /&gt;</w:t>
        <w:br/>
        <w:t>Бідний пробудився…&lt;br /&gt;</w:t>
        <w:br/>
        <w:t>"Ой питоньки,ой питоньки" —&lt;br /&gt;</w:t>
        <w:br/>
        <w:t>Зачав промовляти,&lt;br /&gt;</w:t>
        <w:br/>
        <w:t>Та лінується псяюха&lt;br /&gt;</w:t>
        <w:br/>
        <w:t>За водою встати…&lt;br /&gt;</w:t>
        <w:br/>
        <w:t>Аж тут дідич із постелі:&lt;br /&gt;</w:t>
        <w:br/>
        <w:t>"Роdaj wody, Janie" [2]&lt;br /&gt;</w:t>
        <w:br/>
        <w:t>Локай раптом ісхватився&lt;br /&gt;</w:t>
        <w:br/>
        <w:t>"Зараз, — каже, — пане!.."&lt;br /&gt;</w:t>
        <w:br/>
        <w:t>Дає пану води склянку:&lt;br /&gt;</w:t>
        <w:br/>
        <w:t>"Проше, ясний пане!.."&lt;br /&gt;</w:t>
        <w:br/>
        <w:t>"То dlа сіеbіе! [3] — пан говорить,-&lt;br /&gt;</w:t>
        <w:br/>
        <w:t>Napij sie galganie"! [4]</w:t>
      </w:r>
    </w:p>
    <w:p>
      <w:r>
        <w:br/>
        <w:t>ПІП НА ПУЩІ</w:t>
      </w:r>
    </w:p>
    <w:p>
      <w:r>
        <w:br/>
        <w:t>Начитався піп удовий,&lt;br /&gt;</w:t>
        <w:br/>
        <w:t>Як святії жили,&lt;br /&gt;</w:t>
        <w:br/>
        <w:t>Як то вони по пустинях&lt;br /&gt;</w:t>
        <w:br/>
        <w:t>Господа молили…&lt;br /&gt;</w:t>
        <w:br/>
        <w:t>Та й задумав і сам, грішний,&lt;br /&gt;</w:t>
        <w:br/>
        <w:t>З світом попрощатись,&lt;br /&gt;</w:t>
        <w:br/>
        <w:t>Зайти куди межі пущі&lt;br /&gt;</w:t>
        <w:br/>
        <w:t>Та й собі спасатись.&lt;br /&gt;</w:t>
        <w:br/>
        <w:t>І зібрав усю громаду,&lt;br /&gt;</w:t>
        <w:br/>
        <w:t>З нею розпростився;&lt;br /&gt;</w:t>
        <w:br/>
        <w:t>Взяв з собою молитовник,&lt;br /&gt;</w:t>
        <w:br/>
        <w:t>В пущу віддалився…&lt;br /&gt;</w:t>
        <w:br/>
        <w:t>Але де йому до пущі!&lt;br /&gt;</w:t>
        <w:br/>
        <w:t>Привик до ковбаски,&lt;br /&gt;</w:t>
        <w:br/>
        <w:t>До чарочки горілочки,&lt;br /&gt;</w:t>
        <w:br/>
        <w:t>До борщу та кашки…&lt;br /&gt;</w:t>
        <w:br/>
        <w:t>Привик собі як часами&lt;br /&gt;</w:t>
        <w:br/>
        <w:t>То й дечого вжити…&lt;br /&gt;</w:t>
        <w:br/>
        <w:t>Та де йому серед пущі&lt;br /&gt;</w:t>
        <w:br/>
        <w:t>Корінцями жити!&lt;br /&gt;</w:t>
        <w:br/>
        <w:t>Пробув в пущі одні сутки;&lt;br /&gt;</w:t>
        <w:br/>
        <w:t>Ба щось не прядеться…&lt;br /&gt;</w:t>
        <w:br/>
        <w:t>Пробув другі піп удовий —&lt;br /&gt;</w:t>
        <w:br/>
        <w:t>Ба вже й нитка рветься…&lt;br /&gt;</w:t>
        <w:br/>
        <w:t>Взяв добродій молитовник,&lt;br /&gt;</w:t>
        <w:br/>
        <w:t>Назад повертає.&lt;br /&gt;</w:t>
        <w:br/>
        <w:t>"А що ж то ви не на пущі?" —&lt;br /&gt;</w:t>
        <w:br/>
        <w:t>Громада питає.&lt;br /&gt;</w:t>
        <w:br/>
        <w:t>"Не питайте, добрі люди! —&lt;br /&gt;</w:t>
        <w:br/>
        <w:t>Став піп говорити. —&lt;br /&gt;</w:t>
        <w:br/>
        <w:t>Не з такими животами&lt;br /&gt;</w:t>
        <w:br/>
        <w:t>Серед пущі жити!.."</w:t>
      </w:r>
    </w:p>
    <w:p>
      <w:r>
        <w:br/>
        <w:t>СПОВІДЬ</w:t>
      </w:r>
    </w:p>
    <w:p>
      <w:r>
        <w:br/>
        <w:t>Хто не знає, що попи все&lt;br /&gt;</w:t>
        <w:br/>
        <w:t>Звикли на дурницю!&lt;br /&gt;</w:t>
        <w:br/>
        <w:t>Сповідав раз їден попик&lt;br /&gt;</w:t>
        <w:br/>
        <w:t>Грішну молодицю…&lt;br /&gt;</w:t>
        <w:br/>
        <w:t>Молодиця молодая,&lt;br /&gt;</w:t>
        <w:br/>
        <w:t>Тлуста, уродлива;&lt;br /&gt;</w:t>
        <w:br/>
        <w:t>Груди білі — як збанята;&lt;br /&gt;</w:t>
        <w:br/>
        <w:t>Сама чорнобрива.&lt;br /&gt;</w:t>
        <w:br/>
        <w:t>Піп накрив ї патрахілем,&lt;br /&gt;</w:t>
        <w:br/>
        <w:t>Ніби сповідає,&lt;br /&gt;</w:t>
        <w:br/>
        <w:t>А сам мало не прилипне,&lt;br /&gt;</w:t>
        <w:br/>
        <w:t>Її промовляє:&lt;br /&gt;</w:t>
        <w:br/>
        <w:t>"Чи не можна, молодичко,&lt;br /&gt;</w:t>
        <w:br/>
        <w:t>В тебе поживитись?&lt;br /&gt;</w:t>
        <w:br/>
        <w:t>Буду за тя господеві&lt;br /&gt;</w:t>
        <w:br/>
        <w:t>День і ніч молитись.&lt;br /&gt;</w:t>
        <w:br/>
        <w:t>Я ще здавна тебе люблю!.." —&lt;br /&gt;</w:t>
        <w:br/>
        <w:t>Піп її туркоче…&lt;br /&gt;</w:t>
        <w:br/>
        <w:t>Молодиця й собі каже:&lt;br /&gt;</w:t>
        <w:br/>
        <w:t>"А я вас, панотче!"&lt;br /&gt;</w:t>
        <w:br/>
        <w:t>Дзвонять дзвони на "Достойно",&lt;br /&gt;</w:t>
        <w:br/>
        <w:t>Дзвонять — і по всьому.&lt;br /&gt;</w:t>
        <w:br/>
        <w:t>Йде чорнява молодиця&lt;br /&gt;</w:t>
        <w:br/>
        <w:t>Із церкви додому.&lt;br /&gt;</w:t>
        <w:br/>
        <w:t>Тілько двері відхилила —&lt;br /&gt;</w:t>
        <w:br/>
        <w:t>Чоловік озвався:&lt;br /&gt;</w:t>
        <w:br/>
        <w:t>"Чого тебе на сповіді&lt;br /&gt;</w:t>
        <w:br/>
        <w:t>Батюшка питався?"&lt;br /&gt;</w:t>
        <w:br/>
        <w:t>"Ет! Чого він не питався!&lt;br /&gt;</w:t>
        <w:br/>
        <w:t>Чи все спам’ятаю?..&lt;br /&gt;</w:t>
        <w:br/>
        <w:t>Хотів муки на проскури,&lt;br /&gt;</w:t>
        <w:br/>
        <w:t>Питав, чи не маю".&lt;br /&gt;</w:t>
        <w:br/>
        <w:t>"Ні, псяюхо!.. Не до шмиги!&lt;br /&gt;</w:t>
        <w:br/>
        <w:t>Не муки він хоче!&lt;br /&gt;</w:t>
        <w:br/>
        <w:t>Чув я добре, як казала-сь:&lt;br /&gt;</w:t>
        <w:br/>
        <w:t>"А я вас, панотче!"&lt;br /&gt;</w:t>
        <w:br/>
        <w:t>Стережися, коли хочеш!..&lt;br /&gt;</w:t>
        <w:br/>
        <w:t>А то як почую,&lt;br /&gt;</w:t>
        <w:br/>
        <w:t>То й тобі муки намелю,&lt;br /&gt;</w:t>
        <w:br/>
        <w:t>Й йому напетлюю!"&lt;br /&gt;</w:t>
        <w:br/>
        <w:t>17 апреля</w:t>
      </w:r>
    </w:p>
    <w:p>
      <w:r>
        <w:br/>
        <w:t>СХОВАЛАСЬ</w:t>
      </w:r>
    </w:p>
    <w:p>
      <w:r>
        <w:br/>
        <w:t>По ордані, [5] як звичайне&lt;br /&gt;</w:t>
        <w:br/>
        <w:t>У людей буває,&lt;br /&gt;</w:t>
        <w:br/>
        <w:t>Ходить батюшка з кропилом&lt;br /&gt;</w:t>
        <w:br/>
        <w:t>Хати окропляє.&lt;br /&gt;</w:t>
        <w:br/>
        <w:t>І, звичайне, як батюшка, —&lt;br /&gt;</w:t>
        <w:br/>
        <w:t>Чого ж тут боятись?&lt;br /&gt;</w:t>
        <w:br/>
        <w:t>Але одна молодиця —&lt;br /&gt;</w:t>
        <w:br/>
        <w:t>Ні, таки ховатись…&lt;br /&gt;</w:t>
        <w:br/>
        <w:t>Ставить діти на припічку,&lt;br /&gt;</w:t>
        <w:br/>
        <w:t>Каже їм казати,&lt;br /&gt;</w:t>
        <w:br/>
        <w:t>Що матері нема вдома,&lt;br /&gt;</w:t>
        <w:br/>
        <w:t>На ярмарку мати.&lt;br /&gt;</w:t>
        <w:br/>
        <w:t>Сама живо під постелю,&lt;br /&gt;</w:t>
        <w:br/>
        <w:t>Ноги підгинає.&lt;br /&gt;</w:t>
        <w:br/>
        <w:t>Аж приходить і батюшка,&lt;br /&gt;</w:t>
        <w:br/>
        <w:t>"В Ордані" співає.&lt;br /&gt;</w:t>
        <w:br/>
        <w:t>І співає, окропляє&lt;br /&gt;</w:t>
        <w:br/>
        <w:t>Образи й пороги,&lt;br /&gt;</w:t>
        <w:br/>
        <w:t>Далі стелю і постелю —&lt;br /&gt;</w:t>
        <w:br/>
        <w:t>Та й заглянув ноги.&lt;br /&gt;</w:t>
        <w:br/>
        <w:t>По "Ордані" дає дітям&lt;br /&gt;</w:t>
        <w:br/>
        <w:t>Хреста цілувати&lt;br /&gt;</w:t>
        <w:br/>
        <w:t>Та й питає, мов не знає:&lt;br /&gt;</w:t>
        <w:br/>
        <w:t>"А де ж ваша мати!"&lt;br /&gt;</w:t>
        <w:br/>
        <w:t>"Пішла мати на ярмарок!&lt;br /&gt;</w:t>
        <w:br/>
        <w:t>Нема вдома мами!.." —&lt;br /&gt;</w:t>
        <w:br/>
        <w:t>Запищали малі діти&lt;br /&gt;</w:t>
        <w:br/>
        <w:t>Різно голосами.&lt;br /&gt;</w:t>
        <w:br/>
        <w:t>"То скажіть же своїй мамі, —&lt;br /&gt;</w:t>
        <w:br/>
        <w:t>Й показав рукою, —&lt;br /&gt;</w:t>
        <w:br/>
        <w:t>Нехай бере на ярмарок&lt;br /&gt;</w:t>
        <w:br/>
        <w:t>І ноги з собою".</w:t>
      </w:r>
    </w:p>
    <w:p>
      <w:r>
        <w:br/>
        <w:t>ПІП НА ЯРМАРКУ</w:t>
      </w:r>
    </w:p>
    <w:p>
      <w:r>
        <w:br/>
        <w:t>Шиє собі по ярмарку&lt;br /&gt;</w:t>
        <w:br/>
        <w:t>Молодчина жвавий,&lt;br /&gt;</w:t>
        <w:br/>
        <w:t>Підглядає, що в батюшки&lt;br /&gt;</w:t>
        <w:br/>
        <w:t>Гроші у халяві.&lt;br /&gt;</w:t>
        <w:br/>
        <w:t>Та і гроші ж то хороші —&lt;br /&gt;</w:t>
        <w:br/>
        <w:t>Самії дукати.&lt;br /&gt;</w:t>
        <w:br/>
        <w:t>"Будь що буде, — промовляє, —&lt;br /&gt;</w:t>
        <w:br/>
        <w:t>А треба дістати…"&lt;br /&gt;</w:t>
        <w:br/>
        <w:t>Сюда-туда повернувся —&lt;br /&gt;</w:t>
        <w:br/>
        <w:t>Вже й видумав штуку,&lt;br /&gt;</w:t>
        <w:br/>
        <w:t>Підступає до батюшки —&lt;br /&gt;</w:t>
        <w:br/>
        <w:t>Цмок його у руку.&lt;br /&gt;</w:t>
        <w:br/>
        <w:t>"Батюшечко,— став казати,-&lt;br /&gt;</w:t>
        <w:br/>
        <w:t>Вчиніть мою волю!..&lt;br /&gt;</w:t>
        <w:br/>
        <w:t>Потрудіться на часочок&lt;br /&gt;</w:t>
        <w:br/>
        <w:t>До краму зо мною.&lt;br /&gt;</w:t>
        <w:br/>
        <w:t>Я — най богу невимовно —&lt;br /&gt;</w:t>
        <w:br/>
        <w:t>Ризи вибираю,&lt;br /&gt;</w:t>
        <w:br/>
        <w:t>Та сам бачу, що ні міри,&lt;br /&gt;</w:t>
        <w:br/>
        <w:t>Ні пуття не знаю…"&lt;br /&gt;</w:t>
        <w:br/>
        <w:t>Пішов батюшка до краму,&lt;br /&gt;</w:t>
        <w:br/>
        <w:t>Ризи вибирає;&lt;br /&gt;</w:t>
        <w:br/>
        <w:t>Вибрав самі щонайкращі,&lt;br /&gt;</w:t>
        <w:br/>
        <w:t>На себе вбирає.&lt;br /&gt;</w:t>
        <w:br/>
        <w:t>А той присів коло нього,&lt;br /&gt;</w:t>
        <w:br/>
        <w:t>Ніби поправляє,&lt;br /&gt;</w:t>
        <w:br/>
        <w:t>А тут тілько від калитки&lt;br /&gt;</w:t>
        <w:br/>
        <w:t>Ремінці збирає.&lt;br /&gt;</w:t>
        <w:br/>
        <w:t>Шарп калитку — та у ноги…&lt;br /&gt;</w:t>
        <w:br/>
        <w:t>Піп до нього хоче,&lt;br /&gt;</w:t>
        <w:br/>
        <w:t>А купець його за ризи:&lt;br /&gt;</w:t>
        <w:br/>
        <w:t>"Пагади, панотче!"&lt;br /&gt;</w:t>
        <w:br/>
        <w:t>Заким отець повернувся,&lt;br /&gt;</w:t>
        <w:br/>
        <w:t>З себе ризи скинув —&lt;br /&gt;</w:t>
        <w:br/>
        <w:t>Молодчина з його грішми&lt;br /&gt;</w:t>
        <w:br/>
        <w:t>Десь, як вітер, згинув.</w:t>
      </w:r>
    </w:p>
    <w:p>
      <w:r>
        <w:br/>
        <w:t>ЧОРТ</w:t>
      </w:r>
    </w:p>
    <w:p>
      <w:r>
        <w:br/>
        <w:t>Приглянувся ксьондз-добродій&lt;br /&gt;</w:t>
        <w:br/>
        <w:t>До чужої жінки.&lt;br /&gt;</w:t>
        <w:br/>
        <w:t>Що день божий посилає&lt;br /&gt;</w:t>
        <w:br/>
        <w:t>Фіги та родзинки…&lt;br /&gt;</w:t>
        <w:br/>
        <w:t>Посилає, все питає,&lt;br /&gt;</w:t>
        <w:br/>
        <w:t>Коли згода буде.&lt;br /&gt;</w:t>
        <w:br/>
        <w:t>Коли її чоловіка&lt;br /&gt;</w:t>
        <w:br/>
        <w:t>Удома не буде…&lt;br /&gt;</w:t>
        <w:br/>
        <w:t>Але жінка не [з] тих жінок:&lt;br /&gt;</w:t>
        <w:br/>
        <w:t>Подарунки брала,&lt;br /&gt;</w:t>
        <w:br/>
        <w:t>А ксьондзові усе-таки&lt;br /&gt;</w:t>
        <w:br/>
        <w:t>Слова не давала…&lt;br /&gt;</w:t>
        <w:br/>
        <w:t>Далі видить — треба дати,&lt;br /&gt;</w:t>
        <w:br/>
        <w:t>Нічого робити!&lt;br /&gt;</w:t>
        <w:br/>
        <w:t>Тілько собі замишляє&lt;br /&gt;</w:t>
        <w:br/>
        <w:t>Ксьондза підголити…&lt;br /&gt;</w:t>
        <w:br/>
        <w:t>Каже мужу. Муж навмисне&lt;br /&gt;</w:t>
        <w:br/>
        <w:t>Зрання виїжджає,&lt;br /&gt;</w:t>
        <w:br/>
        <w:t>А вона тут повну скриню&lt;br /&gt;</w:t>
        <w:br/>
        <w:t>Сажі насипає…&lt;br /&gt;</w:t>
        <w:br/>
        <w:t>Насипала, зачинила,&lt;br /&gt;</w:t>
        <w:br/>
        <w:t>В печі розпалила&lt;br /&gt;</w:t>
        <w:br/>
        <w:t>Та нібито на вечерю&lt;br /&gt;</w:t>
        <w:br/>
        <w:t>Ксьондза запросила,&lt;br /&gt;</w:t>
        <w:br/>
        <w:t>Ксьондз приходить, габіт з себе!..&lt;br /&gt;</w:t>
        <w:br/>
        <w:t>Жарти починає…&lt;br /&gt;</w:t>
        <w:br/>
        <w:t>Помаленьку-помаленьку —&lt;br /&gt;</w:t>
        <w:br/>
        <w:t>Ба вже й обіймає…&lt;br /&gt;</w:t>
        <w:br/>
        <w:t>Помаленьку-помаленьку —&lt;br /&gt;</w:t>
        <w:br/>
        <w:t>Ба вже і за діло…&lt;br /&gt;</w:t>
        <w:br/>
        <w:t>Аж тут раптом коло хати&lt;br /&gt;</w:t>
        <w:br/>
        <w:t>Щось загуркотіло!..&lt;br /&gt;</w:t>
        <w:br/>
        <w:t>"Ах, нещастя! — жінка каже,-&lt;br /&gt;</w:t>
        <w:br/>
        <w:t>Кінець мого віка!&lt;br /&gt;</w:t>
        <w:br/>
        <w:t>Чи ж не лихе притащило&lt;br /&gt;</w:t>
        <w:br/>
        <w:t>Мого чоловіка!&lt;br /&gt;</w:t>
        <w:br/>
        <w:t>Іскидайте живо шмаття,&lt;br /&gt;</w:t>
        <w:br/>
        <w:t>Голі розбирайтесь,&lt;br /&gt;</w:t>
        <w:br/>
        <w:t>Та от скриня коло лави,&lt;br /&gt;</w:t>
        <w:br/>
        <w:t>У скриню ховайтесь!.."&lt;br /&gt;</w:t>
        <w:br/>
        <w:t>Ксьондз скидає, й помагав&lt;br /&gt;</w:t>
        <w:br/>
        <w:t>Сама господиня,&lt;br /&gt;</w:t>
        <w:br/>
        <w:t>І в минуті з голим ксьондзом&lt;br /&gt;</w:t>
        <w:br/>
        <w:t>Зачинилась скриня.&lt;br /&gt;</w:t>
        <w:br/>
        <w:t>Входить в хату і господар,&lt;br /&gt;</w:t>
        <w:br/>
        <w:t>Нібито не знає;&lt;br /&gt;</w:t>
        <w:br/>
        <w:t>Стелиться собі на скрині&lt;br /&gt;</w:t>
        <w:br/>
        <w:t>Та й спати лягає…&lt;br /&gt;</w:t>
        <w:br/>
        <w:t>Лежить собі на тій скрині&lt;br /&gt;</w:t>
        <w:br/>
        <w:t>Та й почав казати:&lt;br /&gt;</w:t>
        <w:br/>
        <w:t>"А що, жінко, завтра, — каже, —&lt;br /&gt;</w:t>
        <w:br/>
        <w:t>Тра скриню продати.&lt;br /&gt;</w:t>
        <w:br/>
        <w:t>Коло нас тут недалеко&lt;br /&gt;</w:t>
        <w:br/>
        <w:t>Торговиця буде.&lt;br /&gt;</w:t>
        <w:br/>
        <w:t>Повезу її до лиха,&lt;br /&gt;</w:t>
        <w:br/>
        <w:t>Може, куплять люди!"&lt;br /&gt;</w:t>
        <w:br/>
        <w:t>"Нащо тобі продавати? —&lt;br /&gt;</w:t>
        <w:br/>
        <w:t>Каже молодиця.-&lt;br /&gt;</w:t>
        <w:br/>
        <w:t>Нехай собі буде вдома,&lt;br /&gt;</w:t>
        <w:br/>
        <w:t>Може, пригодиться!"&lt;br /&gt;</w:t>
        <w:br/>
        <w:t>"Пригодиться-пригодиться…&lt;br /&gt;</w:t>
        <w:br/>
        <w:t>А знаєш мовчати?&lt;br /&gt;</w:t>
        <w:br/>
        <w:t>Та ж не твоя, моя скриня!&lt;br /&gt;</w:t>
        <w:br/>
        <w:t>Я хочу продати!"&lt;br /&gt;</w:t>
        <w:br/>
        <w:t>І обоє господарі&lt;br /&gt;</w:t>
        <w:br/>
        <w:t>Разом замовчали;&lt;br /&gt;</w:t>
        <w:br/>
        <w:t>Замовчали, помирились&lt;br /&gt;</w:t>
        <w:br/>
        <w:t>Та й позасипали…&lt;br /&gt;</w:t>
        <w:br/>
        <w:t>Устав рано пан господар,&lt;br /&gt;</w:t>
        <w:br/>
        <w:t>Коні запрягає,&lt;br /&gt;</w:t>
        <w:br/>
        <w:t>Вивалює на віз скриню,&lt;br /&gt;</w:t>
        <w:br/>
        <w:t>Коні поганяє.&lt;br /&gt;</w:t>
        <w:br/>
        <w:t>Їде собі на ярмарок&lt;br /&gt;</w:t>
        <w:br/>
        <w:t>Скриню продавати…&lt;br /&gt;</w:t>
        <w:br/>
        <w:t>Але їде й пан з жоною&lt;br /&gt;</w:t>
        <w:br/>
        <w:t>До костьолу, знати…&lt;br /&gt;</w:t>
        <w:br/>
        <w:t>Оглядає та й питає:&lt;br /&gt;</w:t>
        <w:br/>
        <w:t>"Що везеш, Іване?"&lt;br /&gt;</w:t>
        <w:br/>
        <w:t>"Везу скриню, — Іван каже, —&lt;br /&gt;</w:t>
        <w:br/>
        <w:t>В скрині чорта, пане!"&lt;br /&gt;</w:t>
        <w:br/>
        <w:t>А тут пані обернулась&lt;br /&gt;</w:t>
        <w:br/>
        <w:t>Та й панові каже:&lt;br /&gt;</w:t>
        <w:br/>
        <w:t>"Рорros, duszko, tego chloра,&lt;br /&gt;</w:t>
        <w:br/>
        <w:t>Niechaj on pokaze" [6]&lt;br /&gt;</w:t>
        <w:br/>
        <w:t>"А який то чорт у тебе?&lt;br /&gt;</w:t>
        <w:br/>
        <w:t>Покажи, Іване!"&lt;br /&gt;</w:t>
        <w:br/>
        <w:t>"Дайте хіба рублів копу,&lt;br /&gt;</w:t>
        <w:br/>
        <w:t>То покажу, пане!"&lt;br /&gt;</w:t>
        <w:br/>
        <w:t>Вилічив пан йому гроші,&lt;br /&gt;</w:t>
        <w:br/>
        <w:t>Іван ізлізає,&lt;br /&gt;</w:t>
        <w:br/>
        <w:t>Кладе гроші у кишеню,&lt;br /&gt;</w:t>
        <w:br/>
        <w:t>Скриню відмикає.&lt;br /&gt;</w:t>
        <w:br/>
        <w:t>Як вискочить ксьондз із сажі!.&lt;br /&gt;</w:t>
        <w:br/>
        <w:t>Боже, твоя воле!&lt;br /&gt;</w:t>
        <w:br/>
        <w:t>Світу божого не бачить,&lt;br /&gt;</w:t>
        <w:br/>
        <w:t>Біжить через поле!..&lt;br /&gt;</w:t>
        <w:br/>
        <w:t>А тут пані у долоні:&lt;br /&gt;</w:t>
        <w:br/>
        <w:t>"Аch, moje serduszко!&lt;br /&gt;</w:t>
        <w:br/>
        <w:t>Рораtrzaj sie, popatrzaj sіe!&lt;br /&gt;</w:t>
        <w:br/>
        <w:t>Jeszcze j samiec, duszко!" [7]</w:t>
      </w:r>
    </w:p>
    <w:p>
      <w:r>
        <w:br/>
        <w:t>ЩО КОГО БОЛИТЬ</w:t>
      </w:r>
    </w:p>
    <w:p>
      <w:r>
        <w:br/>
        <w:t>Плачуть діти коло тіла!&lt;br /&gt;</w:t>
        <w:br/>
        <w:t>"Мати ж наша, мати!&lt;br /&gt;</w:t>
        <w:br/>
        <w:t>А хто ж тепер нас без тебе&lt;br /&gt;</w:t>
        <w:br/>
        <w:t>Буде годувати?&lt;br /&gt;</w:t>
        <w:br/>
        <w:t>Хто нас буде голубити,&lt;br /&gt;</w:t>
        <w:br/>
        <w:t>Доглядати вдома?"&lt;br /&gt;</w:t>
        <w:br/>
        <w:t>Мужик стоїть, підіперся,&lt;br /&gt;</w:t>
        <w:br/>
        <w:t>Хлипає, сірома!..&lt;br /&gt;</w:t>
        <w:br/>
        <w:t>"З ким же татко будуть спати?.."&lt;br /&gt;</w:t>
        <w:br/>
        <w:t>Він аж похилився:&lt;br /&gt;</w:t>
        <w:br/>
        <w:t>"Але ж, але ж, мої дітки!.." —&lt;br /&gt;</w:t>
        <w:br/>
        <w:t>І слізьми залився…</w:t>
      </w:r>
    </w:p>
    <w:p>
      <w:r>
        <w:br/>
        <w:t>ТОЙ, ЩО НАД НАМИ</w:t>
      </w:r>
    </w:p>
    <w:p>
      <w:r>
        <w:br/>
        <w:t>Стоїть козак коло груші&lt;br /&gt;</w:t>
        <w:br/>
        <w:t>Дівку підмовляє.&lt;br /&gt;</w:t>
        <w:br/>
        <w:t>А дівчина, як калина,&lt;br /&gt;</w:t>
        <w:br/>
        <w:t>Полум’ям палає.&lt;br /&gt;</w:t>
        <w:br/>
        <w:t>Зчервоніло повне личко,&lt;br /&gt;</w:t>
        <w:br/>
        <w:t>Відскочили груди…&lt;br /&gt;</w:t>
        <w:br/>
        <w:t>Отак дала б, та боїться,&lt;br /&gt;</w:t>
        <w:br/>
        <w:t>Що то послі буде.&lt;br /&gt;</w:t>
        <w:br/>
        <w:t>"А що, — каже, — як я буду&lt;br /&gt;</w:t>
        <w:br/>
        <w:t>Дитиноньку мати?&lt;br /&gt;</w:t>
        <w:br/>
        <w:t>Хто пригорне сиротину,&lt;br /&gt;</w:t>
        <w:br/>
        <w:t>Буде доглядати?"&lt;br /&gt;</w:t>
        <w:br/>
        <w:t>Козак жваво обіймає&lt;br /&gt;</w:t>
        <w:br/>
        <w:t>Дівчину руками.&lt;br /&gt;</w:t>
        <w:br/>
        <w:t>"Не журись, дівчино, — каже, —&lt;br /&gt;</w:t>
        <w:br/>
        <w:t>А той, що над нами!.."&lt;br /&gt;</w:t>
        <w:br/>
        <w:t>А із груші старий батько:&lt;br /&gt;</w:t>
        <w:br/>
        <w:t>"О бісова мати!..&lt;br /&gt;</w:t>
        <w:br/>
        <w:t>То ви будете робити,&lt;br /&gt;</w:t>
        <w:br/>
        <w:t>А я годувати?!"&lt;br /&gt;</w:t>
        <w:br/>
        <w:t>Як почули молодята —&lt;br /&gt;</w:t>
        <w:br/>
        <w:t>Та від батька в ноги:&lt;br /&gt;</w:t>
        <w:br/>
        <w:t>Дівча в хату з переляку,&lt;br /&gt;</w:t>
        <w:br/>
        <w:t>Козак — за пороги…&lt;br /&gt;</w:t>
        <w:br/>
        <w:t>18 апреля</w:t>
      </w:r>
    </w:p>
    <w:p>
      <w:r>
        <w:br/>
        <w:t>САМА УЧИТЬ</w:t>
      </w:r>
    </w:p>
    <w:p>
      <w:r>
        <w:br/>
        <w:t>Біжить дівка; в руках курка,&lt;br /&gt;</w:t>
        <w:br/>
        <w:t>Сито під пахвою.&lt;br /&gt;</w:t>
        <w:br/>
        <w:t>Аж дивиться — спочиває&lt;br /&gt;</w:t>
        <w:br/>
        <w:t>Козак під вербою.&lt;br /&gt;</w:t>
        <w:br/>
        <w:t>Розпалилася дівчина,&lt;br /&gt;</w:t>
        <w:br/>
        <w:t>Гвалтом чогось хоче:&lt;br /&gt;</w:t>
        <w:br/>
        <w:t>То підійде, то загляне&lt;br /&gt;</w:t>
        <w:br/>
        <w:t>Козакові в очі.&lt;br /&gt;</w:t>
        <w:br/>
        <w:t>То пуститься утікати,&lt;br /&gt;</w:t>
        <w:br/>
        <w:t>То знов підступає.&lt;br /&gt;</w:t>
        <w:br/>
        <w:t>"Та чого ж ти утікаєш?" —&lt;br /&gt;</w:t>
        <w:br/>
        <w:t>Козак промовляє,&lt;br /&gt;</w:t>
        <w:br/>
        <w:t>"Який змисний!.. Утікаєш!..&lt;br /&gt;</w:t>
        <w:br/>
        <w:t>Еге!.. Не втікати?!&lt;br /&gt;</w:t>
        <w:br/>
        <w:t>Я вже бачу, що ти хочеш!&lt;br /&gt;</w:t>
        <w:br/>
        <w:t>Бодай не казати!.."&lt;br /&gt;</w:t>
        <w:br/>
        <w:t>"Та дурна ти! Втекла б курка!&lt;br /&gt;</w:t>
        <w:br/>
        <w:t>Як тут що зробити?"&lt;br /&gt;</w:t>
        <w:br/>
        <w:t>"Який змисний!.. Втекла б курка?!&lt;br /&gt;</w:t>
        <w:br/>
        <w:t>А ситом накрити!.."&lt;br /&gt;</w:t>
        <w:br/>
        <w:t>Не знав козак, що робити, —&lt;br /&gt;</w:t>
        <w:br/>
        <w:t>Сама научає…&lt;br /&gt;</w:t>
        <w:br/>
        <w:t>Козак живо видер курку,&lt;br /&gt;</w:t>
        <w:br/>
        <w:t>Ситом накриває.&lt;br /&gt;</w:t>
        <w:br/>
        <w:t>Кладе дівку під вербою,&lt;br /&gt;</w:t>
        <w:br/>
        <w:t>Зміряв, як годиться…&lt;br /&gt;</w:t>
        <w:br/>
        <w:t>Пішла дівка дорогою —&lt;br /&gt;</w:t>
        <w:br/>
        <w:t>І не нахвалиться…&lt;br /&gt;</w:t>
        <w:br/>
        <w:t>18 апреля</w:t>
      </w:r>
    </w:p>
    <w:p>
      <w:r>
        <w:br/>
        <w:t>УКАЗ</w:t>
      </w:r>
    </w:p>
    <w:p>
      <w:r>
        <w:br/>
        <w:t>Їде козак дорогою,&lt;br /&gt;</w:t>
        <w:br/>
        <w:t>Дівку надибає;&lt;br /&gt;</w:t>
        <w:br/>
        <w:t>Вийняв папір з-за пазухи&lt;br /&gt;</w:t>
        <w:br/>
        <w:t>Та й її читає:&lt;br /&gt;</w:t>
        <w:br/>
        <w:t>"І прочая, і прочая…&lt;br /&gt;</w:t>
        <w:br/>
        <w:t>По сему указу&lt;br /&gt;</w:t>
        <w:br/>
        <w:t>Кожна дівка козакові&lt;br /&gt;</w:t>
        <w:br/>
        <w:t>Довжна дать по разу!"&lt;br /&gt;</w:t>
        <w:br/>
        <w:t>"Чуєш, дівко, що в указі?"&lt;br /&gt;</w:t>
        <w:br/>
        <w:t>"Та чую, козаче".&lt;br /&gt;</w:t>
        <w:br/>
        <w:t>І вже ж рада-то, псяюха,&lt;br /&gt;</w:t>
        <w:br/>
        <w:t>Аж мало не скаче!&lt;br /&gt;</w:t>
        <w:br/>
        <w:t>Ізліз козак, покріпився,&lt;br /&gt;</w:t>
        <w:br/>
        <w:t>На коня сідає,&lt;br /&gt;</w:t>
        <w:br/>
        <w:t>А дівчина підійнялась&lt;br /&gt;</w:t>
        <w:br/>
        <w:t>Та й ще забагає:&lt;br /&gt;</w:t>
        <w:br/>
        <w:t>"А приглянься-но, козаче,&lt;br /&gt;</w:t>
        <w:br/>
        <w:t>До того указу:&lt;br /&gt;</w:t>
        <w:br/>
        <w:t>Чи нема там написано,&lt;br /&gt;</w:t>
        <w:br/>
        <w:t>Щоб іще по разу?"&lt;br /&gt;</w:t>
        <w:br/>
        <w:t>18 апреля</w:t>
      </w:r>
    </w:p>
    <w:p>
      <w:r>
        <w:br/>
        <w:t>ЧИ ДАЛЕКО ДО КИЄВА</w:t>
      </w:r>
    </w:p>
    <w:p>
      <w:r>
        <w:br/>
        <w:t>Питаються якось хлопця&lt;br /&gt;</w:t>
        <w:br/>
        <w:t>Подорожні люди:&lt;br /&gt;</w:t>
        <w:br/>
        <w:t>"Чи багато верстов, сину,&lt;br /&gt;</w:t>
        <w:br/>
        <w:t>До Києва буде?"&lt;br /&gt;</w:t>
        <w:br/>
        <w:t>"А не знаю, — хлопець каже, —&lt;br /&gt;</w:t>
        <w:br/>
        <w:t>Було вісімнадцять,&lt;br /&gt;</w:t>
        <w:br/>
        <w:t>Тепер менше, либонь, стало,&lt;br /&gt;</w:t>
        <w:br/>
        <w:t>Здається, сімнадцять!"&lt;br /&gt;</w:t>
        <w:br/>
        <w:t>"Що ж то, сину, за пригода&lt;br /&gt;</w:t>
        <w:br/>
        <w:t>Така прилучилась?"&lt;br /&gt;</w:t>
        <w:br/>
        <w:t>"Та пригода не пригода —&lt;br /&gt;</w:t>
        <w:br/>
        <w:t>Верства повалилась!"</w:t>
      </w:r>
    </w:p>
    <w:p>
      <w:r>
        <w:br/>
        <w:t>НА КАЛИТКУ</w:t>
      </w:r>
    </w:p>
    <w:p>
      <w:r>
        <w:br/>
        <w:t>Прийшов мужик до крамниці,&lt;br /&gt;</w:t>
        <w:br/>
        <w:t>Сукно оглядає…&lt;br /&gt;</w:t>
        <w:br/>
        <w:t>Перекинув штук зо двадцять —&lt;br /&gt;</w:t>
        <w:br/>
        <w:t>Все не добирає…&lt;br /&gt;</w:t>
        <w:br/>
        <w:t>Аж заглянув десь кармазин:&lt;br /&gt;</w:t>
        <w:br/>
        <w:t>"Дай-но, жидку, того!.."&lt;br /&gt;</w:t>
        <w:br/>
        <w:t>Розвертає, оглядає:&lt;br /&gt;</w:t>
        <w:br/>
        <w:t>"Се хіба нічого!.."&lt;br /&gt;</w:t>
        <w:br/>
        <w:t>Виміряє середину:&lt;br /&gt;</w:t>
        <w:br/>
        <w:t>"А ходи-но, жидку!..&lt;br /&gt;</w:t>
        <w:br/>
        <w:t>Ото звідси мені, жидку,&lt;br /&gt;</w:t>
        <w:br/>
        <w:t>Виріж на калитку!"</w:t>
      </w:r>
    </w:p>
    <w:p>
      <w:r>
        <w:br/>
        <w:t>ДОПИТАЛАСЬ</w:t>
      </w:r>
    </w:p>
    <w:p>
      <w:r>
        <w:br/>
        <w:t>Прийшов мужик із празника,&lt;br /&gt;</w:t>
        <w:br/>
        <w:t>Празник добре вдався:&lt;br /&gt;</w:t>
        <w:br/>
        <w:t>Посиніла кругом шия,&lt;br /&gt;</w:t>
        <w:br/>
        <w:t>І чуб підійнявся.&lt;br /&gt;</w:t>
        <w:br/>
        <w:t>Прийшов в хату — ані слова…&lt;br /&gt;</w:t>
        <w:br/>
        <w:t>На лаві сідає.&lt;br /&gt;</w:t>
        <w:br/>
        <w:t>Аж підходить молодиця,&lt;br /&gt;</w:t>
        <w:br/>
        <w:t>Мужа оглядає:&lt;br /&gt;</w:t>
        <w:br/>
        <w:t>"А чого то в тебе шия&lt;br /&gt;</w:t>
        <w:br/>
        <w:t>Вкрита синяками?"&lt;br /&gt;</w:t>
        <w:br/>
        <w:t>"Та то, мабуть, од вишнівки,&lt;br /&gt;</w:t>
        <w:br/>
        <w:t>Що пив із попами!"&lt;br /&gt;</w:t>
        <w:br/>
        <w:t>"А хто ж тобі, чоловіче,&lt;br /&gt;</w:t>
        <w:br/>
        <w:t>Чуба мав намняти?"&lt;br /&gt;</w:t>
        <w:br/>
        <w:t>А той з лави та до неї:&lt;br /&gt;</w:t>
        <w:br/>
        <w:t>"А знаєш мовчати?!"</w:t>
      </w:r>
    </w:p>
    <w:p>
      <w:r>
        <w:br/>
        <w:t>ТРЕБА ВСЮДИ ПРИЯТЕЛЯ МАТИ</w:t>
      </w:r>
    </w:p>
    <w:p>
      <w:r>
        <w:br/>
        <w:t>Прийшла в церкву стара баба,&lt;br /&gt;</w:t>
        <w:br/>
        <w:t>Свічок накупила;&lt;br /&gt;</w:t>
        <w:br/>
        <w:t>Де була яка ікона,&lt;br /&gt;</w:t>
        <w:br/>
        <w:t>Всюди поліпила.&lt;br /&gt;</w:t>
        <w:br/>
        <w:t>Іще пара остається,&lt;br /&gt;</w:t>
        <w:br/>
        <w:t>Де їх приліпити?..&lt;br /&gt;</w:t>
        <w:br/>
        <w:t>"Ага! — каже.— Пошукаю&lt;br /&gt;</w:t>
        <w:br/>
        <w:t>Святого Микити!"&lt;br /&gt;</w:t>
        <w:br/>
        <w:t>Найшла баба і Микиту —&lt;br /&gt;</w:t>
        <w:br/>
        <w:t>Святий чорта ціпить!..&lt;br /&gt;</w:t>
        <w:br/>
        <w:t>Бере одну йому ставить,&lt;br /&gt;</w:t>
        <w:br/>
        <w:t>Другу чорту ліпить!..&lt;br /&gt;</w:t>
        <w:br/>
        <w:t>Видять люди й розважають,&lt;br /&gt;</w:t>
        <w:br/>
        <w:t>Щоб там не ліпила.&lt;br /&gt;</w:t>
        <w:br/>
        <w:t>"Що ти, бабо,— кажуть,— робиш?&lt;br /&gt;</w:t>
        <w:br/>
        <w:t>Та ж то вража сила!.."&lt;br /&gt;</w:t>
        <w:br/>
        <w:t>Але баба обернулась:&lt;br /&gt;</w:t>
        <w:br/>
        <w:t>"Не судіте, люди!&lt;br /&gt;</w:t>
        <w:br/>
        <w:t>Ніхто того не відає,&lt;br /&gt;</w:t>
        <w:br/>
        <w:t>Де по смерті буде!..&lt;br /&gt;</w:t>
        <w:br/>
        <w:t>Чи у небі, чи у пеклі&lt;br /&gt;</w:t>
        <w:br/>
        <w:t>Скажуть вікувати;&lt;br /&gt;</w:t>
        <w:br/>
        <w:t>Треба всюди, добрі люди,&lt;br /&gt;</w:t>
        <w:br/>
        <w:t>Приятеля мати!.."</w:t>
      </w:r>
    </w:p>
    <w:p>
      <w:r>
        <w:br/>
        <w:t>ЧУЖАЯ ДИТИНА НЕ ТО, ЩО РІДНА</w:t>
      </w:r>
    </w:p>
    <w:p>
      <w:r>
        <w:br/>
        <w:t>Ой не тая, мій синоньку,&lt;br /&gt;</w:t>
        <w:br/>
        <w:t>Година настала,&lt;br /&gt;</w:t>
        <w:br/>
        <w:t>Щоб чужая дитинонька&lt;br /&gt;</w:t>
        <w:br/>
        <w:t>За рідную стала.&lt;br /&gt;</w:t>
        <w:br/>
        <w:t>Нар[одна] пісня&lt;br /&gt;</w:t>
        <w:br/>
        <w:t>Журилися муж з жоною,&lt;br /&gt;</w:t>
        <w:br/>
        <w:t>Що дітей не мали;&lt;br /&gt;</w:t>
        <w:br/>
        <w:t>Далі взяли та й під старість&lt;br /&gt;</w:t>
        <w:br/>
        <w:t>Сироту прийняли.&lt;br /&gt;</w:t>
        <w:br/>
        <w:t>Росте тая сиротина,&lt;br /&gt;</w:t>
        <w:br/>
        <w:t>Так їм помагає!&lt;br /&gt;</w:t>
        <w:br/>
        <w:t>Але старий, як чужому,&lt;br /&gt;</w:t>
        <w:br/>
        <w:t>Все не довіряє.&lt;br /&gt;</w:t>
        <w:br/>
        <w:t>Та вже, мабуть, недаремне&lt;br /&gt;</w:t>
        <w:br/>
        <w:t>Примовляють люди,&lt;br /&gt;</w:t>
        <w:br/>
        <w:t>Що дитинонька чужая&lt;br /&gt;</w:t>
        <w:br/>
        <w:t>За рідну не буде!..&lt;br /&gt;</w:t>
        <w:br/>
        <w:t>Доростає літ дитина,&lt;br /&gt;</w:t>
        <w:br/>
        <w:t>Вже пора б женити,&lt;br /&gt;</w:t>
        <w:br/>
        <w:t>Пора б уже господарство&lt;br /&gt;</w:t>
        <w:br/>
        <w:t>З сином поділити.&lt;br /&gt;</w:t>
        <w:br/>
        <w:t>Але старий дуже хоче&lt;br /&gt;</w:t>
        <w:br/>
        <w:t>Щирість його знати&lt;br /&gt;</w:t>
        <w:br/>
        <w:t>І задумує, як сина&lt;br /&gt;</w:t>
        <w:br/>
        <w:t>На спробунок взяти.&lt;br /&gt;</w:t>
        <w:br/>
        <w:t>Повертає раз від пана&lt;br /&gt;</w:t>
        <w:br/>
        <w:t>Та й став говорити:&lt;br /&gt;</w:t>
        <w:br/>
        <w:t>"Жінко мила, сину милий,&lt;br /&gt;</w:t>
        <w:br/>
        <w:t>Годі мені жити!&lt;br /&gt;</w:t>
        <w:br/>
        <w:t>Розгнівався пан на мене,&lt;br /&gt;</w:t>
        <w:br/>
        <w:t>Повішати хоче!&lt;br /&gt;</w:t>
        <w:br/>
        <w:t>І я взавтра, як той злодій,&lt;br /&gt;</w:t>
        <w:br/>
        <w:t>Сплющу свої очі.&lt;br /&gt;</w:t>
        <w:br/>
        <w:t>Достань, жінко, з скрині гроші,&lt;br /&gt;</w:t>
        <w:br/>
        <w:t>Треба поділити…&lt;br /&gt;</w:t>
        <w:br/>
        <w:t>Треба свою остатнюю&lt;br /&gt;</w:t>
        <w:br/>
        <w:t>Волю учинити".&lt;br /&gt;</w:t>
        <w:br/>
        <w:t>Стара, бідна, як дитина,&lt;br /&gt;</w:t>
        <w:br/>
        <w:t>Плаче і ридає;&lt;br /&gt;</w:t>
        <w:br/>
        <w:t>Бере ключі у старого,&lt;br /&gt;</w:t>
        <w:br/>
        <w:t>Скриню відмикає.&lt;br /&gt;</w:t>
        <w:br/>
        <w:t>А у скрині казан грошей —&lt;br /&gt;</w:t>
        <w:br/>
        <w:t>Самії дукати!..&lt;br /&gt;</w:t>
        <w:br/>
        <w:t>Ледве-ледве старий з сином&lt;br /&gt;</w:t>
        <w:br/>
        <w:t>Здужали підняти.&lt;br /&gt;</w:t>
        <w:br/>
        <w:t>Висипали на підлогу,&lt;br /&gt;</w:t>
        <w:br/>
        <w:t>От старий сідає&lt;br /&gt;</w:t>
        <w:br/>
        <w:t>І з дукатів штири купи&lt;br /&gt;</w:t>
        <w:br/>
        <w:t>Рівних нагортає.&lt;br /&gt;</w:t>
        <w:br/>
        <w:t>І говорить: "Перша купа&lt;br /&gt;</w:t>
        <w:br/>
        <w:t>На похорон буде,&lt;br /&gt;</w:t>
        <w:br/>
        <w:t>Щоби мене, як годиться,&lt;br /&gt;</w:t>
        <w:br/>
        <w:t>Спом’янули люди!..&lt;br /&gt;</w:t>
        <w:br/>
        <w:t>Друга купа тобі, жінко,&lt;br /&gt;</w:t>
        <w:br/>
        <w:t>Тобі, моя мила!&lt;br /&gt;</w:t>
        <w:br/>
        <w:t>Бо ти ж мене, як матінка,&lt;br /&gt;</w:t>
        <w:br/>
        <w:t>Старого любила!..&lt;br /&gt;</w:t>
        <w:br/>
        <w:t>Третя купа нехай буде&lt;br /&gt;</w:t>
        <w:br/>
        <w:t>Тобі, милий сину,-&lt;br /&gt;</w:t>
        <w:br/>
        <w:t>Ти був мені, милий сину,&lt;br /&gt;</w:t>
        <w:br/>
        <w:t>За рідну дитину.&lt;br /&gt;</w:t>
        <w:br/>
        <w:t>А четверта купа грошей&lt;br /&gt;</w:t>
        <w:br/>
        <w:t>Най буде для того,&lt;br /&gt;</w:t>
        <w:br/>
        <w:t>Хто да шибеницю взавтра&lt;br /&gt;</w:t>
        <w:br/>
        <w:t>Потягне старого!.."&lt;br /&gt;</w:t>
        <w:br/>
        <w:t>А синочок ісхопився,&lt;br /&gt;</w:t>
        <w:br/>
        <w:t>За гроші рукою:&lt;br /&gt;</w:t>
        <w:br/>
        <w:t>"Я потягну вас, татуню!&lt;br /&gt;</w:t>
        <w:br/>
        <w:t>Най будуть за мною!"&lt;br /&gt;</w:t>
        <w:br/>
        <w:t>Здихнув старий, підійнявся&lt;br /&gt;</w:t>
        <w:br/>
        <w:t>Та й почав казати:&lt;br /&gt;</w:t>
        <w:br/>
        <w:t>"Іди, хлопче препоганий,&lt;br /&gt;</w:t>
        <w:br/>
        <w:t>Іди з мої хати!&lt;br /&gt;</w:t>
        <w:br/>
        <w:t>Прийняв тебе я до себе&lt;br /&gt;</w:t>
        <w:br/>
        <w:t>Малим сиротою,&lt;br /&gt;</w:t>
        <w:br/>
        <w:t>Побивався дні і ночі,&lt;br /&gt;</w:t>
        <w:br/>
        <w:t>Не спав над тобою…&lt;br /&gt;</w:t>
        <w:br/>
        <w:t>Тілько й думав, що із тебе&lt;br /&gt;</w:t>
        <w:br/>
        <w:t>Буду поміч мати…&lt;br /&gt;</w:t>
        <w:br/>
        <w:t>А ти сам готов на мене&lt;br /&gt;</w:t>
        <w:br/>
        <w:t>Руку підійняти…&lt;br /&gt;</w:t>
        <w:br/>
        <w:t>Іди ж собі, препоганий,&lt;br /&gt;</w:t>
        <w:br/>
        <w:t>Звідки ти узявся,&lt;br /&gt;</w:t>
        <w:br/>
        <w:t>Та й не згадуй, що ти в мене&lt;br /&gt;</w:t>
        <w:br/>
        <w:t>Сином називався!"&lt;br /&gt;</w:t>
        <w:br/>
        <w:t>Хлопець вийшов. Старий плаче:&lt;br /&gt;</w:t>
        <w:br/>
        <w:t>"Правда, добрі люди,&lt;br /&gt;</w:t>
        <w:br/>
        <w:t>Що дитинонька чужая&lt;br /&gt;</w:t>
        <w:br/>
        <w:t>За рідну не буде!.."</w:t>
      </w:r>
    </w:p>
    <w:p>
      <w:r>
        <w:br/>
        <w:t>ХМЕЛЬНИЦЬКИЙ І ПАНИ</w:t>
      </w:r>
    </w:p>
    <w:p>
      <w:r>
        <w:br/>
        <w:t>Стали колись Хмельницького&lt;br /&gt;</w:t>
        <w:br/>
        <w:t>Ляхи підмовляти,&lt;br /&gt;</w:t>
        <w:br/>
        <w:t>Щоби нашу Україну&lt;br /&gt;</w:t>
        <w:br/>
        <w:t>З Польщею з’єднати.&lt;br /&gt;</w:t>
        <w:br/>
        <w:t>А Хмельницький їм говорить:&lt;br /&gt;</w:t>
        <w:br/>
        <w:t>"Сядьте, добрі люди!&lt;br /&gt;</w:t>
        <w:br/>
        <w:t>Послухайте мої байки,&lt;br /&gt;</w:t>
        <w:br/>
        <w:t>Чи правдива буде?..&lt;br /&gt;</w:t>
        <w:br/>
        <w:t>Ото був собі господар,&lt;br /&gt;</w:t>
        <w:br/>
        <w:t>Мав їдного сина,&lt;br /&gt;</w:t>
        <w:br/>
        <w:t>І любив він його щиро —&lt;br /&gt;</w:t>
        <w:br/>
        <w:t>Сказано, дитина…&lt;br /&gt;</w:t>
        <w:br/>
        <w:t>Любив його, як дитину,&lt;br /&gt;</w:t>
        <w:br/>
        <w:t>Годив, як паняті;&lt;br /&gt;</w:t>
        <w:br/>
        <w:t>Але в того чоловіка&lt;br /&gt;</w:t>
        <w:br/>
        <w:t>Був і вуж при хаті.&lt;br /&gt;</w:t>
        <w:br/>
        <w:t>І, бувало, як дитина&lt;br /&gt;</w:t>
        <w:br/>
        <w:t>За обід сідає,&lt;br /&gt;</w:t>
        <w:br/>
        <w:t>В тую пору із-під печі&lt;br /&gt;</w:t>
        <w:br/>
        <w:t>І вуж вилізає…&lt;br /&gt;</w:t>
        <w:br/>
        <w:t>І що дитя йому кине,&lt;br /&gt;</w:t>
        <w:br/>
        <w:t>Що само упаде,&lt;br /&gt;</w:t>
        <w:br/>
        <w:t>Вуж полізе позбирає,&lt;br /&gt;</w:t>
        <w:br/>
        <w:t>Вуж і тому радий!..&lt;br /&gt;</w:t>
        <w:br/>
        <w:t>Але раз дитя почало&lt;br /&gt;</w:t>
        <w:br/>
        <w:t>Із вужем дрочитись,&lt;br /&gt;</w:t>
        <w:br/>
        <w:t>Дрочилося-дрочилося,&lt;br /&gt;</w:t>
        <w:br/>
        <w:t>Далі стало битись.&lt;br /&gt;</w:t>
        <w:br/>
        <w:t>Вуж до піни розізлився,&lt;br /&gt;</w:t>
        <w:br/>
        <w:t>Укусив дитину;&lt;br /&gt;</w:t>
        <w:br/>
        <w:t>Аж надходить і господар&lt;br /&gt;</w:t>
        <w:br/>
        <w:t>В ту лиху годину…&lt;br /&gt;</w:t>
        <w:br/>
        <w:t>Як ударив по вужеві,&lt;br /&gt;</w:t>
        <w:br/>
        <w:t>То хвіст і остався,&lt;br /&gt;</w:t>
        <w:br/>
        <w:t>А вуж, живий, та безхвостий,&lt;br /&gt;</w:t>
        <w:br/>
        <w:t>У нору сховався…&lt;br /&gt;</w:t>
        <w:br/>
        <w:t>Нема в хаті вже дитини,&lt;br /&gt;</w:t>
        <w:br/>
        <w:t>І вужа не стало;&lt;br /&gt;</w:t>
        <w:br/>
        <w:t>А тим часом господарство,&lt;br /&gt;</w:t>
        <w:br/>
        <w:t>Як вода, спливало.&lt;br /&gt;</w:t>
        <w:br/>
        <w:t>В рік ісплила вся маєтність,&lt;br /&gt;</w:t>
        <w:br/>
        <w:t>Всі його пожитки,&lt;br /&gt;</w:t>
        <w:br/>
        <w:t>Ба вже й на нім не осталось&lt;br /&gt;</w:t>
        <w:br/>
        <w:t>Ні рубця, ні нитки.&lt;br /&gt;</w:t>
        <w:br/>
        <w:t>Іде, бідний, до ворожки;&lt;br /&gt;</w:t>
        <w:br/>
        <w:t>Світить вона свічі,&lt;br /&gt;</w:t>
        <w:br/>
        <w:t>Посиділа-погадала,&lt;br /&gt;</w:t>
        <w:br/>
        <w:t>Каже: "Чоловіче!&lt;br /&gt;</w:t>
        <w:br/>
        <w:t>Мав-ись,— каже,— чоловіче,-&lt;br /&gt;</w:t>
        <w:br/>
        <w:t>Ти вужа хатнього!&lt;br /&gt;</w:t>
        <w:br/>
        <w:t>Все багатство, вся маєтность —&lt;br /&gt;</w:t>
        <w:br/>
        <w:t>Все було від нього.&lt;br /&gt;</w:t>
        <w:br/>
        <w:t>А як ти з ним посварився,&lt;br /&gt;</w:t>
        <w:br/>
        <w:t>А може, й побився,&lt;br /&gt;</w:t>
        <w:br/>
        <w:t>То ото ж ти через теє&lt;br /&gt;</w:t>
        <w:br/>
        <w:t>Усього лишився!.."&lt;br /&gt;</w:t>
        <w:br/>
        <w:t>Повертається господар&lt;br /&gt;</w:t>
        <w:br/>
        <w:t>До своєї хати,&lt;br /&gt;</w:t>
        <w:br/>
        <w:t>Прислонився коло печі&lt;br /&gt;</w:t>
        <w:br/>
        <w:t>Та й став вужа звати…&lt;br /&gt;</w:t>
        <w:br/>
        <w:t>Вилізає вуж безхвостий&lt;br /&gt;</w:t>
        <w:br/>
        <w:t>Та й став говорити:&lt;br /&gt;</w:t>
        <w:br/>
        <w:t>"Ні вже,— каже,— чоловіче,&lt;br /&gt;</w:t>
        <w:br/>
        <w:t>Разом нам не жити!&lt;br /&gt;</w:t>
        <w:br/>
        <w:t>Скілько ти на мене глянеш —&lt;br /&gt;</w:t>
        <w:br/>
        <w:t>Зараз пригадаєш,&lt;br /&gt;</w:t>
        <w:br/>
        <w:t>Що довіку через мене&lt;br /&gt;</w:t>
        <w:br/>
        <w:t>Ти сина не маєш!&lt;br /&gt;</w:t>
        <w:br/>
        <w:t>Скілько я на тебе гляну,&lt;br /&gt;</w:t>
        <w:br/>
        <w:t>Зараз пригадаю,&lt;br /&gt;</w:t>
        <w:br/>
        <w:t>Що довіку через тебе&lt;br /&gt;</w:t>
        <w:br/>
        <w:t>Я хвоста не маю.&lt;br /&gt;</w:t>
        <w:br/>
        <w:t>Буду тобі, чоловіче,&lt;br /&gt;</w:t>
        <w:br/>
        <w:t>Все добро робити,&lt;br /&gt;</w:t>
        <w:br/>
        <w:t>Але разом із тобою&lt;br /&gt;</w:t>
        <w:br/>
        <w:t>Я не буду жити!.."&lt;br /&gt;</w:t>
        <w:br/>
        <w:t>Отак воно, добрі люди!&lt;br /&gt;</w:t>
        <w:br/>
        <w:t>Польща — то дитина,&lt;br /&gt;</w:t>
        <w:br/>
        <w:t>Король польський — то господар,&lt;br /&gt;</w:t>
        <w:br/>
        <w:t>А вуж — Україна!.."</w:t>
      </w:r>
    </w:p>
    <w:p>
      <w:r>
        <w:br/>
        <w:t>МОШКОВА ПІСНЯ</w:t>
      </w:r>
    </w:p>
    <w:p>
      <w:r>
        <w:br/>
        <w:t>Колись Мошко улюбився&lt;br /&gt;</w:t>
        <w:br/>
        <w:t>У нашу дівчину.&lt;br /&gt;</w:t>
        <w:br/>
        <w:t>То, бувало, все співає&lt;br /&gt;</w:t>
        <w:br/>
        <w:t>В лихую годину:&lt;br /&gt;</w:t>
        <w:br/>
        <w:t>"Світить місяць, світить,&lt;br /&gt;</w:t>
        <w:br/>
        <w:t>І сонця не треба,-&lt;br /&gt;</w:t>
        <w:br/>
        <w:t>Він не впаде з неба,&lt;br /&gt;</w:t>
        <w:br/>
        <w:t>Бо добре держиться.&lt;br /&gt;</w:t>
        <w:br/>
        <w:t>Ой там край Дунаю&lt;br /&gt;</w:t>
        <w:br/>
        <w:t>Голуби літають,-&lt;br /&gt;</w:t>
        <w:br/>
        <w:t>Най собі літають,&lt;br /&gt;</w:t>
        <w:br/>
        <w:t>Бо я їх не спійму.&lt;br /&gt;</w:t>
        <w:br/>
        <w:t>Сів заєць на дубі,&lt;br /&gt;</w:t>
        <w:br/>
        <w:t>Оріха кусає…&lt;br /&gt;</w:t>
        <w:br/>
        <w:t>Бо він виглядав&lt;br /&gt;</w:t>
        <w:br/>
        <w:t>Милої коханки.&lt;br /&gt;</w:t>
        <w:br/>
        <w:t>Сів заєць на дубі,&lt;br /&gt;</w:t>
        <w:br/>
        <w:t>А я коло дуба.&lt;br /&gt;</w:t>
        <w:br/>
        <w:t>Як ти мені люба,&lt;br /&gt;</w:t>
        <w:br/>
        <w:t>Сказати не можу!"</w:t>
      </w:r>
    </w:p>
    <w:p>
      <w:r>
        <w:br/>
        <w:t>ХТО КОГО ЛУЧЧЕ</w:t>
      </w:r>
    </w:p>
    <w:p>
      <w:r>
        <w:br/>
        <w:t>Бився Мошко із Гаврилом&lt;br /&gt;</w:t>
        <w:br/>
        <w:t>Та й потім хвалився:&lt;br /&gt;</w:t>
        <w:br/>
        <w:t>"Ото,— каже,— на ярмарку&lt;br /&gt;</w:t>
        <w:br/>
        <w:t>Я з Гаврилом бився!&lt;br /&gt;</w:t>
        <w:br/>
        <w:t>Він на мене із ломаком&lt;br /&gt;</w:t>
        <w:br/>
        <w:t>По плечах махало.&lt;br /&gt;</w:t>
        <w:br/>
        <w:t>А я йому все з ярмурком&lt;br /&gt;</w:t>
        <w:br/>
        <w:t>По носі давало!"&lt;br /&gt;</w:t>
        <w:br/>
        <w:t>"Та славно ж ви, Мошку, бились…&lt;br /&gt;</w:t>
        <w:br/>
        <w:t>А хто ж кого лучче?"&lt;br /&gt;</w:t>
        <w:br/>
        <w:t>"Та Гаврило мене лучче,&lt;br /&gt;</w:t>
        <w:br/>
        <w:t>А я його лучче!"</w:t>
      </w:r>
    </w:p>
    <w:p>
      <w:r>
        <w:br/>
        <w:t>НЕВИННИЙ МОШКО</w:t>
      </w:r>
    </w:p>
    <w:p>
      <w:r>
        <w:br/>
        <w:t>"Куди, Мошку, так ідеш?"&lt;br /&gt;</w:t>
        <w:br/>
        <w:t>"На війну виходжу!"&lt;br /&gt;</w:t>
        <w:br/>
        <w:t>"А чого ж то пізно так?"&lt;br /&gt;</w:t>
        <w:br/>
        <w:t>"Ще два-три положу!"&lt;br /&gt;</w:t>
        <w:br/>
        <w:t>"А як тебе часом хто&lt;br /&gt;</w:t>
        <w:br/>
        <w:t>Схоче положити?"&lt;br /&gt;</w:t>
        <w:br/>
        <w:t>"А кому ж я винен що?&lt;br /&gt;</w:t>
        <w:br/>
        <w:t>За що ж мене бити?"</w:t>
      </w:r>
    </w:p>
    <w:p>
      <w:r>
        <w:br/>
        <w:t>ТРИ ПИТАННЯ</w:t>
      </w:r>
    </w:p>
    <w:p>
      <w:r>
        <w:br/>
        <w:t>Рабин:&lt;br /&gt;</w:t>
        <w:br/>
        <w:t>"Чого півень, як співає,&lt;br /&gt;</w:t>
        <w:br/>
        <w:t>Очі закриває?"&lt;br /&gt;</w:t>
        <w:br/>
        <w:t>Мошко:&lt;br /&gt;</w:t>
        <w:br/>
        <w:t>"Того, девне, що напам’ять&lt;br /&gt;</w:t>
        <w:br/>
        <w:t>Свою пісню знає".&lt;br /&gt;</w:t>
        <w:br/>
        <w:t>Рабин:&lt;br /&gt;</w:t>
        <w:br/>
        <w:t>"Чого колись по драбині&lt;br /&gt;</w:t>
        <w:br/>
        <w:t>Ангели злізали?"&lt;br /&gt;</w:t>
        <w:br/>
        <w:t>Мошко:&lt;br /&gt;</w:t>
        <w:br/>
        <w:t>"Бо ще були молодії,&lt;br /&gt;</w:t>
        <w:br/>
        <w:t>Мало пір’я мали".&lt;br /&gt;</w:t>
        <w:br/>
        <w:t>Рабин:&lt;br /&gt;</w:t>
        <w:br/>
        <w:t>"Чого море так солоне,&lt;br /&gt;</w:t>
        <w:br/>
        <w:t>Що не можна пити?"&lt;br /&gt;</w:t>
        <w:br/>
        <w:t>Мошко:&lt;br /&gt;</w:t>
        <w:br/>
        <w:t>"Бо погані оселедці&lt;br /&gt;</w:t>
        <w:br/>
        <w:t>Мали заселяти".</w:t>
      </w:r>
    </w:p>
    <w:p>
      <w:r>
        <w:br/>
        <w:t>ЧИ ДАЛЕКО ДО НЕБА</w:t>
      </w:r>
    </w:p>
    <w:p>
      <w:r>
        <w:br/>
        <w:t>"Що п’ять верстов — то й коршомка,&lt;br /&gt;</w:t>
        <w:br/>
        <w:t>Нічого й лічити,&lt;br /&gt;</w:t>
        <w:br/>
        <w:t>Бо п’ять верстов як проїдеш,&lt;br /&gt;</w:t>
        <w:br/>
        <w:t>Треба й відпочити.&lt;br /&gt;</w:t>
        <w:br/>
        <w:t>Ото їдуть із ярмарку&lt;br /&gt;</w:t>
        <w:br/>
        <w:t>Двоє господарів,&lt;br /&gt;</w:t>
        <w:br/>
        <w:t>У каждого віз порядний,&lt;br /&gt;</w:t>
        <w:br/>
        <w:t>Воликів по парі.&lt;br /&gt;</w:t>
        <w:br/>
        <w:t>Їдуть собі помаленьку,&lt;br /&gt;</w:t>
        <w:br/>
        <w:t>Грошенята мають,&lt;br /&gt;</w:t>
        <w:br/>
        <w:t>Полягали на соломі —&lt;br /&gt;</w:t>
        <w:br/>
        <w:t>Та й думу гадають.&lt;br /&gt;</w:t>
        <w:br/>
        <w:t>Далі їден пробудився&lt;br /&gt;</w:t>
        <w:br/>
        <w:t>З глибокої думи,&lt;br /&gt;</w:t>
        <w:br/>
        <w:t>Повернувся на соломі.&lt;br /&gt;</w:t>
        <w:br/>
        <w:t>"Чи спиш,— каже,— куме?"&lt;br /&gt;</w:t>
        <w:br/>
        <w:t>"Що говориш?" — другий каже.&lt;br /&gt;</w:t>
        <w:br/>
        <w:t>"Чи спиш, я питаю".&lt;br /&gt;</w:t>
        <w:br/>
        <w:t>"Та не сплю ще,— каже,— куме,&lt;br /&gt;</w:t>
        <w:br/>
        <w:t>Тілько що дрімаю!"&lt;br /&gt;</w:t>
        <w:br/>
        <w:t>"Не дрімай же на годину&lt;br /&gt;</w:t>
        <w:br/>
        <w:t>Та глянь против неба,&lt;br /&gt;</w:t>
        <w:br/>
        <w:t>Скілько б верстов так до неба&lt;br /&gt;</w:t>
        <w:br/>
        <w:t>Проїхати треба?"&lt;br /&gt;</w:t>
        <w:br/>
        <w:t>"Та бог його святий знає&lt;br /&gt;</w:t>
        <w:br/>
        <w:t>І добрії люди…&lt;br /&gt;</w:t>
        <w:br/>
        <w:t>Я думаю, що не більше,&lt;br /&gt;</w:t>
        <w:br/>
        <w:t>Як п’ять верстов, буде".&lt;br /&gt;</w:t>
        <w:br/>
        <w:t>"Гуттю, куме!.. Та се баба&lt;br /&gt;</w:t>
        <w:br/>
        <w:t>Тобі набрехала…&lt;br /&gt;</w:t>
        <w:br/>
        <w:t>Та якби п’ять верстов було,&lt;br /&gt;</w:t>
        <w:br/>
        <w:t>Там коршма б стояла!"</w:t>
      </w:r>
    </w:p>
    <w:p>
      <w:r>
        <w:br/>
        <w:t>ОКУЛЯРИ</w:t>
      </w:r>
    </w:p>
    <w:p>
      <w:r>
        <w:br/>
        <w:t>Розходився мужичок&lt;br /&gt;</w:t>
        <w:br/>
        <w:t>Аж ґвалт дякувати,&lt;br /&gt;</w:t>
        <w:br/>
        <w:t>Та одна йому біда:&lt;br /&gt;</w:t>
        <w:br/>
        <w:t>Не вміє читати.&lt;br /&gt;</w:t>
        <w:br/>
        <w:t>До аз-буки — так куди,&lt;br /&gt;</w:t>
        <w:br/>
        <w:t>Не того він хоче.&lt;br /&gt;</w:t>
        <w:br/>
        <w:t>Він гадає чим другим&lt;br /&gt;</w:t>
        <w:br/>
        <w:t>Просвітити очі.&lt;br /&gt;</w:t>
        <w:br/>
        <w:t>"Не вміє ж так старий дяк&lt;br /&gt;</w:t>
        <w:br/>
        <w:t>Стрічки розібрати,&lt;br /&gt;</w:t>
        <w:br/>
        <w:t>Окуляри ж як візьме —&lt;br /&gt;</w:t>
        <w:br/>
        <w:t>То куди читати!&lt;br /&gt;</w:t>
        <w:br/>
        <w:t>Отак і я заведу&lt;br /&gt;</w:t>
        <w:br/>
        <w:t>Кондаки й тропарі,&lt;br /&gt;</w:t>
        <w:br/>
        <w:t>Піду тілько та куплю&lt;br /&gt;</w:t>
        <w:br/>
        <w:t>Такі окуляри".&lt;br /&gt;</w:t>
        <w:br/>
        <w:t>Пішов мужик до крамниці,&lt;br /&gt;</w:t>
        <w:br/>
        <w:t>Різні вибирає…&lt;br /&gt;</w:t>
        <w:br/>
        <w:t>Що на очі накладе,&lt;br /&gt;</w:t>
        <w:br/>
        <w:t>То все не читає.&lt;br /&gt;</w:t>
        <w:br/>
        <w:t>Далі соті з носа зняв,&lt;br /&gt;</w:t>
        <w:br/>
        <w:t>Об землю ударив.&lt;br /&gt;</w:t>
        <w:br/>
        <w:t>Розплатився та й пішов&lt;br /&gt;</w:t>
        <w:br/>
        <w:t>Сам без окулярів.&lt;br /&gt;</w:t>
        <w:br/>
        <w:t>Та й на проводи сказав&lt;br /&gt;</w:t>
        <w:br/>
        <w:t>Хрещеному люду:&lt;br /&gt;</w:t>
        <w:br/>
        <w:t>"Окулярів не купив&lt;br /&gt;</w:t>
        <w:br/>
        <w:t>То й дяком не буду".</w:t>
      </w:r>
    </w:p>
    <w:p>
      <w:r>
        <w:br/>
        <w:t>ЕГЕ, ГАЙ</w:t>
      </w:r>
    </w:p>
    <w:p>
      <w:r>
        <w:br/>
        <w:t>Йде видючий і сліпий,&lt;br /&gt;</w:t>
        <w:br/>
        <w:t>Та й каже видючий:&lt;br /&gt;</w:t>
        <w:br/>
        <w:t>"Ото, брате, синій гай!&lt;br /&gt;</w:t>
        <w:br/>
        <w:t>Ото ліс дрімучий!"&lt;br /&gt;</w:t>
        <w:br/>
        <w:t>"Еге! Еге! — каже той.-&lt;br /&gt;</w:t>
        <w:br/>
        <w:t>Як ти собі важиш!"&lt;br /&gt;</w:t>
        <w:br/>
        <w:t>"А ти ж, брате, бачиш що?"&lt;br /&gt;</w:t>
        <w:br/>
        <w:t>"Та ж ти, брате, кажеш!"</w:t>
      </w:r>
    </w:p>
    <w:p>
      <w:r>
        <w:br/>
        <w:t>СКІЛЬКО ДУШ</w:t>
      </w:r>
    </w:p>
    <w:p>
      <w:r>
        <w:br/>
        <w:t>"Скілько, куме, в тілі душ?"&lt;br /&gt;</w:t>
        <w:br/>
        <w:t>"Одна, я гадаю".&lt;br /&gt;</w:t>
        <w:br/>
        <w:t>"Може, в тебе і одна,&lt;br /&gt;</w:t>
        <w:br/>
        <w:t>А я так дві маю:&lt;br /&gt;</w:t>
        <w:br/>
        <w:t>Бо як руки на снігу&lt;br /&gt;</w:t>
        <w:br/>
        <w:t>В мене заколіють,&lt;br /&gt;</w:t>
        <w:br/>
        <w:t>Хукне теплая душа —&lt;br /&gt;</w:t>
        <w:br/>
        <w:t>І руки тепліють.&lt;br /&gt;</w:t>
        <w:br/>
        <w:t>А як страва на столі&lt;br /&gt;</w:t>
        <w:br/>
        <w:t>Гарячая буде,&lt;br /&gt;</w:t>
        <w:br/>
        <w:t>То вже друга, бач, душа,&lt;br /&gt;</w:t>
        <w:br/>
        <w:t>Холодная, студить!"</w:t>
      </w:r>
    </w:p>
    <w:p>
      <w:r>
        <w:br/>
        <w:t>ПОНИЗИВ</w:t>
      </w:r>
    </w:p>
    <w:p>
      <w:r>
        <w:br/>
        <w:t>П’є-гуляє у неділю&lt;br /&gt;</w:t>
        <w:br/>
        <w:t>На коршомці Гарасим;&lt;br /&gt;</w:t>
        <w:br/>
        <w:t>З Гарасимом п’є-гуляє&lt;br /&gt;</w:t>
        <w:br/>
        <w:t>І сусід його Трохим.&lt;br /&gt;</w:t>
        <w:br/>
        <w:t>А обидва стрільці жваві.&lt;br /&gt;</w:t>
        <w:br/>
        <w:t>От перечка і пішла…&lt;br /&gt;</w:t>
        <w:br/>
        <w:t>Далі Трохим розходився,&lt;br /&gt;</w:t>
        <w:br/>
        <w:t>Підійнявся з-за стола:&lt;br /&gt;</w:t>
        <w:br/>
        <w:t>"То ти кажеш, що ти луччий?&lt;br /&gt;</w:t>
        <w:br/>
        <w:t>Що ти гаспидний стрілець?&lt;br /&gt;</w:t>
        <w:br/>
        <w:t>Збий же мені з чуба шапку —&lt;br /&gt;</w:t>
        <w:br/>
        <w:t>Тоді будеш молодець!"&lt;br /&gt;</w:t>
        <w:br/>
        <w:t>"Кажеш, може, що не зіб’ю?"&lt;br /&gt;</w:t>
        <w:br/>
        <w:t>"А ти кажеш, що зіб’єш?!"&lt;br /&gt;</w:t>
        <w:br/>
        <w:t>"А їй-богу, що ізіб’ю!"&lt;br /&gt;</w:t>
        <w:br/>
        <w:t>"А їй-богу, не зіб’єш!.."&lt;br /&gt;</w:t>
        <w:br/>
        <w:t>"Та от тобі і рушниця!"&lt;br /&gt;</w:t>
        <w:br/>
        <w:t>"Ану-ну! Давай! Давай!"&lt;br /&gt;</w:t>
        <w:br/>
        <w:t>"Ставай, лишень, край порога!&lt;br /&gt;</w:t>
        <w:br/>
        <w:t>"Та я стану, ти ставай!.."&lt;br /&gt;</w:t>
        <w:br/>
        <w:t>Цілить один од порога,&lt;br /&gt;</w:t>
        <w:br/>
        <w:t>Другий стоїть за столом&lt;br /&gt;</w:t>
        <w:br/>
        <w:t>Та щосили натягає&lt;br /&gt;</w:t>
        <w:br/>
        <w:t>Сиву шапку на чоло.&lt;br /&gt;</w:t>
        <w:br/>
        <w:t>Бах! рушниця… Стало димно…&lt;br /&gt;</w:t>
        <w:br/>
        <w:t>Йде до столу Гарасим…&lt;br /&gt;</w:t>
        <w:br/>
        <w:t>А за столом в сивій шапці,&lt;br /&gt;</w:t>
        <w:br/>
        <w:t>Як баран, лежить Трохим!&lt;br /&gt;</w:t>
        <w:br/>
        <w:t>(Йому куля пролетіла&lt;br /&gt;</w:t>
        <w:br/>
        <w:t>Через шапку і чоло…)&lt;br /&gt;</w:t>
        <w:br/>
        <w:t>Підіймає він Трохима,&lt;br /&gt;</w:t>
        <w:br/>
        <w:t>Підпирає за столом.&lt;br /&gt;</w:t>
        <w:br/>
        <w:t>Сам одходить до порога.&lt;br /&gt;</w:t>
        <w:br/>
        <w:t>Знов рушницю в руки взяв,&lt;br /&gt;</w:t>
        <w:br/>
        <w:t>Прицілився разів кілька&lt;br /&gt;</w:t>
        <w:br/>
        <w:t>Й головою похитав.&lt;br /&gt;</w:t>
        <w:br/>
        <w:t>"Вибачай мені, Трохиме,-&lt;br /&gt;</w:t>
        <w:br/>
        <w:t>Гарасим проговорив,-&lt;br /&gt;</w:t>
        <w:br/>
        <w:t>На два цалі лиш понизив&lt;br /&gt;</w:t>
        <w:br/>
        <w:t>Та й і шапки не ізбив".</w:t>
      </w:r>
    </w:p>
    <w:p>
      <w:r>
        <w:br/>
        <w:t>АБИ ДУША ЧИСТА</w:t>
      </w:r>
    </w:p>
    <w:p>
      <w:r>
        <w:br/>
        <w:t>Два злодії опівночі&lt;br /&gt;</w:t>
        <w:br/>
        <w:t>Костьол обкрадають;&lt;br /&gt;</w:t>
        <w:br/>
        <w:t>Обшарили всі скарбони,&lt;br /&gt;</w:t>
        <w:br/>
        <w:t>Святих обдирають.&lt;br /&gt;</w:t>
        <w:br/>
        <w:t>І забрали, які були,&lt;br /&gt;</w:t>
        <w:br/>
        <w:t>Гроші під замками.&lt;br /&gt;</w:t>
        <w:br/>
        <w:t>Далі один на олтарик&lt;br /&gt;</w:t>
        <w:br/>
        <w:t>Пнеться з постолами.&lt;br /&gt;</w:t>
        <w:br/>
        <w:t>"Та що ж бо ти, брате, робиш? —&lt;br /&gt;</w:t>
        <w:br/>
        <w:t>Став другий казати.-&lt;br /&gt;</w:t>
        <w:br/>
        <w:t>Як-то можна святе місце&lt;br /&gt;</w:t>
        <w:br/>
        <w:t>Постолом валяти?"&lt;br /&gt;</w:t>
        <w:br/>
        <w:t>А той каже: "Мовчи, брате!&lt;br /&gt;</w:t>
        <w:br/>
        <w:t>Ми тут перед богом —&lt;br /&gt;</w:t>
        <w:br/>
        <w:t>Аби душа чиста була,&lt;br /&gt;</w:t>
        <w:br/>
        <w:t>Постоли — нічого!"</w:t>
      </w:r>
    </w:p>
    <w:p>
      <w:r>
        <w:br/>
        <w:t>ЛЯДСЬКА НАТУРА</w:t>
      </w:r>
    </w:p>
    <w:p>
      <w:r>
        <w:br/>
        <w:t>Блудить ляшок серед лісу,&lt;br /&gt;</w:t>
        <w:br/>
        <w:t>А мужик рубає…&lt;br /&gt;</w:t>
        <w:br/>
        <w:t>"Та ти, ляше, либонь, блудиш?" —&lt;br /&gt;</w:t>
        <w:br/>
        <w:t>Мужик промовляє.&lt;br /&gt;</w:t>
        <w:br/>
        <w:t>А лях каже: "Chocaj bladzie,&lt;br /&gt;</w:t>
        <w:br/>
        <w:t>Ale mam nature&lt;br /&gt;</w:t>
        <w:br/>
        <w:t>Nie pytac sie tego nigdy&lt;br /&gt;</w:t>
        <w:br/>
        <w:t>Kogo bije w skore!" [8]</w:t>
      </w:r>
    </w:p>
    <w:p>
      <w:r>
        <w:br/>
        <w:t>СВИНЯ СВИНЕЮ</w:t>
      </w:r>
    </w:p>
    <w:p>
      <w:r>
        <w:br/>
        <w:t>Несе мужик у ночовках&lt;br /&gt;</w:t>
        <w:br/>
        <w:t>Додому свячене:&lt;br /&gt;</w:t>
        <w:br/>
        <w:t>Яйця, паску, і ковбаси,&lt;br /&gt;</w:t>
        <w:br/>
        <w:t>Й порося печене.&lt;br /&gt;</w:t>
        <w:br/>
        <w:t>І порося, як підсвинок,&lt;br /&gt;</w:t>
        <w:br/>
        <w:t>Та ще й з хроном в роті.&lt;br /&gt;</w:t>
        <w:br/>
        <w:t>Несе, бідний, та й спіткнувся&lt;br /&gt;</w:t>
        <w:br/>
        <w:t>У самім болоті.&lt;br /&gt;</w:t>
        <w:br/>
        <w:t>І схибнулись нові ночви,&lt;br /&gt;</w:t>
        <w:br/>
        <w:t>Затряслось свячене,&lt;br /&gt;</w:t>
        <w:br/>
        <w:t>І в болото покотилось&lt;br /&gt;</w:t>
        <w:br/>
        <w:t>Порося печене.&lt;br /&gt;</w:t>
        <w:br/>
        <w:t>Глянув мужик на болото,&lt;br /&gt;</w:t>
        <w:br/>
        <w:t>Посвистав до лиха,&lt;br /&gt;</w:t>
        <w:br/>
        <w:t>Одвернувся, набік плюнув&lt;br /&gt;</w:t>
        <w:br/>
        <w:t>Та й промовив стиха:&lt;br /&gt;</w:t>
        <w:br/>
        <w:t>"Та свиня таки свинею!&lt;br /&gt;</w:t>
        <w:br/>
        <w:t>Правду кажуть люди:&lt;br /&gt;</w:t>
        <w:br/>
        <w:t>Святи її, хрести її —&lt;br /&gt;</w:t>
        <w:br/>
        <w:t>Все свинею буде!"</w:t>
      </w:r>
    </w:p>
    <w:p>
      <w:r>
        <w:br/>
        <w:t>ДОБРА НАТУРА</w:t>
      </w:r>
    </w:p>
    <w:p>
      <w:r>
        <w:br/>
        <w:t>Грає скрипка, грає кобза&lt;br /&gt;</w:t>
        <w:br/>
        <w:t>І бандура грає;&lt;br /&gt;</w:t>
        <w:br/>
        <w:t>Чумак літом у кожусі&lt;br /&gt;</w:t>
        <w:br/>
        <w:t>Гопки витинає.&lt;br /&gt;</w:t>
        <w:br/>
        <w:t>Витинає чумак гопки,&lt;br /&gt;</w:t>
        <w:br/>
        <w:t>Аж потом заллявся…&lt;br /&gt;</w:t>
        <w:br/>
        <w:t>"Та скинь-бо ти кожух, брате!"&lt;br /&gt;</w:t>
        <w:br/>
        <w:t>Якийсь обізвався.&lt;br /&gt;</w:t>
        <w:br/>
        <w:t>"Ні, не скину! — чумак каже.-&lt;br /&gt;</w:t>
        <w:br/>
        <w:t>Бо натуру маю,&lt;br /&gt;</w:t>
        <w:br/>
        <w:t>Що йно тілько з себе скину,&lt;br /&gt;</w:t>
        <w:br/>
        <w:t>То все пропиваю!"</w:t>
      </w:r>
    </w:p>
    <w:p>
      <w:r>
        <w:br/>
        <w:t>ЧУПРИНА</w:t>
      </w:r>
    </w:p>
    <w:p>
      <w:r>
        <w:br/>
        <w:t>Питалися козака:&lt;br /&gt;</w:t>
        <w:br/>
        <w:t>"Що то за причина,&lt;br /&gt;</w:t>
        <w:br/>
        <w:t>Що в вас гола голова,&lt;br /&gt;</w:t>
        <w:br/>
        <w:t>А зверху чуприна?"&lt;br /&gt;</w:t>
        <w:br/>
        <w:t>"А причина то така:&lt;br /&gt;</w:t>
        <w:br/>
        <w:t>Як на війні згину —&lt;br /&gt;</w:t>
        <w:br/>
        <w:t>Мене ангел понесе&lt;br /&gt;</w:t>
        <w:br/>
        <w:t>В небо за чуприну".&lt;br /&gt;</w:t>
        <w:br/>
        <w:t>Питаються мужика:&lt;br /&gt;</w:t>
        <w:br/>
        <w:t>"Що то за причина,&lt;br /&gt;</w:t>
        <w:br/>
        <w:t>Що в вас гола голова,&lt;br /&gt;</w:t>
        <w:br/>
        <w:t>А зверху чуприна?"&lt;br /&gt;</w:t>
        <w:br/>
        <w:t>"А причина то така:&lt;br /&gt;</w:t>
        <w:br/>
        <w:t>Нас біда обсіла —&lt;br /&gt;</w:t>
        <w:br/>
        <w:t>Голимося до крівлі,&lt;br /&gt;</w:t>
        <w:br/>
        <w:t>Щоб кузка не їла!"</w:t>
      </w:r>
    </w:p>
    <w:p>
      <w:r>
        <w:br/>
        <w:t>ЗГУБА ДУШІ</w:t>
      </w:r>
    </w:p>
    <w:p>
      <w:r>
        <w:br/>
        <w:t>Раз пропала на степу&lt;br /&gt;</w:t>
        <w:br/>
        <w:t>В чумаків сокира,&lt;br /&gt;</w:t>
        <w:br/>
        <w:t>До одного всі взялись:&lt;br /&gt;</w:t>
        <w:br/>
        <w:t>"Ти та й ти, псявіро!.."&lt;br /&gt;</w:t>
        <w:br/>
        <w:t>Той їх годить, хаменить,&lt;br /&gt;</w:t>
        <w:br/>
        <w:t>Той їм розважає,&lt;br /&gt;</w:t>
        <w:br/>
        <w:t>Вже й клянеться на чім світ,&lt;br /&gt;</w:t>
        <w:br/>
        <w:t>Богом присягає…&lt;br /&gt;</w:t>
        <w:br/>
        <w:t>Ні! Не вірять! Аж чумак&lt;br /&gt;</w:t>
        <w:br/>
        <w:t>Против неба глянув:&lt;br /&gt;</w:t>
        <w:br/>
        <w:t>"Коли я сокиру взяв,&lt;br /&gt;</w:t>
        <w:br/>
        <w:t>Най я ляхом стану!.."&lt;br /&gt;</w:t>
        <w:br/>
        <w:t>"Стій, чумаче, не губи&lt;br /&gt;</w:t>
        <w:br/>
        <w:t>Ні душі, ні віри!&lt;br /&gt;</w:t>
        <w:br/>
        <w:t>Вірим-вірим! Ти не брав&lt;br /&gt;</w:t>
        <w:br/>
        <w:t>Нашої сокири!"</w:t>
      </w:r>
    </w:p>
    <w:p>
      <w:r>
        <w:br/>
        <w:t>НЕ МОЇ НОГИ</w:t>
      </w:r>
    </w:p>
    <w:p>
      <w:r>
        <w:br/>
        <w:t>Серед лісу, серед гаю&lt;br /&gt;</w:t>
        <w:br/>
        <w:t>У неділешній обід&lt;br /&gt;</w:t>
        <w:br/>
        <w:t>Заснув мужик у чоботях,&lt;br /&gt;</w:t>
        <w:br/>
        <w:t>Прокинувся без чобіт.&lt;br /&gt;</w:t>
        <w:br/>
        <w:t>Прокинувся, протер очі,&lt;br /&gt;</w:t>
        <w:br/>
        <w:t>Разів кілька позіхнув,&lt;br /&gt;</w:t>
        <w:br/>
        <w:t>Разів кілька босі ноги&lt;br /&gt;</w:t>
        <w:br/>
        <w:t>З подивлінням повернув.&lt;br /&gt;</w:t>
        <w:br/>
        <w:t>"Не мої се,— каже,— ноги,&lt;br /&gt;</w:t>
        <w:br/>
        <w:t>Присягаю на чім світ,&lt;br /&gt;</w:t>
        <w:br/>
        <w:t>Бо мої в чоботях були,&lt;br /&gt;</w:t>
        <w:br/>
        <w:t>А сі — босі, без чобіт!"</w:t>
      </w:r>
    </w:p>
    <w:p>
      <w:r>
        <w:br/>
        <w:t>ЗАГАДКИ</w:t>
      </w:r>
    </w:p>
    <w:p>
      <w:r>
        <w:br/>
        <w:t>Позбирались дукачі,&lt;br /&gt;</w:t>
        <w:br/>
        <w:t>Добре підгуляли.&lt;br /&gt;</w:t>
        <w:br/>
        <w:t>"Давай, Мошку, загадок!" —&lt;br /&gt;</w:t>
        <w:br/>
        <w:t>До жидка пристали.&lt;br /&gt;</w:t>
        <w:br/>
        <w:t>А жидок собі бім-бім,&lt;br /&gt;</w:t>
        <w:br/>
        <w:t>Пейси підвиває:&lt;br /&gt;</w:t>
        <w:br/>
        <w:t>"Як завдати, так завдам,&lt;br /&gt;</w:t>
        <w:br/>
        <w:t>А хто не вгадає?"&lt;br /&gt;</w:t>
        <w:br/>
        <w:t>А ті кажуть: "Не журись!&lt;br /&gt;</w:t>
        <w:br/>
        <w:t>За то буде плата.&lt;br /&gt;</w:t>
        <w:br/>
        <w:t>Хто не скаже, що то є,&lt;br /&gt;</w:t>
        <w:br/>
        <w:t>Заплатить дуката".&lt;br /&gt;</w:t>
        <w:br/>
        <w:t>"Угадайте ж,— каже жид,-&lt;br /&gt;</w:t>
        <w:br/>
        <w:t>Що удень чорніє,&lt;br /&gt;</w:t>
        <w:br/>
        <w:t>Що біліє уночі,&lt;br /&gt;</w:t>
        <w:br/>
        <w:t>А ранком синіє?"&lt;br /&gt;</w:t>
        <w:br/>
        <w:t>"Добре!" — кажуть.&lt;br /&gt;</w:t>
        <w:br/>
        <w:t>От прийшли —&lt;br /&gt;</w:t>
        <w:br/>
        <w:t>Гадали-гадали,&lt;br /&gt;</w:t>
        <w:br/>
        <w:t>Далі бачать, що не сил,&lt;br /&gt;</w:t>
        <w:br/>
        <w:t>По дукату дали.&lt;br /&gt;</w:t>
        <w:br/>
        <w:t>"Що ж то, Мошку, таке є?" —&lt;br /&gt;</w:t>
        <w:br/>
        <w:t>Жидюка питають.&lt;br /&gt;</w:t>
        <w:br/>
        <w:t>А той: "Гирсти! Що то є?&lt;br /&gt;</w:t>
        <w:br/>
        <w:t>А я почім знаю?"&lt;br /&gt;</w:t>
        <w:br/>
        <w:t>"Ну ж бо, Мошку, не жартуй!"&lt;br /&gt;</w:t>
        <w:br/>
        <w:t>"Та жарти до ката,&lt;br /&gt;</w:t>
        <w:br/>
        <w:t>Я і сам собі даю&lt;br /&gt;</w:t>
        <w:br/>
        <w:t>Цілого дуката!"</w:t>
      </w:r>
    </w:p>
    <w:p>
      <w:r>
        <w:br/>
        <w:t>САМ ПОЇДУ!</w:t>
      </w:r>
    </w:p>
    <w:p>
      <w:r>
        <w:br/>
        <w:t>Що заслабне, було, жид&lt;br /&gt;</w:t>
        <w:br/>
        <w:t>І рабина просить,&lt;br /&gt;</w:t>
        <w:br/>
        <w:t>Рабин тілько з-за дверей&lt;br /&gt;</w:t>
        <w:br/>
        <w:t>Палицю виносить&lt;br /&gt;</w:t>
        <w:br/>
        <w:t>Та й пахолка свого шле&lt;br /&gt;</w:t>
        <w:br/>
        <w:t>З нею до слабого…&lt;br /&gt;</w:t>
        <w:br/>
        <w:t>От пахолок курував&lt;br /&gt;</w:t>
        <w:br/>
        <w:t>Жида не їдного.&lt;br /&gt;</w:t>
        <w:br/>
        <w:t>Аж раз якось довелось&lt;br /&gt;</w:t>
        <w:br/>
        <w:t>Слабу курувати;&lt;br /&gt;</w:t>
        <w:br/>
        <w:t>От пахолок і прийшов,&lt;br /&gt;</w:t>
        <w:br/>
        <w:t>Щоб палицю взяти.&lt;br /&gt;</w:t>
        <w:br/>
        <w:t>А той каже: "Хто слабий?&lt;br /&gt;</w:t>
        <w:br/>
        <w:t>Чи жид, чи жидівка?"&lt;br /&gt;</w:t>
        <w:br/>
        <w:t>"Не жид,— каже,— а їдна&lt;br /&gt;</w:t>
        <w:br/>
        <w:t>Молода жидівка".&lt;br /&gt;</w:t>
        <w:br/>
        <w:t>Рабин живо із стільця,&lt;br /&gt;</w:t>
        <w:br/>
        <w:t>Палиці й ні сліду.&lt;br /&gt;</w:t>
        <w:br/>
        <w:t>"Живо коні! У, біда!&lt;br /&gt;</w:t>
        <w:br/>
        <w:t>Сам,— каже,— поїду!"&lt;br /&gt;</w:t>
        <w:br/>
        <w:t>26 февраля</w:t>
      </w:r>
    </w:p>
    <w:p>
      <w:r>
        <w:br/>
        <w:t>ВОВКИ</w:t>
      </w:r>
    </w:p>
    <w:p>
      <w:r>
        <w:br/>
        <w:t>"Чого, жидку, так збілів?&lt;br /&gt;</w:t>
        <w:br/>
        <w:t>Що з тобою сталось?"&lt;br /&gt;</w:t>
        <w:br/>
        <w:t>"Ах, за мною через став&lt;br /&gt;</w:t>
        <w:br/>
        <w:t>Аж сто вовків гналось!"&lt;br /&gt;</w:t>
        <w:br/>
        <w:t>"Бог з тобою!.. Сто вовків!..&lt;br /&gt;</w:t>
        <w:br/>
        <w:t>Та б село почуло…"&lt;br /&gt;</w:t>
        <w:br/>
        <w:t>"Та воно пак і не сто,&lt;br /&gt;</w:t>
        <w:br/>
        <w:t>А п’ятдесят було".&lt;br /&gt;</w:t>
        <w:br/>
        <w:t>"Та й п’ятдесят диво в нас…&lt;br /&gt;</w:t>
        <w:br/>
        <w:t>Де б їх стільки взялось?"&lt;br /&gt;</w:t>
        <w:br/>
        <w:t>"Ну Іванцю! Нехай так,&lt;br /&gt;</w:t>
        <w:br/>
        <w:t>Але десять гналось".&lt;br /&gt;</w:t>
        <w:br/>
        <w:t>"Та і десять не було!&lt;br /&gt;</w:t>
        <w:br/>
        <w:t>Знать, один усього?"&lt;br /&gt;</w:t>
        <w:br/>
        <w:t>"А як один? Аби вовк!&lt;br /&gt;</w:t>
        <w:br/>
        <w:t>Страшно і одного…"&lt;br /&gt;</w:t>
        <w:br/>
        <w:t>"А може, то і не вовк!"&lt;br /&gt;</w:t>
        <w:br/>
        <w:t>"А що ж то ходило?&lt;br /&gt;</w:t>
        <w:br/>
        <w:t>Таке сиве та мале,&lt;br /&gt;</w:t>
        <w:br/>
        <w:t>А хвостик, як шило".</w:t>
      </w:r>
    </w:p>
    <w:p>
      <w:r>
        <w:br/>
        <w:t>ГОЛОДНИЙ ЖИД</w:t>
      </w:r>
    </w:p>
    <w:p>
      <w:r>
        <w:br/>
        <w:t>Небагато орендарі&lt;br /&gt;</w:t>
        <w:br/>
        <w:t>В сабаш наварили&lt;br /&gt;</w:t>
        <w:br/>
        <w:t>Та й, на лихо, убогого&lt;br /&gt;</w:t>
        <w:br/>
        <w:t>Їсти запросили.&lt;br /&gt;</w:t>
        <w:br/>
        <w:t>А убогий, ще й голодний,&lt;br /&gt;</w:t>
        <w:br/>
        <w:t>На то не вважає:&lt;br /&gt;</w:t>
        <w:br/>
        <w:t>Як припався гатилити —&lt;br /&gt;</w:t>
        <w:br/>
        <w:t>Як у торбу пхає.&lt;br /&gt;</w:t>
        <w:br/>
        <w:t>Та і ні вже як од миски&lt;br /&gt;</w:t>
        <w:br/>
        <w:t>Біду одірвати,&lt;br /&gt;</w:t>
        <w:br/>
        <w:t>Ото вони й задумали&lt;br /&gt;</w:t>
        <w:br/>
        <w:t>Дечого питати.&lt;br /&gt;</w:t>
        <w:br/>
        <w:t>"Чи маєш ти,— кажуть,— батька?"&lt;br /&gt;</w:t>
        <w:br/>
        <w:t>А той каже: "Маю!"&lt;br /&gt;</w:t>
        <w:br/>
        <w:t>Їсть і каже: "Батька маю,&lt;br /&gt;</w:t>
        <w:br/>
        <w:t>І ще й маму маю…"</w:t>
      </w:r>
    </w:p>
    <w:p>
      <w:r>
        <w:br/>
        <w:t>СТРАШНИЙ СУД</w:t>
      </w:r>
    </w:p>
    <w:p>
      <w:r>
        <w:br/>
        <w:t>В страшносудную неділю&lt;br /&gt;</w:t>
        <w:br/>
        <w:t>Ксьондз казання говорив,&lt;br /&gt;</w:t>
        <w:br/>
        <w:t>Став за божий суд казати&lt;br /&gt;</w:t>
        <w:br/>
        <w:t>Та й, на гріх, пересолив.&lt;br /&gt;</w:t>
        <w:br/>
        <w:t>Слухав-слухав бідний мазур,&lt;br /&gt;</w:t>
        <w:br/>
        <w:t>Далі тяженько здихнув,&lt;br /&gt;</w:t>
        <w:br/>
        <w:t>Подивився на Jezusa&lt;br /&gt;</w:t>
        <w:br/>
        <w:t>Й головою похитнув.&lt;br /&gt;</w:t>
        <w:br/>
        <w:t>"Коли так,— промовив,— Jezu,&lt;br /&gt;</w:t>
        <w:br/>
        <w:t>Ти судити нас будеш,&lt;br /&gt;</w:t>
        <w:br/>
        <w:t>То, будь певний, сам, як палець,&lt;br /&gt;</w:t>
        <w:br/>
        <w:t>Серед раю заживеш!"</w:t>
      </w:r>
    </w:p>
    <w:p>
      <w:r>
        <w:br/>
        <w:t>ШЛЯХТИЧ</w:t>
      </w:r>
    </w:p>
    <w:p>
      <w:r>
        <w:br/>
        <w:t>Мша кінчилась у костьолі,&lt;br /&gt;</w:t>
        <w:br/>
        <w:t>Люд порозсипався,&lt;br /&gt;</w:t>
        <w:br/>
        <w:t>У костьолі тілько шляхтич&lt;br /&gt;</w:t>
        <w:br/>
        <w:t>Убогий зостався.&lt;br /&gt;</w:t>
        <w:br/>
        <w:t>Та ще десь за образами&lt;br /&gt;</w:t>
        <w:br/>
        <w:t>Захристиян лазить,&lt;br /&gt;</w:t>
        <w:br/>
        <w:t>То святих там заслоняє,&lt;br /&gt;</w:t>
        <w:br/>
        <w:t>То в них світло гасить.&lt;br /&gt;</w:t>
        <w:br/>
        <w:t>Обдивився кругом шляхтич —&lt;br /&gt;</w:t>
        <w:br/>
        <w:t>Не видно нікого,&lt;br /&gt;</w:t>
        <w:br/>
        <w:t>Та живенько, де Антоній,&lt;br /&gt;</w:t>
        <w:br/>
        <w:t>Припав до святого:&lt;br /&gt;</w:t>
        <w:br/>
        <w:t>"Blagam cie, czlowieczku swiety!&lt;br /&gt;</w:t>
        <w:br/>
        <w:t>Blagam cie, Antoni!&lt;br /&gt;</w:t>
        <w:br/>
        <w:t>Podaj, serce, mnie pieniedzy,&lt;br /&gt;</w:t>
        <w:br/>
        <w:t>Niech ja kupie koni!" [9]&lt;br /&gt;</w:t>
        <w:br/>
        <w:t>А тут йому з-за святого&lt;br /&gt;</w:t>
        <w:br/>
        <w:t>Грубий голос чути:&lt;br /&gt;</w:t>
        <w:br/>
        <w:t>"Nie dam, nie dam dla galgana,&lt;br /&gt;</w:t>
        <w:br/>
        <w:t>Nie dam i na buty!" [10]&lt;br /&gt;</w:t>
        <w:br/>
        <w:t>І в минуті бідний шляхтич&lt;br /&gt;</w:t>
        <w:br/>
        <w:t>На ноги схопився,&lt;br /&gt;</w:t>
        <w:br/>
        <w:t>Подивився на святого,&lt;br /&gt;</w:t>
        <w:br/>
        <w:t>Ближче підступився.&lt;br /&gt;</w:t>
        <w:br/>
        <w:t>"Dales, nie, Antoni swiety,-&lt;br /&gt;</w:t>
        <w:br/>
        <w:t>Каже до swietego.-&lt;br /&gt;</w:t>
        <w:br/>
        <w:t>Tylko nie kpij — jestem szlachcic,&lt;br /&gt;</w:t>
        <w:br/>
        <w:t>Nie pozwalam tego!" [11]</w:t>
      </w:r>
    </w:p>
    <w:p>
      <w:r>
        <w:br/>
        <w:t>КАМІННИЙ СВЯТИЙ</w:t>
      </w:r>
    </w:p>
    <w:p>
      <w:r>
        <w:br/>
        <w:t>Раз обходили ляхи&lt;br /&gt;</w:t>
        <w:br/>
        <w:t>Навкруги костьола,&lt;br /&gt;</w:t>
        <w:br/>
        <w:t>Захопили хто що міг,&lt;br /&gt;</w:t>
        <w:br/>
        <w:t>Ходять наокола.&lt;br /&gt;</w:t>
        <w:br/>
        <w:t>Ото мазур і собі,&lt;br /&gt;</w:t>
        <w:br/>
        <w:t>З набожництва свого,&lt;br /&gt;</w:t>
        <w:br/>
        <w:t>Перед себе захопив&lt;br /&gt;</w:t>
        <w:br/>
        <w:t>З каменя святого.&lt;br /&gt;</w:t>
        <w:br/>
        <w:t>І аж крекче, неборак,&lt;br /&gt;</w:t>
        <w:br/>
        <w:t>А святого носить&lt;br /&gt;</w:t>
        <w:br/>
        <w:t>Та щоб живо обійшли,&lt;br /&gt;</w:t>
        <w:br/>
        <w:t>Пана бога просить.&lt;br /&gt;</w:t>
        <w:br/>
        <w:t>А тут, йому не біду,&lt;br /&gt;</w:t>
        <w:br/>
        <w:t>Тілько що ступають,&lt;br /&gt;</w:t>
        <w:br/>
        <w:t>А навколо обійшли —&lt;br /&gt;</w:t>
        <w:br/>
        <w:t>Знову починають.&lt;br /&gt;</w:t>
        <w:br/>
        <w:t>Бачить мазур, що ніяк&lt;br /&gt;</w:t>
        <w:br/>
        <w:t>Справи не докаже,&lt;br /&gt;</w:t>
        <w:br/>
        <w:t>Та об землю тим святим&lt;br /&gt;</w:t>
        <w:br/>
        <w:t>Та й до нього каже:&lt;br /&gt;</w:t>
        <w:br/>
        <w:t>"Був-ись,— каже,— молодий,&lt;br /&gt;</w:t>
        <w:br/>
        <w:t>То тоді носили,&lt;br /&gt;</w:t>
        <w:br/>
        <w:t>А тепер ходи і сам,&lt;br /&gt;</w:t>
        <w:br/>
        <w:t>Мені не до сили!"</w:t>
      </w:r>
    </w:p>
    <w:p>
      <w:r>
        <w:br/>
        <w:t>НАБОЖНИЙ КСЬОНДЗ</w:t>
      </w:r>
    </w:p>
    <w:p>
      <w:r>
        <w:br/>
        <w:t>В’їхав біскуп у село,&lt;br /&gt;</w:t>
        <w:br/>
        <w:t>Мазура здибає.&lt;br /&gt;</w:t>
        <w:br/>
        <w:t>"A czy w domu teraz ksiadz?" [12] —&lt;br /&gt;</w:t>
        <w:br/>
        <w:t>Ласкаво питає.&lt;br /&gt;</w:t>
        <w:br/>
        <w:t>"Ні, не вдома, — каже той, —&lt;br /&gt;</w:t>
        <w:br/>
        <w:t>Пішов на хрестини.&lt;br /&gt;</w:t>
        <w:br/>
        <w:t>Ксьондз-сусіда якось мав&lt;br /&gt;</w:t>
        <w:br/>
        <w:t>Недавно родини…"&lt;br /&gt;</w:t>
        <w:br/>
        <w:t>"Ksiadz ma dzieci, i ten chrzci?" [13]&lt;br /&gt;</w:t>
        <w:br/>
        <w:t>"А що ж тута й злого?&lt;br /&gt;</w:t>
        <w:br/>
        <w:t>Той у сього охрестив,&lt;br /&gt;</w:t>
        <w:br/>
        <w:t>Сей тепер у того!"&lt;br /&gt;</w:t>
        <w:br/>
        <w:t>Почув біскуп та й здихнув:&lt;br /&gt;</w:t>
        <w:br/>
        <w:t>"Dzieci bez malzenstwa!..&lt;br /&gt;</w:t>
        <w:br/>
        <w:t>Sluga boski traci czas!..&lt;br /&gt;</w:t>
        <w:br/>
        <w:t>Lud bez nabozenstwa!&lt;br /&gt;</w:t>
        <w:br/>
        <w:t>A czy czesto msze on ma?" [14]&lt;br /&gt;</w:t>
        <w:br/>
        <w:t>"О, завсігди, пане!&lt;br /&gt;</w:t>
        <w:br/>
        <w:t>Хоч так часом підіп’є,&lt;br /&gt;</w:t>
        <w:br/>
        <w:t>Що й рівно не стане,&lt;br /&gt;</w:t>
        <w:br/>
        <w:t>І руками, бідий, все&lt;br /&gt;</w:t>
        <w:br/>
        <w:t>Олтарик хапає,&lt;br /&gt;</w:t>
        <w:br/>
        <w:t>А все-таки цілу мшу&lt;br /&gt;</w:t>
        <w:br/>
        <w:t>Слічно відправляє".</w:t>
      </w:r>
    </w:p>
    <w:p>
      <w:r>
        <w:br/>
        <w:t>PASA NA DZIECI [15]</w:t>
      </w:r>
    </w:p>
    <w:p>
      <w:r>
        <w:br/>
        <w:t>Їздив біскуп по панах,&lt;br /&gt;</w:t>
        <w:br/>
        <w:t>Грошей налупився,&lt;br /&gt;</w:t>
        <w:br/>
        <w:t>Подарунків нахапав,&lt;br /&gt;</w:t>
        <w:br/>
        <w:t>Наївся, напився.&lt;br /&gt;</w:t>
        <w:br/>
        <w:t>А тут йому ще їден&lt;br /&gt;</w:t>
        <w:br/>
        <w:t>Гедзелу підносить&lt;br /&gt;</w:t>
        <w:br/>
        <w:t>І ситого на обід&lt;br /&gt;</w:t>
        <w:br/>
        <w:t>Ще до себе просить.&lt;br /&gt;</w:t>
        <w:br/>
        <w:t>Їде біскуп і туди,&lt;br /&gt;</w:t>
        <w:br/>
        <w:t>За столом сідає…&lt;br /&gt;</w:t>
        <w:br/>
        <w:t>Ото страву подають,&lt;br /&gt;</w:t>
        <w:br/>
        <w:t>Дідич припрошає.&lt;br /&gt;</w:t>
        <w:br/>
        <w:t>А той їв би ще таки,&lt;br /&gt;</w:t>
        <w:br/>
        <w:t>Тілько промахнувся —&lt;br /&gt;</w:t>
        <w:br/>
        <w:t>У дорозі, на біду,&lt;br /&gt;</w:t>
        <w:br/>
        <w:t>Поясом стягнувся.&lt;br /&gt;</w:t>
        <w:br/>
        <w:t>Що робити? Розпусти —&lt;br /&gt;</w:t>
        <w:br/>
        <w:t>Якось не годиться!&lt;br /&gt;</w:t>
        <w:br/>
        <w:t>А так сиди та не їж —&lt;br /&gt;</w:t>
        <w:br/>
        <w:t>Дідич образиться…&lt;br /&gt;</w:t>
        <w:br/>
        <w:t>Аж тут якось під вікном&lt;br /&gt;</w:t>
        <w:br/>
        <w:t>Малі діти грались,&lt;br /&gt;</w:t>
        <w:br/>
        <w:t>І, звичайне, дітлахи&lt;br /&gt;</w:t>
        <w:br/>
        <w:t>Бігали, сміялись.&lt;br /&gt;</w:t>
        <w:br/>
        <w:t>Ото біскуп не промах,&lt;br /&gt;</w:t>
        <w:br/>
        <w:t>На фиглі береться.&lt;br /&gt;</w:t>
        <w:br/>
        <w:t>"Ej ze, dzieci, bede bic!" [16] —&lt;br /&gt;</w:t>
        <w:br/>
        <w:t>Кричить і сміється.&lt;br /&gt;</w:t>
        <w:br/>
        <w:t>"Ej ze, dzieci, bede bic!"&lt;br /&gt;</w:t>
        <w:br/>
        <w:t>А діти сміються&lt;br /&gt;</w:t>
        <w:br/>
        <w:t>Та вже собі й до вікна&lt;br /&gt;</w:t>
        <w:br/>
        <w:t>По кількоро пнуться…&lt;br /&gt;</w:t>
        <w:br/>
        <w:t>Тоді біскуп з себе пас.&lt;br /&gt;</w:t>
        <w:br/>
        <w:t>"Poczekajcie z, dzieci!" [17]&lt;br /&gt;</w:t>
        <w:br/>
        <w:t>Та на хлопців помахав:&lt;br /&gt;</w:t>
        <w:br/>
        <w:t>"A pasa na dzieci!"</w:t>
      </w:r>
    </w:p>
    <w:p>
      <w:r>
        <w:br/>
        <w:t>BISKUPSTWO</w:t>
      </w:r>
    </w:p>
    <w:p>
      <w:r>
        <w:br/>
        <w:t>Коли біскуп був не біскуп,&lt;br /&gt;</w:t>
        <w:br/>
        <w:t>А плебан убогий,&lt;br /&gt;</w:t>
        <w:br/>
        <w:t>То і пара добре везла,&lt;br /&gt;</w:t>
        <w:br/>
        <w:t>А часом і ноги.&lt;br /&gt;</w:t>
        <w:br/>
        <w:t>А як біскупом зробився&lt;br /&gt;</w:t>
        <w:br/>
        <w:t>Та вбився у сало,&lt;br /&gt;</w:t>
        <w:br/>
        <w:t>Тоді йому і чотири&lt;br /&gt;</w:t>
        <w:br/>
        <w:t>Зробилося мало.&lt;br /&gt;</w:t>
        <w:br/>
        <w:t>Раз він гнався шістьма кіньми&lt;br /&gt;</w:t>
        <w:br/>
        <w:t>В шовках та у злоті,&lt;br /&gt;</w:t>
        <w:br/>
        <w:t>Як нагнався на баюру,&lt;br /&gt;</w:t>
        <w:br/>
        <w:t>Застряг у болоті.&lt;br /&gt;</w:t>
        <w:br/>
        <w:t>Бились-бились сиві коні&lt;br /&gt;</w:t>
        <w:br/>
        <w:t>Та й лягли, до лиха;&lt;br /&gt;</w:t>
        <w:br/>
        <w:t>Мовчав-мовчав і сам біскуп&lt;br /&gt;</w:t>
        <w:br/>
        <w:t>Та й промовив стиха:&lt;br /&gt;</w:t>
        <w:br/>
        <w:t>"Co to, — каже, — byc plebanem!&lt;br /&gt;</w:t>
        <w:br/>
        <w:t>Plebanstwo to glupstwo!&lt;br /&gt;</w:t>
        <w:br/>
        <w:t>Lecz biskupem — co za ciezar!&lt;br /&gt;</w:t>
        <w:br/>
        <w:t>Ciezarne biskupstwo!" [18]</w:t>
      </w:r>
    </w:p>
    <w:p>
      <w:r>
        <w:br/>
        <w:t>ПІП І КСЬОНДЗ</w:t>
      </w:r>
    </w:p>
    <w:p>
      <w:r>
        <w:br/>
        <w:t>Ксьондз сміється: "Паки! Паки!&lt;br /&gt;</w:t>
        <w:br/>
        <w:t>Дай, попе, табаки!"&lt;br /&gt;</w:t>
        <w:br/>
        <w:t>А піп каже: "Surdum corda! [19]&lt;br /&gt;</w:t>
        <w:br/>
        <w:t>На, теляча морда!"&lt;br /&gt;</w:t>
        <w:br/>
        <w:t>27 февр[аля]</w:t>
      </w:r>
    </w:p>
    <w:p>
      <w:r>
        <w:br/>
        <w:t>СУХОДОЛЬСЬКИЙ</w:t>
      </w:r>
    </w:p>
    <w:p>
      <w:r>
        <w:br/>
        <w:t>Згинув шляхтич Суходольський,&lt;br /&gt;</w:t>
        <w:br/>
        <w:t>Вже в костьолі тіло,&lt;br /&gt;</w:t>
        <w:br/>
        <w:t>І з-під небка ксьондз навколо&lt;br /&gt;</w:t>
        <w:br/>
        <w:t>Поглядає сміло.&lt;br /&gt;</w:t>
        <w:br/>
        <w:t>Далі мову зачинає,&lt;br /&gt;</w:t>
        <w:br/>
        <w:t>Тільки не по-польськи,&lt;br /&gt;</w:t>
        <w:br/>
        <w:t>Зачинає по-латині:&lt;br /&gt;</w:t>
        <w:br/>
        <w:t>"Ubi Suchodolski?" [20]&lt;br /&gt;</w:t>
        <w:br/>
        <w:t>І поглянув ще навколо:&lt;br /&gt;</w:t>
        <w:br/>
        <w:t>"Ubi Suchodolski?"&lt;br /&gt;</w:t>
        <w:br/>
        <w:t>Далі ще раз кругом глянув:&lt;br /&gt;</w:t>
        <w:br/>
        <w:t>"Ubi Suchodolski?"&lt;br /&gt;</w:t>
        <w:br/>
        <w:t>Аж п’яничка їден слухав:&lt;br /&gt;</w:t>
        <w:br/>
        <w:t>"Ubi" все та "ubi",&lt;br /&gt;</w:t>
        <w:br/>
        <w:t>Далі й каже: "Знаєш, ubi?&lt;br /&gt;</w:t>
        <w:br/>
        <w:t>У чортовій губі!"&lt;br /&gt;</w:t>
        <w:br/>
        <w:t>"Lzesz, galganie! [21] Він у бога! —&lt;br /&gt;</w:t>
        <w:br/>
        <w:t>Ксьондз відповідає. —&lt;br /&gt;</w:t>
        <w:br/>
        <w:t>Враз з святими його хвалить&lt;br /&gt;</w:t>
        <w:br/>
        <w:t>І на арфу грає!"&lt;br /&gt;</w:t>
        <w:br/>
        <w:t>А п’яничка похилився,&lt;br /&gt;</w:t>
        <w:br/>
        <w:t>За ліхтар узявся.&lt;br /&gt;</w:t>
        <w:br/>
        <w:t>"Та не знаю, хто з нас galgan, —&lt;br /&gt;</w:t>
        <w:br/>
        <w:t>Сміло обізвався, —&lt;br /&gt;</w:t>
        <w:br/>
        <w:t>Бо покійник не знав того,&lt;br /&gt;</w:t>
        <w:br/>
        <w:t>Як і дудку взяти,&lt;br /&gt;</w:t>
        <w:br/>
        <w:t>Та де йому перед богом&lt;br /&gt;</w:t>
        <w:br/>
        <w:t>Ще й на арфу грати?"</w:t>
      </w:r>
    </w:p>
    <w:p>
      <w:r>
        <w:br/>
        <w:t>КСЬОНДЗІВ НАЙМИТ</w:t>
      </w:r>
    </w:p>
    <w:p>
      <w:r>
        <w:br/>
        <w:t>Ксьондз і пані покойова&lt;br /&gt;</w:t>
        <w:br/>
        <w:t>На мшу поспішають,&lt;br /&gt;</w:t>
        <w:br/>
        <w:t>На відході до покою&lt;br /&gt;</w:t>
        <w:br/>
        <w:t>Слугу закликають.&lt;br /&gt;</w:t>
        <w:br/>
        <w:t>І тут пані йому каже,&lt;br /&gt;</w:t>
        <w:br/>
        <w:t>Щоб набіл забрати&lt;br /&gt;</w:t>
        <w:br/>
        <w:t>І конечне до обіду&lt;br /&gt;</w:t>
        <w:br/>
        <w:t>На ринку продати.&lt;br /&gt;</w:t>
        <w:br/>
        <w:t>А ксьондз його посилає&lt;br /&gt;</w:t>
        <w:br/>
        <w:t>З квитком до Давида&lt;br /&gt;</w:t>
        <w:br/>
        <w:t>Та узяти око м’яса&lt;br /&gt;</w:t>
        <w:br/>
        <w:t>Каже йому в жида.&lt;br /&gt;</w:t>
        <w:br/>
        <w:t>Пішов слуга до Давида —&lt;br /&gt;</w:t>
        <w:br/>
        <w:t>Не скурав нічого,&lt;br /&gt;</w:t>
        <w:br/>
        <w:t>Виніс набіл продавати —&lt;br /&gt;</w:t>
        <w:br/>
        <w:t>Не стало і того.&lt;br /&gt;</w:t>
        <w:br/>
        <w:t>Прибігає до костьолу,&lt;br /&gt;</w:t>
        <w:br/>
        <w:t>Глядить свої пані,&lt;br /&gt;</w:t>
        <w:br/>
        <w:t>Аж ксьондз якраз на ту пору&lt;br /&gt;</w:t>
        <w:br/>
        <w:t>Стоїть на казанні.&lt;br /&gt;</w:t>
        <w:br/>
        <w:t>І так чуло мову мовить:&lt;br /&gt;</w:t>
        <w:br/>
        <w:t>"Czego ty, czlowiecze?&lt;br /&gt;</w:t>
        <w:br/>
        <w:t>Czego chodzisz, czego szukasz&lt;br /&gt;</w:t>
        <w:br/>
        <w:t>Na tym marnym swiecie?" [22]&lt;br /&gt;</w:t>
        <w:br/>
        <w:t>А слуга на весь костьол:&lt;br /&gt;</w:t>
        <w:br/>
        <w:t>"Та ж пані шукаю!&lt;br /&gt;</w:t>
        <w:br/>
        <w:t>Бо сметана вся пропала&lt;br /&gt;</w:t>
        <w:br/>
        <w:t>І сам пропадаю".&lt;br /&gt;</w:t>
        <w:br/>
        <w:t>"Тс!.. Тс!.." А ксьондз говорить:&lt;br /&gt;</w:t>
        <w:br/>
        <w:t>"My nie wiemy sami,&lt;br /&gt;</w:t>
        <w:br/>
        <w:t>Lecz co David na to powie,&lt;br /&gt;</w:t>
        <w:br/>
        <w:t>Jego posluchamy!" [23]&lt;br /&gt;</w:t>
        <w:br/>
        <w:t>"О, вже, пане! — слуга каже. —&lt;br /&gt;</w:t>
        <w:br/>
        <w:t>Ваш Давид хороший!&lt;br /&gt;</w:t>
        <w:br/>
        <w:t>Не дам, каже, не дам м’яса —&lt;br /&gt;</w:t>
        <w:br/>
        <w:t>Давай перше гроші!"</w:t>
      </w:r>
    </w:p>
    <w:p>
      <w:r>
        <w:br/>
        <w:t>ПЕКЕЛЬНА СМОЛА</w:t>
      </w:r>
    </w:p>
    <w:p>
      <w:r>
        <w:br/>
        <w:t>Раз на мові ксьондз казав:&lt;br /&gt;</w:t>
        <w:br/>
        <w:t>"Не впивайтесь, люди!&lt;br /&gt;</w:t>
        <w:br/>
        <w:t>На тім світі вам смола&lt;br /&gt;</w:t>
        <w:br/>
        <w:t>Замість вина буде!"&lt;br /&gt;</w:t>
        <w:br/>
        <w:t>Ото якийсь і захтів&lt;br /&gt;</w:t>
        <w:br/>
        <w:t>Смоли скуштувати,&lt;br /&gt;</w:t>
        <w:br/>
        <w:t>Каже собі два бички&lt;br /&gt;</w:t>
        <w:br/>
        <w:t>За денежку дати.&lt;br /&gt;</w:t>
        <w:br/>
        <w:t>Випив один — не біда,&lt;br /&gt;</w:t>
        <w:br/>
        <w:t>Другий випиває…&lt;br /&gt;</w:t>
        <w:br/>
        <w:t>Посмакував неборак,&lt;br /&gt;</w:t>
        <w:br/>
        <w:t>Далі промовляє:&lt;br /&gt;</w:t>
        <w:br/>
        <w:t>"Та гірка вона, гірка!&lt;br /&gt;</w:t>
        <w:br/>
        <w:t>А все ж не тужити:&lt;br /&gt;</w:t>
        <w:br/>
        <w:t>Як втягнеться чоловік,&lt;br /&gt;</w:t>
        <w:br/>
        <w:t>То й то буде пити!"</w:t>
      </w:r>
    </w:p>
    <w:p>
      <w:r>
        <w:br/>
        <w:t>МАЗУР НА СПОВІДІ</w:t>
      </w:r>
    </w:p>
    <w:p>
      <w:r>
        <w:br/>
        <w:t>Сповідав ксьондз молодий&lt;br /&gt;</w:t>
        <w:br/>
        <w:t>Мазура старого.&lt;br /&gt;</w:t>
        <w:br/>
        <w:t>"Що ж,— питає,— чуєш ти&lt;br /&gt;</w:t>
        <w:br/>
        <w:t>За собою злого?"&lt;br /&gt;</w:t>
        <w:br/>
        <w:t>"А нічого!.. Та і що ж&lt;br /&gt;</w:t>
        <w:br/>
        <w:t>Злого чути маю?&lt;br /&gt;</w:t>
        <w:br/>
        <w:t>Чи в костьолі коли був?&lt;br /&gt;</w:t>
        <w:br/>
        <w:t>Чи коршму минаю?&lt;br /&gt;</w:t>
        <w:br/>
        <w:t>Слава богу, господь крив:&lt;br /&gt;</w:t>
        <w:br/>
        <w:t>Того не бувало…"&lt;br /&gt;</w:t>
        <w:br/>
        <w:t>"Ах ти, грішнику такий!&lt;br /&gt;</w:t>
        <w:br/>
        <w:t>Чи ж того ще мало?&lt;br /&gt;</w:t>
        <w:br/>
        <w:t>А ще більше? Може, й звів&lt;br /&gt;</w:t>
        <w:br/>
        <w:t>Чужую дитинку?"&lt;br /&gt;</w:t>
        <w:br/>
        <w:t>"Хотів тілько — та куди!&lt;br /&gt;</w:t>
        <w:br/>
        <w:t>Не твоїх літ, синку!.."&lt;br /&gt;</w:t>
        <w:br/>
        <w:t>Підірвався з місця ксьондз&lt;br /&gt;</w:t>
        <w:br/>
        <w:t>Та хвать за чуприну!&lt;br /&gt;</w:t>
        <w:br/>
        <w:t>Та як його розмахав —&lt;br /&gt;</w:t>
        <w:br/>
        <w:t>Аж насередину!&lt;br /&gt;</w:t>
        <w:br/>
        <w:t>А той чуба загорнув.&lt;br /&gt;</w:t>
        <w:br/>
        <w:t>"Правда,— каже,— люди.&lt;br /&gt;</w:t>
        <w:br/>
        <w:t>Хто із блазнями зайде,&lt;br /&gt;</w:t>
        <w:br/>
        <w:t>То й сам блазнем буде!"</w:t>
      </w:r>
    </w:p>
    <w:p>
      <w:r>
        <w:br/>
        <w:t>МАЗУР У БОЛОТІ</w:t>
      </w:r>
    </w:p>
    <w:p>
      <w:r>
        <w:br/>
        <w:t>Застряг мазур у болоті,&lt;br /&gt;</w:t>
        <w:br/>
        <w:t>Хуру підпихає&lt;br /&gt;</w:t>
        <w:br/>
        <w:t>Та й до помочі Дороту&lt;br /&gt;</w:t>
        <w:br/>
        <w:t>Святу упрошає:&lt;br /&gt;</w:t>
        <w:br/>
        <w:t>"Свята панно, — каже, — панно!&lt;br /&gt;</w:t>
        <w:br/>
        <w:t>Святая Дорота!&lt;br /&gt;</w:t>
        <w:br/>
        <w:t>Будь ласкава надо мною,&lt;br /&gt;</w:t>
        <w:br/>
        <w:t>Вирятуй з болота!"&lt;br /&gt;</w:t>
        <w:br/>
        <w:t>Ані з місця його коні!&lt;br /&gt;</w:t>
        <w:br/>
        <w:t>Нічого робити,&lt;br /&gt;</w:t>
        <w:br/>
        <w:t>Давай тоді Antoniego&lt;br /&gt;</w:t>
        <w:br/>
        <w:t>На поміч просити.&lt;br /&gt;</w:t>
        <w:br/>
        <w:t>Підпер хуру та як крикнув:&lt;br /&gt;</w:t>
        <w:br/>
        <w:t>"Swiety мій Антоній!&lt;br /&gt;</w:t>
        <w:br/>
        <w:t>Вирятуй хоч ти з болота&lt;br /&gt;</w:t>
        <w:br/>
        <w:t>Мої бідні коні!"&lt;br /&gt;</w:t>
        <w:br/>
        <w:t>То від крику коні раптом&lt;br /&gt;</w:t>
        <w:br/>
        <w:t>Рушили з болота.&lt;br /&gt;</w:t>
        <w:br/>
        <w:t>А він каже: "От що хлопець!&lt;br /&gt;</w:t>
        <w:br/>
        <w:t>Не то, що Дорота!"</w:t>
      </w:r>
    </w:p>
    <w:p>
      <w:r>
        <w:br/>
        <w:t>КРИВА БАБА</w:t>
      </w:r>
    </w:p>
    <w:p>
      <w:r>
        <w:br/>
        <w:t>Раз до ксьондза забрела&lt;br /&gt;</w:t>
        <w:br/>
        <w:t>Кривая на ноги&lt;br /&gt;</w:t>
        <w:br/>
        <w:t>І, бідная, на дітей&lt;br /&gt;</w:t>
        <w:br/>
        <w:t>Просила підмоги.&lt;br /&gt;</w:t>
        <w:br/>
        <w:t>А ксьондзові грошей жаль, —&lt;br /&gt;</w:t>
        <w:br/>
        <w:t>Давай її вчити,&lt;br /&gt;</w:t>
        <w:br/>
        <w:t>Як каліці із дітьми&lt;br /&gt;</w:t>
        <w:br/>
        <w:t>В білім світі жити.&lt;br /&gt;</w:t>
        <w:br/>
        <w:t>"Лучче, — каже, — ти навчись&lt;br /&gt;</w:t>
        <w:br/>
        <w:t>Бабити, змовляти,&lt;br /&gt;</w:t>
        <w:br/>
        <w:t>То й на себе, й на дітей&lt;br /&gt;</w:t>
        <w:br/>
        <w:t>Будеш гроші мати!"&lt;br /&gt;</w:t>
        <w:br/>
        <w:t>"Де ж навчитись, пане мій?&lt;br /&gt;</w:t>
        <w:br/>
        <w:t>Дайте мені раду!"&lt;br /&gt;</w:t>
        <w:br/>
        <w:t>"Що учитись? Ти змовляй&lt;br /&gt;</w:t>
        <w:br/>
        <w:t>Хоч так, для прикладу:&lt;br /&gt;</w:t>
        <w:br/>
        <w:t>"Пробіг пес через овес —&lt;br /&gt;</w:t>
        <w:br/>
        <w:t>Не шкодило псові,&lt;br /&gt;</w:t>
        <w:br/>
        <w:t>Най же шкоди не буде&lt;br /&gt;</w:t>
        <w:br/>
        <w:t>І тому вівсові".&lt;br /&gt;</w:t>
        <w:br/>
        <w:t>Пішла баба — і куди!&lt;br /&gt;</w:t>
        <w:br/>
        <w:t>Як свята, курує;&lt;br /&gt;</w:t>
        <w:br/>
        <w:t>Пройшло уже кілька літ,&lt;br /&gt;</w:t>
        <w:br/>
        <w:t>Ба, і ксьондз хорує;&lt;br /&gt;</w:t>
        <w:br/>
        <w:t>Така ґуля, як кулак,&lt;br /&gt;</w:t>
        <w:br/>
        <w:t>В горлі йому сіла…&lt;br /&gt;</w:t>
        <w:br/>
        <w:t>Лічать-лічать дохтори,&lt;br /&gt;</w:t>
        <w:br/>
        <w:t>А все ґуля ціла.&lt;br /&gt;</w:t>
        <w:br/>
        <w:t>Далі вдався до бабів,&lt;br /&gt;</w:t>
        <w:br/>
        <w:t>Нічого чинити…&lt;br /&gt;</w:t>
        <w:br/>
        <w:t>От приходить і крива&lt;br /&gt;</w:t>
        <w:br/>
        <w:t>Слабого лічити.&lt;br /&gt;</w:t>
        <w:br/>
        <w:t>Ксьондз, до лиха, вже забув;&lt;br /&gt;</w:t>
        <w:br/>
        <w:t>Вона не питає,&lt;br /&gt;</w:t>
        <w:br/>
        <w:t>Каже вийти з хати всім,&lt;br /&gt;</w:t>
        <w:br/>
        <w:t>Сама зачинає:&lt;br /&gt;</w:t>
        <w:br/>
        <w:t>"Пробіг пес через овес, —&lt;br /&gt;</w:t>
        <w:br/>
        <w:t>Не шкодило псові,&lt;br /&gt;</w:t>
        <w:br/>
        <w:t>Най же шкоди не буде&lt;br /&gt;</w:t>
        <w:br/>
        <w:t>І тому вівсові!"&lt;br /&gt;</w:t>
        <w:br/>
        <w:t>Подивився слабий ксьондз:&lt;br /&gt;</w:t>
        <w:br/>
        <w:t>"А, то ти, зозуля?"&lt;br /&gt;</w:t>
        <w:br/>
        <w:t>Та як враз зареготав —&lt;br /&gt;</w:t>
        <w:br/>
        <w:t>Так і трісла ґуля!</w:t>
      </w:r>
    </w:p>
    <w:p>
      <w:r>
        <w:br/>
        <w:t>РОЗУМНИЙ ПАНИЧ</w:t>
      </w:r>
    </w:p>
    <w:p>
      <w:r>
        <w:br/>
        <w:t>Привіз дідич раз на свята&lt;br /&gt;</w:t>
        <w:br/>
        <w:t>Зi школи сина&lt;br /&gt;</w:t>
        <w:br/>
        <w:t>I не може натішитись,&lt;br /&gt;</w:t>
        <w:br/>
        <w:t>Що вчена дитина.</w:t>
      </w:r>
    </w:p>
    <w:p>
      <w:r>
        <w:br/>
        <w:t>Раз здибає гуменного&lt;br /&gt;</w:t>
        <w:br/>
        <w:t>I тому хвалиться:&lt;br /&gt;</w:t>
        <w:br/>
        <w:t>"Ото, — каже, — мій синочок&lt;br /&gt;</w:t>
        <w:br/>
        <w:t>Як у школі вчиться!..</w:t>
      </w:r>
    </w:p>
    <w:p>
      <w:r>
        <w:br/>
        <w:t>Та i розум, що за розум!&lt;br /&gt;</w:t>
        <w:br/>
        <w:t>Як тобі, Іване?"&lt;br /&gt;</w:t>
        <w:br/>
        <w:t>"А Meнi то щось не так-то&lt;br /&gt;</w:t>
        <w:br/>
        <w:t>Здаеться, мій пане!</w:t>
      </w:r>
    </w:p>
    <w:p>
      <w:r>
        <w:br/>
        <w:t>Бо якби наш панич мали&lt;br /&gt;</w:t>
        <w:br/>
        <w:t>Розуму доволі,&lt;br /&gt;</w:t>
        <w:br/>
        <w:t>То нічого їм би було&lt;br /&gt;</w:t>
        <w:br/>
        <w:t>Вчитися у школі!"</w:t>
      </w:r>
    </w:p>
    <w:p>
      <w:r>
        <w:br/>
        <w:t>МША</w:t>
      </w:r>
    </w:p>
    <w:p>
      <w:r>
        <w:br/>
        <w:t>Здумав дідич помолитись,&lt;br /&gt;</w:t>
        <w:br/>
        <w:t>Добрая душа!&lt;br /&gt;</w:t>
        <w:br/>
        <w:t>Посилає до костьолу,&lt;br /&gt;</w:t>
        <w:br/>
        <w:t>Чи правиться мша.</w:t>
      </w:r>
    </w:p>
    <w:p>
      <w:r>
        <w:br/>
        <w:t>Пішов козак до костьолу,&lt;br /&gt;</w:t>
        <w:br/>
        <w:t>О світі забув...&lt;br /&gt;</w:t>
        <w:br/>
        <w:t>Подивився, роздивився,&lt;br /&gt;</w:t>
        <w:br/>
        <w:t>Назад повернув...</w:t>
      </w:r>
    </w:p>
    <w:p>
      <w:r>
        <w:br/>
        <w:t>"А правиться мша в костьолі?" —&lt;br /&gt;</w:t>
        <w:br/>
        <w:t>Дідич запитав.&lt;br /&gt;</w:t>
        <w:br/>
        <w:t>"А бог його святий знає! —&lt;br /&gt;</w:t>
        <w:br/>
        <w:t>Козак відвічав. —</w:t>
      </w:r>
    </w:p>
    <w:p>
      <w:r>
        <w:br/>
        <w:t>Мшить не мшить, музики грають,&lt;br /&gt;</w:t>
        <w:br/>
        <w:t>А ксьондз coбi п’є:&lt;br /&gt;</w:t>
        <w:br/>
        <w:t>Має бути, що i костьол&lt;br /&gt;</w:t>
        <w:br/>
        <w:t>Жидам продає!.."</w:t>
      </w:r>
    </w:p>
    <w:p>
      <w:r>
        <w:br/>
        <w:t>ПОЛЬСЬКИЙ I РУСЬКИЙ КІТ</w:t>
      </w:r>
    </w:p>
    <w:p>
      <w:r>
        <w:br/>
        <w:t>Несе м’ясо руський кіт,&lt;br /&gt;</w:t>
        <w:br/>
        <w:t>Польський вихилясом:&lt;br /&gt;</w:t>
        <w:br/>
        <w:t>"Що ти, котику, несеш?"&lt;br /&gt;</w:t>
        <w:br/>
        <w:t>А той каже: "М’ясо!"</w:t>
      </w:r>
    </w:p>
    <w:p>
      <w:r>
        <w:br/>
        <w:t>Та як "М’ясо!" вимовляв,&lt;br /&gt;</w:t>
        <w:br/>
        <w:t>М’ясо i упало,&lt;br /&gt;</w:t>
        <w:br/>
        <w:t>I з ним польського кота&lt;br /&gt;</w:t>
        <w:br/>
        <w:t>В минуті не стало.</w:t>
      </w:r>
    </w:p>
    <w:p>
      <w:r>
        <w:br/>
        <w:t>Несе м’ясо польський кіт.&lt;br /&gt;</w:t>
        <w:br/>
        <w:t>Руський i питає:&lt;br /&gt;</w:t>
        <w:br/>
        <w:t>"Що ти, котику, несеш?"&lt;br /&gt;</w:t>
        <w:br/>
        <w:t>"Mieso!"— відвічає.</w:t>
      </w:r>
    </w:p>
    <w:p>
      <w:r>
        <w:br/>
        <w:t>I як "Miеso!" вимовляв,&lt;br /&gt;</w:t>
        <w:br/>
        <w:t>To так стиснув зуби,&lt;br /&gt;</w:t>
        <w:br/>
        <w:t>Що бідняка, руський кіт,&lt;br /&gt;</w:t>
        <w:br/>
        <w:t>Лиш облизав губи.</w:t>
      </w:r>
    </w:p>
    <w:p>
      <w:r>
        <w:br/>
        <w:t>ЗЕЛЕНИЙ ПЕС</w:t>
      </w:r>
    </w:p>
    <w:p>
      <w:r>
        <w:br/>
        <w:t>Зайшов німець раз на бал,&lt;br /&gt;</w:t>
        <w:br/>
        <w:t>3 панною сідає,&lt;br /&gt;</w:t>
        <w:br/>
        <w:t>Мовчить-мовчить, далі раз&lt;br /&gt;</w:t>
        <w:br/>
        <w:t>Сусідку питає:</w:t>
      </w:r>
    </w:p>
    <w:p>
      <w:r>
        <w:br/>
        <w:t>"Чи зелений коли пес&lt;br /&gt;</w:t>
        <w:br/>
        <w:t>Пані не здибала?"&lt;br /&gt;</w:t>
        <w:br/>
        <w:t>"Та нi, — каже, — або що?" —&lt;br /&gt;</w:t>
        <w:br/>
        <w:t>Німця запитала.</w:t>
      </w:r>
    </w:p>
    <w:p>
      <w:r>
        <w:br/>
        <w:t>"Та нічого, — каже той, —&lt;br /&gt;</w:t>
        <w:br/>
        <w:t>Я так лиш питався,&lt;br /&gt;</w:t>
        <w:br/>
        <w:t>Бо з зеленим, пані, пес&lt;br /&gt;</w:t>
        <w:br/>
        <w:t>I я не здибався!"</w:t>
      </w:r>
    </w:p>
    <w:p>
      <w:r>
        <w:br/>
        <w:t>ЛИСТ</w:t>
      </w:r>
    </w:p>
    <w:p>
      <w:r>
        <w:br/>
        <w:t>Іден дідич мав у школах&lt;br /&gt;</w:t>
        <w:br/>
        <w:t>Кохану дитину,&lt;br /&gt;</w:t>
        <w:br/>
        <w:t>Ото раз до неї й пише:&lt;br /&gt;</w:t>
        <w:br/>
        <w:t>"Милий ти мiй сину!</w:t>
      </w:r>
    </w:p>
    <w:p>
      <w:r>
        <w:br/>
        <w:t>Як ти здоров — слава богу,&lt;br /&gt;</w:t>
        <w:br/>
        <w:t>А як добре вчишся,&lt;br /&gt;</w:t>
        <w:br/>
        <w:t>То не візьме тебе дідько,&lt;br /&gt;</w:t>
        <w:br/>
        <w:t>Про те не журися;</w:t>
      </w:r>
    </w:p>
    <w:p>
      <w:r>
        <w:br/>
        <w:t>Моя жінка, твоя мати,&lt;br /&gt;</w:t>
        <w:br/>
        <w:t>Без відома мого&lt;br /&gt;</w:t>
        <w:br/>
        <w:t>Посилає на opixи&lt;br /&gt;</w:t>
        <w:br/>
        <w:t>Toбi золотого.</w:t>
      </w:r>
    </w:p>
    <w:p>
      <w:r>
        <w:br/>
        <w:t>А я тобi посилаю&lt;br /&gt;</w:t>
        <w:br/>
        <w:t>Старі ногавиці,&lt;br /&gt;</w:t>
        <w:br/>
        <w:t>Зроби coбi жупанину,&lt;br /&gt;</w:t>
        <w:br/>
        <w:t>3 рештків — рукавиці,</w:t>
      </w:r>
    </w:p>
    <w:p>
      <w:r>
        <w:br/>
        <w:t>Та учися, милий сину,&lt;br /&gt;</w:t>
        <w:br/>
        <w:t>Та читай багато,&lt;br /&gt;</w:t>
        <w:br/>
        <w:t>Бо ти дурнем зостанешся,&lt;br /&gt;</w:t>
        <w:br/>
        <w:t>А я— твоїм татом!"</w:t>
      </w:r>
    </w:p>
    <w:p>
      <w:r>
        <w:br/>
        <w:t>ЖИВОТИНА</w:t>
      </w:r>
    </w:p>
    <w:p>
      <w:r>
        <w:br/>
        <w:t>"Де то, доню, животина&lt;br /&gt;</w:t>
        <w:br/>
        <w:t>Так?!"&lt;br /&gt;</w:t>
        <w:br/>
        <w:t>"То то, мамо, коло тина&lt;br /&gt;</w:t>
        <w:br/>
        <w:t>Дяк.&lt;br /&gt;</w:t>
        <w:br/>
        <w:t>Все, бувало, грає, грає&lt;br /&gt;</w:t>
        <w:br/>
        <w:t>Та й...&lt;br /&gt;</w:t>
        <w:br/>
        <w:t>Все, бувало, примовляє:&lt;br /&gt;</w:t>
        <w:br/>
        <w:t>"Дай!"&lt;br /&gt;</w:t>
        <w:br/>
        <w:t>Раз підсунув було ручку&lt;br /&gt;</w:t>
        <w:br/>
        <w:t>В то...&lt;br /&gt;</w:t>
        <w:br/>
        <w:t>А я кажу: "Дай обручку,&lt;br /&gt;</w:t>
        <w:br/>
        <w:t>То..."&lt;br /&gt;</w:t>
        <w:br/>
        <w:t>A він каже: "На обручку!&lt;br /&gt;</w:t>
        <w:br/>
        <w:t>Дай!"&lt;br /&gt;</w:t>
        <w:br/>
        <w:t>Я пустила його ручку,&lt;br /&gt;</w:t>
        <w:br/>
        <w:t>Та й!"&lt;br /&gt;</w:t>
        <w:br/>
        <w:t>8 мая</w:t>
      </w:r>
    </w:p>
    <w:p>
      <w:r>
        <w:br/>
        <w:t>СЛАБИЙ ЗУБ</w:t>
      </w:r>
    </w:p>
    <w:p>
      <w:r>
        <w:br/>
        <w:t>Сидить шевчик на стільці&lt;br /&gt;</w:t>
        <w:br/>
        <w:t>На кумові постільці&lt;br /&gt;</w:t>
        <w:br/>
        <w:t>Пришиває латку.&lt;br /&gt;</w:t>
        <w:br/>
        <w:t>Аж у сінях двері — скрип!&lt;br /&gt;</w:t>
        <w:br/>
        <w:t>Далі двері в хату рип! —&lt;br /&gt;</w:t>
        <w:br/>
        <w:t>Шелеп кум у хатку!</w:t>
      </w:r>
    </w:p>
    <w:p>
      <w:r>
        <w:br/>
        <w:t>"Здоровенькі ви були!&lt;br /&gt;</w:t>
        <w:br/>
        <w:t>А що ж мої постоли —&lt;br /&gt;</w:t>
        <w:br/>
        <w:t>Вже, мабуть, готов!?"&lt;br /&gt;</w:t>
        <w:br/>
        <w:t>"Зараз будуть... Погодіть,&lt;br /&gt;</w:t>
        <w:br/>
        <w:t>Що ж ви стогнете, як дід?&lt;br /&gt;</w:t>
        <w:br/>
        <w:t>Чи вже ж нездорові?"</w:t>
      </w:r>
    </w:p>
    <w:p>
      <w:r>
        <w:br/>
        <w:t>"Та не то щоб, боже, крий,&lt;br /&gt;</w:t>
        <w:br/>
        <w:t>Був я дуже так слабий,&lt;br /&gt;</w:t>
        <w:br/>
        <w:t>А так тілько нудно;&lt;br /&gt;</w:t>
        <w:br/>
        <w:t>Розболівся вражий зуб&lt;br /&gt;</w:t>
        <w:br/>
        <w:t>Та зapic тобі, як дуб,&lt;br /&gt;</w:t>
        <w:br/>
        <w:t>Що й вирвати трудно..."</w:t>
      </w:r>
    </w:p>
    <w:p>
      <w:r>
        <w:br/>
        <w:t>"Не журіться, — каже швець, —&lt;br /&gt;</w:t>
        <w:br/>
        <w:t>А сядьте-но на стілець!.."&lt;br /&gt;</w:t>
        <w:br/>
        <w:t>На стілець саджає,&lt;br /&gt;</w:t>
        <w:br/>
        <w:t>В дратву зуба замотав,&lt;br /&gt;</w:t>
        <w:br/>
        <w:t>Кінці разом посплітав,&lt;br /&gt;</w:t>
        <w:br/>
        <w:t>До ноги чіпляє.</w:t>
      </w:r>
    </w:p>
    <w:p>
      <w:r>
        <w:br/>
        <w:t>Але, звісно, у шевців&lt;br /&gt;</w:t>
        <w:br/>
        <w:t>Все дірявії стільці,&lt;br /&gt;</w:t>
        <w:br/>
        <w:t>Щоб то не душило.&lt;br /&gt;</w:t>
        <w:br/>
        <w:t>Ото шевчик i зайшов,&lt;br /&gt;</w:t>
        <w:br/>
        <w:t>Стихача діру найшов&lt;br /&gt;</w:t>
        <w:br/>
        <w:t>Та хвать кума шилом!...</w:t>
      </w:r>
    </w:p>
    <w:p>
      <w:r>
        <w:br/>
        <w:t>Кум підскочив, як той цап,&lt;br /&gt;</w:t>
        <w:br/>
        <w:t>Та рукою ззаду лап&lt;br /&gt;</w:t>
        <w:br/>
        <w:t>За грішнeє тіло:&lt;br /&gt;</w:t>
        <w:br/>
        <w:t>"Недаремне ж я стогнав,&lt;br /&gt;</w:t>
        <w:br/>
        <w:t>От коріння попускав —&lt;br /&gt;</w:t>
        <w:br/>
        <w:t>Аж там заболіло!"</w:t>
      </w:r>
    </w:p>
    <w:p>
      <w:r>
        <w:br/>
        <w:t>ЖОНАТИЙ</w:t>
      </w:r>
    </w:p>
    <w:p>
      <w:r>
        <w:br/>
        <w:t>Била жінка мужика&lt;br /&gt;</w:t>
        <w:br/>
        <w:t>Та й вигнала з хати.&lt;br /&gt;</w:t>
        <w:br/>
        <w:t>Пішов, бідний, по полях&lt;br /&gt;</w:t>
        <w:br/>
        <w:t>Притулку шукати.&lt;br /&gt;</w:t>
        <w:br/>
        <w:t>Ходив, бідний, цілий день,&lt;br /&gt;</w:t>
        <w:br/>
        <w:t>Все кляв молодицю,&lt;br /&gt;</w:t>
        <w:br/>
        <w:t>Наостаток десь заліг&lt;br /&gt;</w:t>
        <w:br/>
        <w:t>На руді в копицю.&lt;br /&gt;</w:t>
        <w:br/>
        <w:t>Аж дивиться на руду,&lt;br /&gt;</w:t>
        <w:br/>
        <w:t>Що бугай хороший&lt;br /&gt;</w:t>
        <w:br/>
        <w:t>Ходить coбi по траві,&lt;br /&gt;</w:t>
        <w:br/>
        <w:t>Мукає з розкоші,&lt;br /&gt;</w:t>
        <w:br/>
        <w:t>Та й i каже неборак:&lt;br /&gt;</w:t>
        <w:br/>
        <w:t>"Щасливий ти, брате,&lt;br /&gt;</w:t>
        <w:br/>
        <w:t>Колись i я так співав,&lt;br /&gt;</w:t>
        <w:br/>
        <w:t>Як був нежонатий!"</w:t>
      </w:r>
    </w:p>
    <w:p>
      <w:r>
        <w:br/>
        <w:t>ТІЛЬКО ДОПЕЧИ!</w:t>
      </w:r>
    </w:p>
    <w:p>
      <w:r>
        <w:br/>
        <w:t>Ідуть coбi парубки&lt;br /&gt;</w:t>
        <w:br/>
        <w:t>На нічліг до гаю&lt;br /&gt;</w:t>
        <w:br/>
        <w:t>Та й говорить, як господь&lt;br /&gt;</w:t>
        <w:br/>
        <w:t>Гнав Адама з раю.</w:t>
      </w:r>
    </w:p>
    <w:p>
      <w:r>
        <w:br/>
        <w:t>"Ото,— каже з них їден,-&lt;br /&gt;</w:t>
        <w:br/>
        <w:t>Господь обізвався:&lt;br /&gt;</w:t>
        <w:br/>
        <w:t>"Що ж, Адаме, виходи!&lt;br /&gt;</w:t>
        <w:br/>
        <w:t>Де ти заховався?"</w:t>
      </w:r>
    </w:p>
    <w:p>
      <w:r>
        <w:br/>
        <w:t>Мовчить Адам, а господь,&lt;br /&gt;</w:t>
        <w:br/>
        <w:t>Серед раю саме,&lt;br /&gt;</w:t>
        <w:br/>
        <w:t>Обізвався другий раз:&lt;br /&gt;</w:t>
        <w:br/>
        <w:t>"А де ти, Адаме?"</w:t>
      </w:r>
    </w:p>
    <w:p>
      <w:r>
        <w:br/>
        <w:t>Мовчить знову. I господь&lt;br /&gt;</w:t>
        <w:br/>
        <w:t>Страшно розізлився:&lt;br /&gt;</w:t>
        <w:br/>
        <w:t>. . . . . . . . . . . . . . . . . . . . .&lt;br /&gt;</w:t>
        <w:br/>
        <w:t>Де ти там зашився?"</w:t>
      </w:r>
    </w:p>
    <w:p>
      <w:r>
        <w:br/>
        <w:t>"Тю на тебе! — вci кричать. —&lt;br /&gt;</w:t>
        <w:br/>
        <w:t>Схаменись, небоже!&lt;br /&gt;</w:t>
        <w:br/>
        <w:t>Де-то вже таки господь&lt;br /&gt;</w:t>
        <w:br/>
        <w:t>Так сказати може?!"</w:t>
      </w:r>
    </w:p>
    <w:p>
      <w:r>
        <w:br/>
        <w:t>"Та дурні ви! Hiби бог,&lt;br /&gt;</w:t>
        <w:br/>
        <w:t>То вже й маслом маже?..&lt;br /&gt;</w:t>
        <w:br/>
        <w:t>Аби тілько допекти —&lt;br /&gt;</w:t>
        <w:br/>
        <w:t>То ще й не те скаже!"&lt;br /&gt;</w:t>
        <w:br/>
        <w:t>8 мая</w:t>
      </w:r>
    </w:p>
    <w:p>
      <w:r>
        <w:br/>
        <w:t>ГЛУХИЙ I ГУБАТИЙ</w:t>
      </w:r>
    </w:p>
    <w:p>
      <w:r>
        <w:br/>
        <w:t>Довелося на віку&lt;br /&gt;</w:t>
        <w:br/>
        <w:t>Глухому з губатим&lt;br /&gt;</w:t>
        <w:br/>
        <w:t>Раз у церкві, на біду,&lt;br /&gt;</w:t>
        <w:br/>
        <w:t>У пapi стояти.&lt;br /&gt;</w:t>
        <w:br/>
        <w:t>I губатий що почне&lt;br /&gt;</w:t>
        <w:br/>
        <w:t>"Отченаш" читати,&lt;br /&gt;</w:t>
        <w:br/>
        <w:t>То так губи i складе,&lt;br /&gt;</w:t>
        <w:br/>
        <w:t>Як ніби свистати.&lt;br /&gt;</w:t>
        <w:br/>
        <w:t>Довго глухий поглядав,&lt;br /&gt;</w:t>
        <w:br/>
        <w:t>3 злості аж мінився,&lt;br /&gt;</w:t>
        <w:br/>
        <w:t>Далі руку одвинув,&lt;br /&gt;</w:t>
        <w:br/>
        <w:t>Ближче приступився&lt;br /&gt;</w:t>
        <w:br/>
        <w:t>Та по пиці того хвать!&lt;br /&gt;</w:t>
        <w:br/>
        <w:t>"От тoбi свистати!"&lt;br /&gt;</w:t>
        <w:br/>
        <w:t>"Бог з тобою, — каже той, —&lt;br /&gt;</w:t>
        <w:br/>
        <w:t>Бачиш — я губатий!"&lt;br /&gt;</w:t>
        <w:br/>
        <w:t>А той його другий раз:&lt;br /&gt;</w:t>
        <w:br/>
        <w:t>"Дарма, що багатий!..&lt;br /&gt;</w:t>
        <w:br/>
        <w:t>У нас церква не на то,&lt;br /&gt;</w:t>
        <w:br/>
        <w:t>Щоб в нії свистати!"</w:t>
      </w:r>
    </w:p>
    <w:p>
      <w:r>
        <w:br/>
        <w:t>СКАЖИ ПО-НІМЕЦЬКИ</w:t>
      </w:r>
    </w:p>
    <w:p>
      <w:r>
        <w:br/>
        <w:t>Положився вражий німець&lt;br /&gt;</w:t>
        <w:br/>
        <w:t>3 хазяями спати.&lt;br /&gt;</w:t>
        <w:br/>
        <w:t>Серед ночi став тихенько&lt;br /&gt;</w:t>
        <w:br/>
        <w:t>Жінку цілувати.</w:t>
      </w:r>
    </w:p>
    <w:p>
      <w:r>
        <w:br/>
        <w:t>Але мужик пробудився&lt;br /&gt;</w:t>
        <w:br/>
        <w:t>Та й жінку торкає.&lt;br /&gt;</w:t>
        <w:br/>
        <w:t>"Таж тебе цілує німець!" —&lt;br /&gt;</w:t>
        <w:br/>
        <w:t>Стиха промовляє.</w:t>
      </w:r>
    </w:p>
    <w:p>
      <w:r>
        <w:br/>
        <w:t>"А цілує!" — "То кажи що!"&lt;br /&gt;</w:t>
        <w:br/>
        <w:t>"Який молодецький!&lt;br /&gt;</w:t>
        <w:br/>
        <w:t>Як yмієш що сказати —&lt;br /&gt;</w:t>
        <w:br/>
        <w:t>Скажи по-німецьки!.."&lt;br /&gt;</w:t>
        <w:br/>
        <w:t>12 мая</w:t>
      </w:r>
    </w:p>
    <w:p>
      <w:r>
        <w:br/>
        <w:t>ШКОЛЯР</w:t>
      </w:r>
    </w:p>
    <w:p>
      <w:r>
        <w:br/>
        <w:t>Іде з ярмарку мужик,&lt;br /&gt;</w:t>
        <w:br/>
        <w:t>Школяра здибає,&lt;br /&gt;</w:t>
        <w:br/>
        <w:t>Підпив coбi, неборак,&lt;br /&gt;</w:t>
        <w:br/>
        <w:t>Ото i питає:</w:t>
      </w:r>
    </w:p>
    <w:p>
      <w:r>
        <w:br/>
        <w:t>"Що ти, хлопче, за їден?"&lt;br /&gt;</w:t>
        <w:br/>
        <w:t>"Я школяр", — той каже.&lt;br /&gt;</w:t>
        <w:br/>
        <w:t>"А коли ти, — каже, — шкляр,&lt;br /&gt;</w:t>
        <w:br/>
        <w:t>То сідай же, враже!"</w:t>
      </w:r>
    </w:p>
    <w:p>
      <w:r>
        <w:br/>
        <w:t>Школяр coбi не страшко —&lt;br /&gt;</w:t>
        <w:br/>
        <w:t>Бере та й сідає,&lt;br /&gt;</w:t>
        <w:br/>
        <w:t>А мужик сидить, мовчить,&lt;br /&gt;</w:t>
        <w:br/>
        <w:t>Воли поганяє.</w:t>
      </w:r>
    </w:p>
    <w:p>
      <w:r>
        <w:br/>
        <w:t>Далі в озеро звернув,&lt;br /&gt;</w:t>
        <w:br/>
        <w:t>В саму середину,&lt;br /&gt;</w:t>
        <w:br/>
        <w:t>Зупинився, воли п’ють;&lt;br /&gt;</w:t>
        <w:br/>
        <w:t>Питає хлопчину:</w:t>
      </w:r>
    </w:p>
    <w:p>
      <w:r>
        <w:br/>
        <w:t>"Що ти, — каже, — за їден?"&lt;br /&gt;</w:t>
        <w:br/>
        <w:t>"Я школяр, панотче!"&lt;br /&gt;</w:t>
        <w:br/>
        <w:t>"То ти школяр, а не шкляр!"&lt;br /&gt;</w:t>
        <w:br/>
        <w:t>Та як настукоче!..</w:t>
      </w:r>
    </w:p>
    <w:p>
      <w:r>
        <w:br/>
        <w:t>"Геть iз воза, куди хоч,&lt;br /&gt;</w:t>
        <w:br/>
        <w:t>Бісовий школяру!.."&lt;br /&gt;</w:t>
        <w:br/>
        <w:t>Школяр поли підійняв:&lt;br /&gt;</w:t>
        <w:br/>
        <w:t>"А що ж, господарю!..</w:t>
      </w:r>
    </w:p>
    <w:p>
      <w:r>
        <w:br/>
        <w:t>Як пускатися на дно,&lt;br /&gt;</w:t>
        <w:br/>
        <w:t>Не псувати ж воду;&lt;br /&gt;</w:t>
        <w:br/>
        <w:t>Пустіть уже хоч з ярма&lt;br /&gt;</w:t>
        <w:br/>
        <w:t>Скочити у воду!"</w:t>
      </w:r>
    </w:p>
    <w:p>
      <w:r>
        <w:br/>
        <w:t>"Не питайся!.. Куди хоч!.."-&lt;br /&gt;</w:t>
        <w:br/>
        <w:t>Мужик промовляє...&lt;br /&gt;</w:t>
        <w:br/>
        <w:t>Школяр тоді по війї —&lt;br /&gt;</w:t>
        <w:br/>
        <w:t>Притику виймає.</w:t>
      </w:r>
    </w:p>
    <w:p>
      <w:r>
        <w:br/>
        <w:t>Перегнувся на ярмо,&lt;br /&gt;</w:t>
        <w:br/>
        <w:t>Полових по шкypi...&lt;br /&gt;</w:t>
        <w:br/>
        <w:t>Їде школяр на сухе —&lt;br /&gt;</w:t>
        <w:br/>
        <w:t>Мужик у бaюpi.</w:t>
      </w:r>
    </w:p>
    <w:p>
      <w:r>
        <w:br/>
        <w:t>ПОПОВИЧ</w:t>
      </w:r>
    </w:p>
    <w:p>
      <w:r>
        <w:br/>
        <w:t>Наспівався попів син&lt;br /&gt;</w:t>
        <w:br/>
        <w:t>За свята доволі&lt;br /&gt;</w:t>
        <w:br/>
        <w:t>Та й по святах i махнув&lt;br /&gt;</w:t>
        <w:br/>
        <w:t>Учитися в школі.</w:t>
      </w:r>
    </w:p>
    <w:p>
      <w:r>
        <w:br/>
        <w:t>А мужики й загули,&lt;br /&gt;</w:t>
        <w:br/>
        <w:t>Що добре співає,&lt;br /&gt;</w:t>
        <w:br/>
        <w:t>Ото староста колись&lt;br /&gt;</w:t>
        <w:br/>
        <w:t>Батюшку й питає:</w:t>
      </w:r>
    </w:p>
    <w:p>
      <w:r>
        <w:br/>
        <w:t>"Куди піде ваш панич,&lt;br /&gt;</w:t>
        <w:br/>
        <w:t>Як вийде у люди?"&lt;br /&gt;</w:t>
        <w:br/>
        <w:t>"Куди? Звісно, у попи!&lt;br /&gt;</w:t>
        <w:br/>
        <w:t>Попом coбi буде!"</w:t>
      </w:r>
    </w:p>
    <w:p>
      <w:r>
        <w:br/>
        <w:t>"Шкода його на попа! —&lt;br /&gt;</w:t>
        <w:br/>
        <w:t>Мужик промовляє. —&lt;br /&gt;</w:t>
        <w:br/>
        <w:t>3 нього добрий був би дяк,&lt;br /&gt;</w:t>
        <w:br/>
        <w:t>Бо то-то співає!"</w:t>
      </w:r>
    </w:p>
    <w:p>
      <w:r>
        <w:br/>
        <w:t>ЖАЛІБНИИ ДЯК</w:t>
      </w:r>
    </w:p>
    <w:p>
      <w:r>
        <w:br/>
        <w:t>Щойно в деркві коли дяк&lt;br /&gt;</w:t>
        <w:br/>
        <w:t>"Іже" заспіває,&lt;br /&gt;</w:t>
        <w:br/>
        <w:t>Бідна баба у кутку&lt;br /&gt;</w:t>
        <w:br/>
        <w:t>Мало не вмліває.</w:t>
      </w:r>
    </w:p>
    <w:p>
      <w:r>
        <w:br/>
        <w:t>Аж завважив теє дяк,&lt;br /&gt;</w:t>
        <w:br/>
        <w:t>До неї забрався.&lt;br /&gt;</w:t>
        <w:br/>
        <w:t>"Чого плачете ви так?" —&lt;br /&gt;</w:t>
        <w:br/>
        <w:t>Стару запитався.</w:t>
      </w:r>
    </w:p>
    <w:p>
      <w:r>
        <w:br/>
        <w:t>"Як не плакати мені,-&lt;br /&gt;</w:t>
        <w:br/>
        <w:t>Стара баба каже, —&lt;br /&gt;</w:t>
        <w:br/>
        <w:t>Коли мене голос ваш&lt;br /&gt;</w:t>
        <w:br/>
        <w:t>Аж за серце в’яже!</w:t>
      </w:r>
    </w:p>
    <w:p>
      <w:r>
        <w:br/>
        <w:t>Так колись моя коза&lt;br /&gt;</w:t>
        <w:br/>
        <w:t>На льоду кричала,&lt;br /&gt;</w:t>
        <w:br/>
        <w:t>Як там її звірина,&lt;br /&gt;</w:t>
        <w:br/>
        <w:t>Бідну, розривала".</w:t>
      </w:r>
    </w:p>
    <w:p>
      <w:r>
        <w:br/>
        <w:t>ВБИЛИ</w:t>
      </w:r>
    </w:p>
    <w:p>
      <w:r>
        <w:br/>
        <w:t>Якось жильним четвергом&lt;br /&gt;</w:t>
        <w:br/>
        <w:t>Чи там середою&lt;br /&gt;</w:t>
        <w:br/>
        <w:t>Забив мужик кабана,&lt;br /&gt;</w:t>
        <w:br/>
        <w:t>Шмалить над водою.</w:t>
      </w:r>
    </w:p>
    <w:p>
      <w:r>
        <w:br/>
        <w:t>Кругом нього тьма собак&lt;br /&gt;</w:t>
        <w:br/>
        <w:t>I дітей до ката...&lt;br /&gt;</w:t>
        <w:br/>
        <w:t>А найближче з них ycix&lt;br /&gt;</w:t>
        <w:br/>
        <w:t>Синок його брата,</w:t>
      </w:r>
    </w:p>
    <w:p>
      <w:r>
        <w:br/>
        <w:t>I, звичайне на селі,&lt;br /&gt;</w:t>
        <w:br/>
        <w:t>Вбогого дитина,&lt;br /&gt;</w:t>
        <w:br/>
        <w:t>Tілько на нім i була&lt;br /&gt;</w:t>
        <w:br/>
        <w:t>Тая сорочина!</w:t>
      </w:r>
    </w:p>
    <w:p>
      <w:r>
        <w:br/>
        <w:t>Стоїть бідне хлопченя,&lt;br /&gt;</w:t>
        <w:br/>
        <w:t>На вогонь пантрує,&lt;br /&gt;</w:t>
        <w:br/>
        <w:t>Дядьки з носа аж пищать,&lt;br /&gt;</w:t>
        <w:br/>
        <w:t>А воно й не чуеє.</w:t>
      </w:r>
    </w:p>
    <w:p>
      <w:r>
        <w:br/>
        <w:t>Далі багач подививсь.&lt;br /&gt;</w:t>
        <w:br/>
        <w:t>"Здоров, — каже, — сину!&lt;br /&gt;</w:t>
        <w:br/>
        <w:t>Вбив що батько на свята?" —&lt;br /&gt;</w:t>
        <w:br/>
        <w:t>Питає хлопчину.</w:t>
      </w:r>
    </w:p>
    <w:p>
      <w:r>
        <w:br/>
        <w:t>А хлопчина носом шморг!&lt;br /&gt;</w:t>
        <w:br/>
        <w:t>Попід ніс рукою.&lt;br /&gt;</w:t>
        <w:br/>
        <w:t>"Убив, — каже, — дядьку мій,&lt;br /&gt;</w:t>
        <w:br/>
        <w:t>Сучку над водою!"</w:t>
      </w:r>
    </w:p>
    <w:p>
      <w:r>
        <w:br/>
        <w:t>ВІЙНА</w:t>
      </w:r>
    </w:p>
    <w:p>
      <w:r>
        <w:br/>
        <w:t>Молотив раз у попа&lt;br /&gt;</w:t>
        <w:br/>
        <w:t>Парубок Микита&lt;br /&gt;</w:t>
        <w:br/>
        <w:t>Та якось там i украв&lt;br /&gt;</w:t>
        <w:br/>
        <w:t>Цілу мipкy жита.</w:t>
      </w:r>
    </w:p>
    <w:p>
      <w:r>
        <w:br/>
        <w:t>Украв coбі та й сховав...&lt;br /&gt;</w:t>
        <w:br/>
        <w:t>Прийшло сповідатись —&lt;br /&gt;</w:t>
        <w:br/>
        <w:t>Лихе йогопідвело&lt;br /&gt;</w:t>
        <w:br/>
        <w:t>Поповi признатись —</w:t>
      </w:r>
    </w:p>
    <w:p>
      <w:r>
        <w:br/>
        <w:t>Лаяв-лаяв його піп,&lt;br /&gt;</w:t>
        <w:br/>
        <w:t>Торгав за чуприну,&lt;br /&gt;</w:t>
        <w:br/>
        <w:t>Наостаток i сказав:&lt;br /&gt;</w:t>
        <w:br/>
        <w:t>"Отак, бісів сину,</w:t>
      </w:r>
    </w:p>
    <w:p>
      <w:r>
        <w:br/>
        <w:t>Поки жита не буде,&lt;br /&gt;</w:t>
        <w:br/>
        <w:t>Була б тoбi трясця! —&lt;br /&gt;</w:t>
        <w:br/>
        <w:t>Поти тoбi не буде&lt;br /&gt;</w:t>
        <w:br/>
        <w:t>Cповіді й причастя!"</w:t>
      </w:r>
    </w:p>
    <w:p>
      <w:r>
        <w:br/>
        <w:t>Ніщо діяти!.. Bночi&lt;br /&gt;</w:t>
        <w:br/>
        <w:t>Згорбився Микита,&lt;br /&gt;</w:t>
        <w:br/>
        <w:t>Потихеньку поід тин&lt;br /&gt;</w:t>
        <w:br/>
        <w:t>Несе мірy жита,</w:t>
      </w:r>
    </w:p>
    <w:p>
      <w:r>
        <w:br/>
        <w:t>Приніс якось до сіней-&lt;br /&gt;</w:t>
        <w:br/>
        <w:t>Хату відчиняє,&lt;br /&gt;</w:t>
        <w:br/>
        <w:t>Стає, бідний, у кутку,&lt;br /&gt;</w:t>
        <w:br/>
        <w:t>Пари не пускає.</w:t>
      </w:r>
    </w:p>
    <w:p>
      <w:r>
        <w:br/>
        <w:t>А попові на той час&lt;br /&gt;</w:t>
        <w:br/>
        <w:t>Не Микита сниться:&lt;br /&gt;</w:t>
        <w:br/>
        <w:t>Його сонна обняла&lt;br /&gt;</w:t>
        <w:br/>
        <w:t>Тлуста молодиця.</w:t>
      </w:r>
    </w:p>
    <w:p>
      <w:r>
        <w:br/>
        <w:t>Пробудився сонний піп,&lt;br /&gt;</w:t>
        <w:br/>
        <w:t>Мацнув молодицю,&lt;br /&gt;</w:t>
        <w:br/>
        <w:t>Підійма на животі&lt;br /&gt;</w:t>
        <w:br/>
        <w:t>Білую спідницю.</w:t>
      </w:r>
    </w:p>
    <w:p>
      <w:r>
        <w:br/>
        <w:t>Та й говорить: "Уставай,&lt;br /&gt;</w:t>
        <w:br/>
        <w:t>Hiчoro дрімати,&lt;br /&gt;</w:t>
        <w:br/>
        <w:t>Іде турок на війну —&lt;br /&gt;</w:t>
        <w:br/>
        <w:t>Москву воювати".</w:t>
      </w:r>
    </w:p>
    <w:p>
      <w:r>
        <w:br/>
        <w:t>"Та ваш турок не біда! —&lt;br /&gt;</w:t>
        <w:br/>
        <w:t>Каже чорноброва,-&lt;br /&gt;</w:t>
        <w:br/>
        <w:t>Коли турок хоче битись,&lt;br /&gt;</w:t>
        <w:br/>
        <w:t>То Москва готова".</w:t>
      </w:r>
    </w:p>
    <w:p>
      <w:r>
        <w:br/>
        <w:t>Що там було —звісна річ!&lt;br /&gt;</w:t>
        <w:br/>
        <w:t>Кінчилося діло,&lt;br /&gt;</w:t>
        <w:br/>
        <w:t>Аж Микита iз кутка:&lt;br /&gt;</w:t>
        <w:br/>
        <w:t>"Кахи!" coбi сміло.</w:t>
      </w:r>
    </w:p>
    <w:p>
      <w:r>
        <w:br/>
        <w:t>Піп схватився: "Хто то там?"&lt;br /&gt;</w:t>
        <w:br/>
        <w:t>"Я,— каже Микита,-&lt;br /&gt;</w:t>
        <w:br/>
        <w:t>Оце,— каже,— вам приніс&lt;br /&gt;</w:t>
        <w:br/>
        <w:t>Вашу мірку жита".</w:t>
      </w:r>
    </w:p>
    <w:p>
      <w:r>
        <w:br/>
        <w:t>"А давно ж ти,— каже піп,-&lt;br /&gt;</w:t>
        <w:br/>
        <w:t>До хати забрався?"&lt;br /&gt;</w:t>
        <w:br/>
        <w:t>"А давно! Ще на війну&lt;br /&gt;</w:t>
        <w:br/>
        <w:t>Й турок не збирався!"</w:t>
      </w:r>
    </w:p>
    <w:p>
      <w:r>
        <w:br/>
        <w:t>"Неси ж,— каже,— то назад&lt;br /&gt;</w:t>
        <w:br/>
        <w:t>Та спожий на щастя,&lt;br /&gt;</w:t>
        <w:br/>
        <w:t>А я тебе взавтра й так&lt;br /&gt;</w:t>
        <w:br/>
        <w:t>Пущу до причастя..."&lt;br /&gt;</w:t>
        <w:br/>
        <w:t>8 июня</w:t>
      </w:r>
    </w:p>
    <w:p>
      <w:r>
        <w:br/>
        <w:t>ДОЩ</w:t>
      </w:r>
    </w:p>
    <w:p>
      <w:r>
        <w:br/>
        <w:t>Обсіялись мужики,&lt;br /&gt;</w:t>
        <w:br/>
        <w:t>Дощу виглядають!&lt;br /&gt;</w:t>
        <w:br/>
        <w:t>Ото два собі зійшлось,&lt;br /&gt;</w:t>
        <w:br/>
        <w:t>Стали, розважають...</w:t>
      </w:r>
    </w:p>
    <w:p>
      <w:r>
        <w:br/>
        <w:t>Грицько старий, як судець, [24]&lt;br /&gt;</w:t>
        <w:br/>
        <w:t>Палицю тримає,&lt;br /&gt;</w:t>
        <w:br/>
        <w:t>Haбік голову схилив,&lt;br /&gt;</w:t>
        <w:br/>
        <w:t>Землю колупає.</w:t>
      </w:r>
    </w:p>
    <w:p>
      <w:r>
        <w:br/>
        <w:t>А Хома на мотузку&lt;br /&gt;</w:t>
        <w:br/>
        <w:t>Гудзи coбi в’яже.&lt;br /&gt;</w:t>
        <w:br/>
        <w:t>"Нема дощу!" — каже Гридь,&lt;br /&gt;</w:t>
        <w:br/>
        <w:t>"Нема!" — Хома каже.</w:t>
      </w:r>
    </w:p>
    <w:p>
      <w:r>
        <w:br/>
        <w:t>"Якби, Хомо, господь дав,&lt;br /&gt;</w:t>
        <w:br/>
        <w:t>То я вже говорю,&lt;br /&gt;</w:t>
        <w:br/>
        <w:t>Що усе б то iз землі&lt;br /&gt;</w:t>
        <w:br/>
        <w:t>Піднялося вгору!"</w:t>
      </w:r>
    </w:p>
    <w:p>
      <w:r>
        <w:br/>
        <w:t>"Усе, дядьку?" — "А усе!"&lt;br /&gt;</w:t>
        <w:br/>
        <w:t>"Лучче ж най не буде!&lt;br /&gt;</w:t>
        <w:br/>
        <w:t>Моя жінка у землі!&lt;br /&gt;</w:t>
        <w:br/>
        <w:t>Не хочу паскуди!"</w:t>
      </w:r>
    </w:p>
    <w:p>
      <w:r>
        <w:br/>
        <w:t>КОЖУХ</w:t>
      </w:r>
    </w:p>
    <w:p>
      <w:r>
        <w:br/>
        <w:t>Серед церкви став багач,&lt;br /&gt;</w:t>
        <w:br/>
        <w:t>Світло поправляє.&lt;br /&gt;</w:t>
        <w:br/>
        <w:t>I на нім кожух-кожух,&lt;br /&gt;</w:t>
        <w:br/>
        <w:t>Аж очi вбирає.</w:t>
      </w:r>
    </w:p>
    <w:p>
      <w:r>
        <w:br/>
        <w:t>Та і сам він не худий,&lt;br /&gt;</w:t>
        <w:br/>
        <w:t>Аж труситься сало...&lt;br /&gt;</w:t>
        <w:br/>
        <w:t>Глянув вбогий iз кутка&lt;br /&gt;</w:t>
        <w:br/>
        <w:t>Та й заздрісно стало.</w:t>
      </w:r>
    </w:p>
    <w:p>
      <w:r>
        <w:br/>
        <w:t>"Ет, не знає,— каже,— бог,&lt;br /&gt;</w:t>
        <w:br/>
        <w:t>Кому щастя дати...&lt;br /&gt;</w:t>
        <w:br/>
        <w:t>От якби то так мені&lt;br /&gt;</w:t>
        <w:br/>
        <w:t>Кожух такий мати,</w:t>
      </w:r>
    </w:p>
    <w:p>
      <w:r>
        <w:br/>
        <w:t>То, здається, що б прийшов&lt;br /&gt;</w:t>
        <w:br/>
        <w:t>У церкву до лиха&lt;br /&gt;</w:t>
        <w:br/>
        <w:t>Та лиш став би я, стояв&lt;br /&gt;</w:t>
        <w:br/>
        <w:t>Та бздикав би стиха".&lt;br /&gt;</w:t>
        <w:br/>
        <w:t>10 июня</w:t>
      </w:r>
    </w:p>
    <w:p>
      <w:r>
        <w:br/>
        <w:t>ПРИВІТАННЯ</w:t>
      </w:r>
    </w:p>
    <w:p>
      <w:r>
        <w:br/>
        <w:t>Наварив багач, напік:&lt;br /&gt;</w:t>
        <w:br/>
        <w:t>Батюшки чекає.&lt;br /&gt;</w:t>
        <w:br/>
        <w:t>Батюшка лиш на nopir —&lt;br /&gt;</w:t>
        <w:br/>
        <w:t>От він i вітає:</w:t>
      </w:r>
    </w:p>
    <w:p>
      <w:r>
        <w:br/>
        <w:t>"На тепленьке, в добрий час!&lt;br /&gt;</w:t>
        <w:br/>
        <w:t>Тілько що зробили...&lt;br /&gt;</w:t>
        <w:br/>
        <w:t>Та де ж то ви так були,&lt;br /&gt;</w:t>
        <w:br/>
        <w:t>Батюшечко милий?</w:t>
      </w:r>
    </w:p>
    <w:p>
      <w:r>
        <w:br/>
        <w:t>А тут тілько гавкне пес,&lt;br /&gt;</w:t>
        <w:br/>
        <w:t>Свиня зарохкоче, —&lt;br /&gt;</w:t>
        <w:br/>
        <w:t>Так i думають yci,&lt;br /&gt;</w:t>
        <w:br/>
        <w:t>Що то ви, панотче!</w:t>
      </w:r>
    </w:p>
    <w:p>
      <w:r>
        <w:br/>
        <w:t>Спасибі ж вам, що прийшли!&lt;br /&gt;</w:t>
        <w:br/>
        <w:t>Пийте гpiтy з перцем...&lt;br /&gt;</w:t>
        <w:br/>
        <w:t>Ріжте coбi печінки...&lt;br /&gt;</w:t>
        <w:br/>
        <w:t>Крайте coбi серце!</w:t>
      </w:r>
    </w:p>
    <w:p>
      <w:r>
        <w:br/>
        <w:t>А заким-то подадуть&lt;br /&gt;</w:t>
        <w:br/>
        <w:t>Печеного зайця,&lt;br /&gt;</w:t>
        <w:br/>
        <w:t>Не сидіте, прошу вас,&lt;br /&gt;</w:t>
        <w:br/>
        <w:t>Лупіть coбi яйця!"&lt;br /&gt;</w:t>
        <w:br/>
        <w:t>10 июня</w:t>
      </w:r>
    </w:p>
    <w:p>
      <w:r>
        <w:br/>
        <w:t>ВИ, ПАНОТЧЕ</w:t>
      </w:r>
    </w:p>
    <w:p>
      <w:r>
        <w:br/>
        <w:t>Питається архирей&lt;br /&gt;</w:t>
        <w:br/>
        <w:t>Попа молодого:&lt;br /&gt;</w:t>
        <w:br/>
        <w:t>"Який,— каже,— тебе чорт&lt;br /&gt;</w:t>
        <w:br/>
        <w:t>Висвятив дурного?"</w:t>
      </w:r>
    </w:p>
    <w:p>
      <w:r>
        <w:br/>
        <w:t>А той йому, неборак,&lt;br /&gt;</w:t>
        <w:br/>
        <w:t>Подивився в очi.&lt;br /&gt;</w:t>
        <w:br/>
        <w:t>"Та святили ж,— каже,— ви,&lt;br /&gt;</w:t>
        <w:br/>
        <w:t>Пресвятий панотче!"</w:t>
      </w:r>
    </w:p>
    <w:p>
      <w:r>
        <w:br/>
        <w:t>ТАМ ЇЇ КІНЕЦЬ</w:t>
      </w:r>
    </w:p>
    <w:p>
      <w:r>
        <w:br/>
        <w:t>Архирей їден заморський&lt;br /&gt;</w:t>
        <w:br/>
        <w:t>Такий звичай мав:&lt;br /&gt;</w:t>
        <w:br/>
        <w:t>Як без грошей була просьба,&lt;br /&gt;</w:t>
        <w:br/>
        <w:t>То і не приймав.</w:t>
      </w:r>
    </w:p>
    <w:p>
      <w:r>
        <w:br/>
        <w:t>Аж дяк якось коротенько&lt;br /&gt;</w:t>
        <w:br/>
        <w:t>Просить стихаря,&lt;br /&gt;</w:t>
        <w:br/>
        <w:t>I на білу середину&lt;br /&gt;</w:t>
        <w:br/>
        <w:t>Кладе хабаря.</w:t>
      </w:r>
    </w:p>
    <w:p>
      <w:r>
        <w:br/>
        <w:t>Архирей і не гадае,&lt;br /&gt;</w:t>
        <w:br/>
        <w:t>Що там далі є,&lt;br /&gt;</w:t>
        <w:br/>
        <w:t>Пpoбіг жваво його просьбу&lt;br /&gt;</w:t>
        <w:br/>
        <w:t>Та й назад дає.</w:t>
      </w:r>
    </w:p>
    <w:p>
      <w:r>
        <w:br/>
        <w:t>Той i просить: "Прочитайте!"&lt;br /&gt;</w:t>
        <w:br/>
        <w:t>"Та я прочитав!"&lt;br /&gt;</w:t>
        <w:br/>
        <w:t>"Та iщe раз прочитайте!"&lt;br /&gt;</w:t>
        <w:br/>
        <w:t>"Ще раз прочитав",</w:t>
      </w:r>
    </w:p>
    <w:p>
      <w:r>
        <w:br/>
        <w:t>"Моя просьба на тім боці,&lt;br /&gt;</w:t>
        <w:br/>
        <w:t>Там її кінець!"&lt;br /&gt;</w:t>
        <w:br/>
        <w:t>Аж тогди затримав просьбу&lt;br /&gt;</w:t>
        <w:br/>
        <w:t>Святий панотець.</w:t>
      </w:r>
    </w:p>
    <w:p>
      <w:r>
        <w:br/>
        <w:t>ЧОГО ЛЮДИ НЕ СКАЖУТЬ!</w:t>
      </w:r>
    </w:p>
    <w:p>
      <w:r>
        <w:br/>
        <w:t>Не питає архирей,&lt;br /&gt;</w:t>
        <w:br/>
        <w:t>Що сам не без того,&lt;br /&gt;</w:t>
        <w:br/>
        <w:t>А бештае за гpixи&lt;br /&gt;</w:t>
        <w:br/>
        <w:t>Вдівця молодого.</w:t>
      </w:r>
    </w:p>
    <w:p>
      <w:r>
        <w:br/>
        <w:t>"Хто казав вам?" — каже той,&lt;br /&gt;</w:t>
        <w:br/>
        <w:t>"Як-то хто? А люди!"&lt;br /&gt;</w:t>
        <w:br/>
        <w:t>"Та хто тепер людям тим&lt;br /&gt;</w:t>
        <w:br/>
        <w:t>Вже вірити буде?</w:t>
      </w:r>
    </w:p>
    <w:p>
      <w:r>
        <w:br/>
        <w:t>Таже вони i на вас,&lt;br /&gt;</w:t>
        <w:br/>
        <w:t>Пресвятий панотче,&lt;br /&gt;</w:t>
        <w:br/>
        <w:t>Розказують то i то..,&lt;br /&gt;</w:t>
        <w:br/>
        <w:t>Звичайно, не в очі!"</w:t>
      </w:r>
    </w:p>
    <w:p>
      <w:r>
        <w:br/>
        <w:t>Здихнув coбi архирей.&lt;br /&gt;</w:t>
        <w:br/>
        <w:t>"Іди ж,— каже,— з богом!"&lt;br /&gt;</w:t>
        <w:br/>
        <w:t>Та ще й хрестом наділив&lt;br /&gt;</w:t>
        <w:br/>
        <w:t>Вдівця молодого.</w:t>
      </w:r>
    </w:p>
    <w:p>
      <w:r>
        <w:br/>
        <w:t>МАЛО НЕ РИГАЮ</w:t>
      </w:r>
    </w:p>
    <w:p>
      <w:r>
        <w:br/>
        <w:t>Питається архирей&lt;br /&gt;</w:t>
        <w:br/>
        <w:t>Батюшку старого.&lt;br /&gt;</w:t>
        <w:br/>
        <w:t>"Чув я,— каже,— що ти п’єш&lt;br /&gt;</w:t>
        <w:br/>
        <w:t>Багато хмільного",</w:t>
      </w:r>
    </w:p>
    <w:p>
      <w:r>
        <w:br/>
        <w:t>"Hi, не вipтe,— каже той,-&lt;br /&gt;</w:t>
        <w:br/>
        <w:t>Хіба тілько воду,&lt;br /&gt;</w:t>
        <w:br/>
        <w:t>А хмільного — свідок бог —&lt;br /&gt;</w:t>
        <w:br/>
        <w:t>Не кушаю зроду".</w:t>
      </w:r>
    </w:p>
    <w:p>
      <w:r>
        <w:br/>
        <w:t>"Не кушаєш? — каже той.-&lt;br /&gt;</w:t>
        <w:br/>
        <w:t>Зроду не вживаеш?&lt;br /&gt;</w:t>
        <w:br/>
        <w:t>Як же ж,— каже,— ти вино&lt;br /&gt;</w:t>
        <w:br/>
        <w:t>3 чаші випиваеш?"</w:t>
      </w:r>
    </w:p>
    <w:p>
      <w:r>
        <w:br/>
        <w:t>"Не питайте! — каже піп.-&lt;br /&gt;</w:t>
        <w:br/>
        <w:t>Пити — випиваю,&lt;br /&gt;</w:t>
        <w:br/>
        <w:t>Але сам я — свідок бог —&lt;br /&gt;</w:t>
        <w:br/>
        <w:t>Мало не ригаю!"&lt;br /&gt;</w:t>
        <w:br/>
        <w:t>11 июня</w:t>
      </w:r>
    </w:p>
    <w:p>
      <w:r>
        <w:br/>
        <w:t>МЦА</w:t>
      </w:r>
    </w:p>
    <w:p>
      <w:r>
        <w:br/>
        <w:t>Колись coбi мужичок&lt;br /&gt;</w:t>
        <w:br/>
        <w:t>Читати навчився,&lt;br /&gt;</w:t>
        <w:br/>
        <w:t>Баньку грошей заплатив&lt;br /&gt;</w:t>
        <w:br/>
        <w:t>Та й попом зробився.</w:t>
      </w:r>
    </w:p>
    <w:p>
      <w:r>
        <w:br/>
        <w:t>Ото йому i прийшлось&lt;br /&gt;</w:t>
        <w:br/>
        <w:t>В церквi щось читати&lt;br /&gt;</w:t>
        <w:br/>
        <w:t>I "мисліте, [25] ци-аз [26] — ца"&lt;br /&gt;</w:t>
        <w:br/>
        <w:t>3 титлою складати.</w:t>
      </w:r>
    </w:p>
    <w:p>
      <w:r>
        <w:br/>
        <w:t>I замукав бщний піп,&lt;br /&gt;</w:t>
        <w:br/>
        <w:t>Аж пригнув колінця:&lt;br /&gt;</w:t>
        <w:br/>
        <w:t>Все "мисліте, ци-аз-ца,&lt;br /&gt;</w:t>
        <w:br/>
        <w:t>Словотитла — німця!"</w:t>
      </w:r>
    </w:p>
    <w:p>
      <w:r>
        <w:br/>
        <w:t>"Та який тут,— каже,— чорт&lt;br /&gt;</w:t>
        <w:br/>
        <w:t>Того німця тиче?!"&lt;br /&gt;</w:t>
        <w:br/>
        <w:t>Та й з криласа у олтар&lt;br /&gt;</w:t>
        <w:br/>
        <w:t>Піддячого кличе:</w:t>
      </w:r>
    </w:p>
    <w:p>
      <w:r>
        <w:br/>
        <w:t>"Ходи,— каже,— та склади!&lt;br /&gt;</w:t>
        <w:br/>
        <w:t>Чи yмієш, враже?"&lt;br /&gt;</w:t>
        <w:br/>
        <w:t>А той тілько подививсь:&lt;br /&gt;</w:t>
        <w:br/>
        <w:t>"То місяця!" — каже.</w:t>
      </w:r>
    </w:p>
    <w:p>
      <w:r>
        <w:br/>
        <w:t>"Добре, сину,— каже піп,-&lt;br /&gt;</w:t>
        <w:br/>
        <w:t>Іди ж ти співати!".&lt;br /&gt;</w:t>
        <w:br/>
        <w:t>А сам далі розпочав&lt;br /&gt;</w:t>
        <w:br/>
        <w:t>По складах читати.</w:t>
      </w:r>
    </w:p>
    <w:p>
      <w:r>
        <w:br/>
        <w:t>ПО СТАРІЙ ПЕЧАТІ</w:t>
      </w:r>
    </w:p>
    <w:p>
      <w:r>
        <w:br/>
        <w:t>Вмерла жінка у попа,&lt;br /&gt;</w:t>
        <w:br/>
        <w:t>A піп i хитриться,&lt;br /&gt;</w:t>
        <w:br/>
        <w:t>Що до виводу прийде&lt;br /&gt;</w:t>
        <w:br/>
        <w:t>Яка молодиця,</w:t>
      </w:r>
    </w:p>
    <w:p>
      <w:r>
        <w:br/>
        <w:t>То він її приведе,&lt;br /&gt;</w:t>
        <w:br/>
        <w:t>… у xaтi&lt;br /&gt;</w:t>
        <w:br/>
        <w:t>Та i каже, що то так&lt;br /&gt;</w:t>
        <w:br/>
        <w:t>По старій печаті</w:t>
      </w:r>
    </w:p>
    <w:p>
      <w:r>
        <w:br/>
        <w:t>Подобалась та печать&lt;br /&gt;</w:t>
        <w:br/>
        <w:t>Нашим молодицям.&lt;br /&gt;</w:t>
        <w:br/>
        <w:t>Ба вже й думають вони,&lt;br /&gt;</w:t>
        <w:br/>
        <w:t>Що так i годиться.</w:t>
      </w:r>
    </w:p>
    <w:p>
      <w:r>
        <w:br/>
        <w:t>Але настав другий піп —&lt;br /&gt;</w:t>
        <w:br/>
        <w:t>Їдна прибуває,&lt;br /&gt;</w:t>
        <w:br/>
        <w:t>Просить виводу в попа,&lt;br /&gt;</w:t>
        <w:br/>
        <w:t>Copoківкy пхає.</w:t>
      </w:r>
    </w:p>
    <w:p>
      <w:r>
        <w:br/>
        <w:t>"Іди в церкву!" — каже піп.&lt;br /&gt;</w:t>
        <w:br/>
        <w:t>"Та нi,— каже,— в хаті!..&lt;br /&gt;</w:t>
        <w:br/>
        <w:t>Та так-таки, прошу вас,&lt;br /&gt;</w:t>
        <w:br/>
        <w:t>По старій печаті!"</w:t>
      </w:r>
    </w:p>
    <w:p>
      <w:r>
        <w:br/>
        <w:t>Догадався бідний піп,&lt;br /&gt;</w:t>
        <w:br/>
        <w:t>Що куди стріляє.&lt;br /&gt;</w:t>
        <w:br/>
        <w:t>А самого господь крив —&lt;br /&gt;</w:t>
        <w:br/>
        <w:t>Свою гарну має.</w:t>
      </w:r>
    </w:p>
    <w:p>
      <w:r>
        <w:br/>
        <w:t>Та й і каже: "То колись&lt;br /&gt;</w:t>
        <w:br/>
        <w:t>По старій читали,&lt;br /&gt;</w:t>
        <w:br/>
        <w:t>А тепер нова печать,&lt;br /&gt;</w:t>
        <w:br/>
        <w:t>Стару скасували!"&lt;br /&gt;</w:t>
        <w:br/>
        <w:t>12 июня</w:t>
      </w:r>
    </w:p>
    <w:p>
      <w:r>
        <w:br/>
        <w:t>ГОРОХ</w:t>
      </w:r>
    </w:p>
    <w:p>
      <w:r>
        <w:br/>
        <w:t>Розкипається горох,&lt;br /&gt;</w:t>
        <w:br/>
        <w:t>Наймит — що діяти?&lt;br /&gt;</w:t>
        <w:br/>
        <w:t>Іде в церкву до попа&lt;br /&gt;</w:t>
        <w:br/>
        <w:t>Обідати звати.</w:t>
      </w:r>
    </w:p>
    <w:p>
      <w:r>
        <w:br/>
        <w:t>Розштовхує мужиків&lt;br /&gt;</w:t>
        <w:br/>
        <w:t>I сажею маже.&lt;br /&gt;</w:t>
        <w:br/>
        <w:t>Піп якраз стоїть з хрестом,&lt;br /&gt;</w:t>
        <w:br/>
        <w:t>А той йому й каже:</w:t>
      </w:r>
    </w:p>
    <w:p>
      <w:r>
        <w:br/>
        <w:t>"Та ідіть-бо на обід,&lt;br /&gt;</w:t>
        <w:br/>
        <w:t>Годі з вас молиться:&lt;br /&gt;</w:t>
        <w:br/>
        <w:t>Бо горох там на г...&lt;br /&gt;</w:t>
        <w:br/>
        <w:t>Далі розкипиться!"</w:t>
      </w:r>
    </w:p>
    <w:p>
      <w:r>
        <w:br/>
        <w:t>"Тю на тебе! — каже піп.-&lt;br /&gt;</w:t>
        <w:br/>
        <w:t>Чи встиду не маеш?&lt;br /&gt;</w:t>
        <w:br/>
        <w:t>В такім місці ти святім&lt;br /&gt;</w:t>
        <w:br/>
        <w:t>Г... поминаєш!"</w:t>
      </w:r>
    </w:p>
    <w:p>
      <w:r>
        <w:br/>
        <w:t>Далі хрестом замахнув.&lt;br /&gt;</w:t>
        <w:br/>
        <w:t>"Геть від мене! — каже.-&lt;br /&gt;</w:t>
        <w:br/>
        <w:t>Бо як тебе пог...ю,&lt;br /&gt;</w:t>
        <w:br/>
        <w:t>Аж вс... ся, враже!"&lt;br /&gt;</w:t>
        <w:br/>
        <w:t>12 июня</w:t>
      </w:r>
    </w:p>
    <w:p>
      <w:r>
        <w:br/>
        <w:t>БОЖІ ПТИЦІ</w:t>
      </w:r>
    </w:p>
    <w:p>
      <w:r>
        <w:br/>
        <w:t>Говорив раз піп казання&lt;br /&gt;</w:t>
        <w:br/>
        <w:t>Із письма святого.&lt;br /&gt;</w:t>
        <w:br/>
        <w:t>"Чого, грішникy, так липнеш,-&lt;br /&gt;</w:t>
        <w:br/>
        <w:t>Каже,— до земного?"</w:t>
      </w:r>
    </w:p>
    <w:p>
      <w:r>
        <w:br/>
        <w:t>Подивись на божу птицю.&lt;br /&gt;</w:t>
        <w:br/>
        <w:t>Як вона лігає;&lt;br /&gt;</w:t>
        <w:br/>
        <w:t>Hi ope, нi жне, ні ciє,&lt;br /&gt;</w:t>
        <w:br/>
        <w:t>Ані пожинає".</w:t>
      </w:r>
    </w:p>
    <w:p>
      <w:r>
        <w:br/>
        <w:t>А староста напереді&lt;br /&gt;</w:t>
        <w:br/>
        <w:t>Тілько засміявся&lt;br /&gt;</w:t>
        <w:br/>
        <w:t>Та до ключника старого&lt;br /&gt;</w:t>
        <w:br/>
        <w:t>Стихача озвався:</w:t>
      </w:r>
    </w:p>
    <w:p>
      <w:r>
        <w:br/>
        <w:t>"Та якого ж,— каже,— чорта&lt;br /&gt;</w:t>
        <w:br/>
        <w:t>Тая птиця й має?!&lt;br /&gt;</w:t>
        <w:br/>
        <w:t>Скаче тілько по дорозі&lt;br /&gt;</w:t>
        <w:br/>
        <w:t>Та г... а шукає".&lt;br /&gt;</w:t>
        <w:br/>
        <w:t>14 июня</w:t>
      </w:r>
    </w:p>
    <w:p>
      <w:r>
        <w:br/>
        <w:t>ОВ!</w:t>
      </w:r>
    </w:p>
    <w:p>
      <w:r>
        <w:br/>
        <w:t>Говорив піп на казанні:&lt;br /&gt;</w:t>
        <w:br/>
        <w:t>"Був-то coбi,— каже,— гай,&lt;br /&gt;</w:t>
        <w:br/>
        <w:t>За тим гаєм — iще гaї,&lt;br /&gt;</w:t>
        <w:br/>
        <w:t>А за ними — іщe гай!</w:t>
      </w:r>
    </w:p>
    <w:p>
      <w:r>
        <w:br/>
        <w:t>Там-то,— каже,— святий Юрій&lt;br /&gt;</w:t>
        <w:br/>
        <w:t>Показав свое добро,&lt;br /&gt;</w:t>
        <w:br/>
        <w:t>Як пришпилив змію люту&lt;br /&gt;</w:t>
        <w:br/>
        <w:t>Та списою під ребро.</w:t>
      </w:r>
    </w:p>
    <w:p>
      <w:r>
        <w:br/>
        <w:t>То змія вже i почула,&lt;br /&gt;</w:t>
        <w:br/>
        <w:t>Що тут її буде смерть:&lt;br /&gt;</w:t>
        <w:br/>
        <w:t>Лягла тілько, простягнулась&lt;br /&gt;</w:t>
        <w:br/>
        <w:t>Та все coбi пердь та пердь!"</w:t>
      </w:r>
    </w:p>
    <w:p>
      <w:r>
        <w:br/>
        <w:t>А староста: "Ов, панотче!" —&lt;br /&gt;</w:t>
        <w:br/>
        <w:t>Аж узявся за чоло.&lt;br /&gt;</w:t>
        <w:br/>
        <w:t>Мабуть, йому таке слово&lt;br /&gt;</w:t>
        <w:br/>
        <w:t>Не до думки підійшло.</w:t>
      </w:r>
    </w:p>
    <w:p>
      <w:r>
        <w:br/>
        <w:t>A піп йому: "Не "ов", дурню!&lt;br /&gt;</w:t>
        <w:br/>
        <w:t>Бо що правда — то не див!&lt;br /&gt;</w:t>
        <w:br/>
        <w:t>А ти, старий, аж би вс...ся,&lt;br /&gt;</w:t>
        <w:br/>
        <w:t>Щоб тебе так пришпилив!"&lt;br /&gt;</w:t>
        <w:br/>
        <w:t>14 июня</w:t>
      </w:r>
    </w:p>
    <w:p>
      <w:r>
        <w:br/>
        <w:t>ПРОСЬБА</w:t>
      </w:r>
    </w:p>
    <w:p>
      <w:r>
        <w:br/>
        <w:t>Раз писали мужики&lt;br /&gt;</w:t>
        <w:br/>
        <w:t>До свого владики.&lt;br /&gt;</w:t>
        <w:br/>
        <w:t>"Архирею,— пишуть,— наш!&lt;br /&gt;</w:t>
        <w:br/>
        <w:t>Ясний та великий!</w:t>
      </w:r>
    </w:p>
    <w:p>
      <w:r>
        <w:br/>
        <w:t>Церква наша з давніх літ&lt;br /&gt;</w:t>
        <w:br/>
        <w:t>Перейшла нінащо.&lt;br /&gt;</w:t>
        <w:br/>
        <w:t>Кілько є у нас святих —&lt;br /&gt;</w:t>
        <w:br/>
        <w:t>Bci стали ледащо.</w:t>
      </w:r>
    </w:p>
    <w:p>
      <w:r>
        <w:br/>
        <w:t>Maтip божа на дошках&lt;br /&gt;</w:t>
        <w:br/>
        <w:t>Згорбилась, зігнулась,&lt;br /&gt;</w:t>
        <w:br/>
        <w:t>Апостоли розійшлись,&lt;br /&gt;</w:t>
        <w:br/>
        <w:t>А Варвара здулась.</w:t>
      </w:r>
    </w:p>
    <w:p>
      <w:r>
        <w:br/>
        <w:t>Миколай від хробакшів&lt;br /&gt;</w:t>
        <w:br/>
        <w:t>Порохном узявся.&lt;br /&gt;</w:t>
        <w:br/>
        <w:t>Сам спаситель на вратах&lt;br /&gt;</w:t>
        <w:br/>
        <w:t>Поздовж перепався.</w:t>
      </w:r>
    </w:p>
    <w:p>
      <w:r>
        <w:br/>
        <w:t>Миколая нам позволь&lt;br /&gt;</w:t>
        <w:br/>
        <w:t>Наново зробити,&lt;br /&gt;</w:t>
        <w:br/>
        <w:t>Maтip божій через зад&lt;br /&gt;</w:t>
        <w:br/>
        <w:t>Клин їден забити.</w:t>
      </w:r>
    </w:p>
    <w:p>
      <w:r>
        <w:br/>
        <w:t>Апостолів вcix уряд&lt;br /&gt;</w:t>
        <w:br/>
        <w:t>Дрючками зігнати,&lt;br /&gt;</w:t>
        <w:br/>
        <w:t>Спасителя на вратах&lt;br /&gt;</w:t>
        <w:br/>
        <w:t>Щоб на шпуги взяти.</w:t>
      </w:r>
    </w:p>
    <w:p>
      <w:r>
        <w:br/>
        <w:t>А з Варварою уже&lt;br /&gt;</w:t>
        <w:br/>
        <w:t>Нічого робити:&lt;br /&gt;</w:t>
        <w:br/>
        <w:t>Коли вона здулась так,&lt;br /&gt;</w:t>
        <w:br/>
        <w:t>То кажи покрити".&lt;br /&gt;</w:t>
        <w:br/>
        <w:t>14 июня</w:t>
      </w:r>
    </w:p>
    <w:p>
      <w:r>
        <w:br/>
        <w:t>ПО ВОДІ ПІДУ</w:t>
      </w:r>
    </w:p>
    <w:p>
      <w:r>
        <w:br/>
        <w:t>По ярмарку циганчук&lt;br /&gt;</w:t>
        <w:br/>
        <w:t>Конем виграває,&lt;br /&gt;</w:t>
        <w:br/>
        <w:t>Понад воду вcix людей&lt;br /&gt;</w:t>
        <w:br/>
        <w:t>3 ярмарку скликає.</w:t>
      </w:r>
    </w:p>
    <w:p>
      <w:r>
        <w:br/>
        <w:t>Кого здибає — кричить;&lt;br /&gt;</w:t>
        <w:br/>
        <w:t>"Сину, тату, діду!&lt;br /&gt;</w:t>
        <w:br/>
        <w:t>Ходіть живо понад став,&lt;br /&gt;</w:t>
        <w:br/>
        <w:t>Я по воді піду".</w:t>
      </w:r>
    </w:p>
    <w:p>
      <w:r>
        <w:br/>
        <w:t>Посходились понад став,&lt;br /&gt;</w:t>
        <w:br/>
        <w:t>"Bci по грошу!" — каже,&lt;br /&gt;</w:t>
        <w:br/>
        <w:t>Bci по грошу i дали.&lt;br /&gt;</w:t>
        <w:br/>
        <w:t>"Іди ж,— кажуть,— враже!"</w:t>
      </w:r>
    </w:p>
    <w:p>
      <w:r>
        <w:br/>
        <w:t>Але циган на коня:&lt;br /&gt;</w:t>
        <w:br/>
        <w:t>"Cпacибi вам, люди!&lt;br /&gt;</w:t>
        <w:br/>
        <w:t>Toгдi піду по воді,&lt;br /&gt;</w:t>
        <w:br/>
        <w:t>Коли зима буде!"</w:t>
      </w:r>
    </w:p>
    <w:p>
      <w:r>
        <w:br/>
        <w:t>ЦИГАНСЬКИЙ ХРЕСТ</w:t>
      </w:r>
    </w:p>
    <w:p>
      <w:r>
        <w:br/>
        <w:t>Стоїть циган на ніiгy,&lt;br /&gt;</w:t>
        <w:br/>
        <w:t>Мужик проїжджає.&lt;br /&gt;</w:t>
        <w:br/>
        <w:t>"Чи не хочеш ти хреста?" —&lt;br /&gt;</w:t>
        <w:br/>
        <w:t>Мужика питає.</w:t>
      </w:r>
    </w:p>
    <w:p>
      <w:r>
        <w:br/>
        <w:t>"Чом не хочу?" — каже той,&lt;br /&gt;</w:t>
        <w:br/>
        <w:t>"То дай десять грошей,&lt;br /&gt;</w:t>
        <w:br/>
        <w:t>Будеш такий мати хрест&lt;br /&gt;</w:t>
        <w:br/>
        <w:t>Хороший-хороший!"</w:t>
      </w:r>
    </w:p>
    <w:p>
      <w:r>
        <w:br/>
        <w:t>Дав десятничка мужик,&lt;br /&gt;</w:t>
        <w:br/>
        <w:t>А циган на штуки:&lt;br /&gt;</w:t>
        <w:br/>
        <w:t>Гугуп наознак у сніг&lt;br /&gt;</w:t>
        <w:br/>
        <w:t>I розкинув руки.</w:t>
      </w:r>
    </w:p>
    <w:p>
      <w:r>
        <w:br/>
        <w:t>I легенько устає,&lt;br /&gt;</w:t>
        <w:br/>
        <w:t>Устав та й регоче.&lt;br /&gt;</w:t>
        <w:br/>
        <w:t>"Ото,— каже,— тoбi хрест,&lt;br /&gt;</w:t>
        <w:br/>
        <w:t>На cнігy, панотче!"</w:t>
      </w:r>
    </w:p>
    <w:p>
      <w:r>
        <w:br/>
        <w:t>ЦИГАН-ПАСІЧНИК</w:t>
      </w:r>
    </w:p>
    <w:p>
      <w:r>
        <w:br/>
        <w:t>Раз бaгатi хазяї&lt;br /&gt;</w:t>
        <w:br/>
        <w:t>Цигана приймали&lt;br /&gt;</w:t>
        <w:br/>
        <w:t>I тут йому, на біду,&lt;br /&gt;</w:t>
        <w:br/>
        <w:t>Щільник меду дали.</w:t>
      </w:r>
    </w:p>
    <w:p>
      <w:r>
        <w:br/>
        <w:t>Розсмакував бiciв син&lt;br /&gt;</w:t>
        <w:br/>
        <w:t>То все, було, ходить,&lt;br /&gt;</w:t>
        <w:br/>
        <w:t>Стане, шельма, під вшікном&lt;br /&gt;</w:t>
        <w:br/>
        <w:t>Та й "меду" заводить.</w:t>
      </w:r>
    </w:p>
    <w:p>
      <w:r>
        <w:br/>
        <w:t>Що не гнали хазяї —&lt;br /&gt;</w:t>
        <w:br/>
        <w:t>Ніяк відігнати,&lt;br /&gt;</w:t>
        <w:br/>
        <w:t>Ото його до джмелів&lt;br /&gt;</w:t>
        <w:br/>
        <w:t>Здумали післати.</w:t>
      </w:r>
    </w:p>
    <w:p>
      <w:r>
        <w:br/>
        <w:t>Питається сам хазяй:&lt;br /&gt;</w:t>
        <w:br/>
        <w:t>"Хочеш меду, враже?"&lt;br /&gt;</w:t>
        <w:br/>
        <w:t>"Чом не хочу, тату мій,&lt;br /&gt;</w:t>
        <w:br/>
        <w:t>Хочу",— циган каже.</w:t>
      </w:r>
    </w:p>
    <w:p>
      <w:r>
        <w:br/>
        <w:t>"То возьми ж coбi дупло&lt;br /&gt;</w:t>
        <w:br/>
        <w:t>3 медом i пчолами".&lt;br /&gt;</w:t>
        <w:br/>
        <w:t>Циган його ухватив&lt;br /&gt;</w:t>
        <w:br/>
        <w:t>Руками й ногами.</w:t>
      </w:r>
    </w:p>
    <w:p>
      <w:r>
        <w:br/>
        <w:t>"А де ж, тату, то дупло?.."&lt;br /&gt;</w:t>
        <w:br/>
        <w:t>"Отам серед ліса!&lt;br /&gt;</w:t>
        <w:br/>
        <w:t>Гляди ж, мухи не дрочи&lt;br /&gt;</w:t>
        <w:br/>
        <w:t>Та не згадуй бica!"</w:t>
      </w:r>
    </w:p>
    <w:p>
      <w:r>
        <w:br/>
        <w:t>Побіг циган, такий рад,&lt;br /&gt;</w:t>
        <w:br/>
        <w:t>Що мед буде їсти.&lt;br /&gt;</w:t>
        <w:br/>
        <w:t>Серед лісу стоїть дуб —&lt;br /&gt;</w:t>
        <w:br/>
        <w:t>Давай по нім лізти.</w:t>
      </w:r>
    </w:p>
    <w:p>
      <w:r>
        <w:br/>
        <w:t>Прилізаеє до дупла,&lt;br /&gt;</w:t>
        <w:br/>
        <w:t>Моститься, небора,&lt;br /&gt;</w:t>
        <w:br/>
        <w:t>А в дуплi джмелі-джмелі&lt;br /&gt;</w:t>
        <w:br/>
        <w:t>Гудуть, аж говорять.</w:t>
      </w:r>
    </w:p>
    <w:p>
      <w:r>
        <w:br/>
        <w:t>Тілько руку до дупла —&lt;br /&gt;</w:t>
        <w:br/>
        <w:t>Вони й забришніли&lt;br /&gt;</w:t>
        <w:br/>
        <w:t>I, як чорнеє рядно,&lt;br /&gt;</w:t>
        <w:br/>
        <w:t>Цигана обсіли.</w:t>
      </w:r>
    </w:p>
    <w:p>
      <w:r>
        <w:br/>
        <w:t>I шпигнув його їден.&lt;br /&gt;</w:t>
        <w:br/>
        <w:t>"Господь,— каже,— з вами!"&lt;br /&gt;</w:t>
        <w:br/>
        <w:t>Шпигнув другий. "Та піди ж&lt;br /&gt;</w:t>
        <w:br/>
        <w:t>До божої мами!"</w:t>
      </w:r>
    </w:p>
    <w:p>
      <w:r>
        <w:br/>
        <w:t>Далі кілька вже ураз&lt;br /&gt;</w:t>
        <w:br/>
        <w:t>Цигана кусає.&lt;br /&gt;</w:t>
        <w:br/>
        <w:t>"Та ідіть-бо до святих!" —&lt;br /&gt;</w:t>
        <w:br/>
        <w:t>Циган промовляє.</w:t>
      </w:r>
    </w:p>
    <w:p>
      <w:r>
        <w:br/>
        <w:t>Далі видить неборак,&lt;br /&gt;</w:t>
        <w:br/>
        <w:t>Що вже й пухне губа.&lt;br /&gt;</w:t>
        <w:br/>
        <w:t>"Тепер,— каже,— к чорту йдіть!"&lt;br /&gt;</w:t>
        <w:br/>
        <w:t>Та шелеп iз дуба!</w:t>
      </w:r>
    </w:p>
    <w:p>
      <w:r>
        <w:br/>
        <w:t>ХОЛОДНО</w:t>
      </w:r>
    </w:p>
    <w:p>
      <w:r>
        <w:br/>
        <w:t>Сидить голий циганчук,&lt;br /&gt;</w:t>
        <w:br/>
        <w:t>Аж мало не плаче,&lt;br /&gt;</w:t>
        <w:br/>
        <w:t>"Тату,— каже,— холодно!&lt;br /&gt;</w:t>
        <w:br/>
        <w:t>Зуб до зуба скаче".</w:t>
      </w:r>
    </w:p>
    <w:p>
      <w:r>
        <w:br/>
        <w:t>А той йому поясок:&lt;br /&gt;</w:t>
        <w:br/>
        <w:t>"Та на! Не журися!&lt;br /&gt;</w:t>
        <w:br/>
        <w:t>Коли тoбi холодно,&lt;br /&gt;</w:t>
        <w:br/>
        <w:t>То підпережися".</w:t>
      </w:r>
    </w:p>
    <w:p>
      <w:r>
        <w:br/>
        <w:t>ЦИГАНСЬКИЙ НАЙМИТ</w:t>
      </w:r>
    </w:p>
    <w:p>
      <w:r>
        <w:br/>
        <w:t>Оддавав у наймити&lt;br /&gt;</w:t>
        <w:br/>
        <w:t>Циган свого сина.&lt;br /&gt;</w:t>
        <w:br/>
        <w:t>"Та він,— каже,— буде в вас&lt;br /&gt;</w:t>
        <w:br/>
        <w:t>Предобра дитина!..</w:t>
      </w:r>
    </w:p>
    <w:p>
      <w:r>
        <w:br/>
        <w:t>А як коли зноровить&lt;br /&gt;</w:t>
        <w:br/>
        <w:t>Та їсти не схоче —&lt;br /&gt;</w:t>
        <w:br/>
        <w:t>Не жалуйте, прошу вас,&lt;br /&gt;</w:t>
        <w:br/>
        <w:t>Нагаєм, панотче!</w:t>
      </w:r>
    </w:p>
    <w:p>
      <w:r>
        <w:br/>
        <w:t>Та все йому говоріть:&lt;br /&gt;</w:t>
        <w:br/>
        <w:t>"А їж-таки, враже!"&lt;br /&gt;</w:t>
        <w:br/>
        <w:t>А робити — чорт iз ним! —&lt;br /&gt;</w:t>
        <w:br/>
        <w:t>Не силуйте!" — каже.</w:t>
      </w:r>
    </w:p>
    <w:p>
      <w:r>
        <w:br/>
        <w:t>ДУДКА</w:t>
      </w:r>
    </w:p>
    <w:p>
      <w:r>
        <w:br/>
        <w:t>Сидить бідне циганя,&lt;br /&gt;</w:t>
        <w:br/>
        <w:t>Попхинькує стиха.&lt;br /&gt;</w:t>
        <w:br/>
        <w:t>А сопляк йому під носом&lt;br /&gt;</w:t>
        <w:br/>
        <w:t>Аж замерз, до лиха,</w:t>
      </w:r>
    </w:p>
    <w:p>
      <w:r>
        <w:br/>
        <w:t>А другеє циганя&lt;br /&gt;</w:t>
        <w:br/>
        <w:t>Біду потішає:&lt;br /&gt;</w:t>
        <w:br/>
        <w:t>"Ото,— каже,— наш Роман&lt;br /&gt;</w:t>
        <w:br/>
        <w:t>Яку дудку має!"</w:t>
      </w:r>
    </w:p>
    <w:p>
      <w:r>
        <w:br/>
        <w:t>ЦИГАНСЬКА СМЕРТЬ</w:t>
      </w:r>
    </w:p>
    <w:p>
      <w:r>
        <w:br/>
        <w:t>Розказував циган раз&lt;br /&gt;</w:t>
        <w:br/>
        <w:t>За смерть свого сина:&lt;br /&gt;</w:t>
        <w:br/>
        <w:t>"Щеніхтo так не вмирав,&lt;br /&gt;</w:t>
        <w:br/>
        <w:t>Як моя дитина.</w:t>
      </w:r>
    </w:p>
    <w:p>
      <w:r>
        <w:br/>
        <w:t>Тільки-то вже смерть прийшла,&lt;br /&gt;</w:t>
        <w:br/>
        <w:t>А він на всю хату:&lt;br /&gt;</w:t>
        <w:br/>
        <w:t>"Люльки, люльки! — закричав.-&lt;br /&gt;</w:t>
        <w:br/>
        <w:t>Люльки,— каже,— тату!"</w:t>
      </w:r>
    </w:p>
    <w:p>
      <w:r>
        <w:br/>
        <w:t>Приніс йому таки сам,&lt;br /&gt;</w:t>
        <w:br/>
        <w:t>А синок, небога,&lt;br /&gt;</w:t>
        <w:br/>
        <w:t>Тілько раз coбi пакнув&lt;br /&gt;</w:t>
        <w:br/>
        <w:t>Та й пішов до бога!"</w:t>
      </w:r>
    </w:p>
    <w:p>
      <w:r>
        <w:br/>
        <w:t>ВАРЕНА СОКИРА</w:t>
      </w:r>
    </w:p>
    <w:p>
      <w:r>
        <w:br/>
        <w:t>Прийшов москаль на постій,&lt;br /&gt;</w:t>
        <w:br/>
        <w:t>Заглядає в очi:&lt;br /&gt;</w:t>
        <w:br/>
        <w:t>"Свари, бабка, што-нибудь!"&lt;br /&gt;</w:t>
        <w:br/>
        <w:t>А бабка не хоче.</w:t>
      </w:r>
    </w:p>
    <w:p>
      <w:r>
        <w:br/>
        <w:t>"Нема!" — каже. — "Как не быть?"&lt;br /&gt;</w:t>
        <w:br/>
        <w:t>"А нема нічого!"&lt;br /&gt;</w:t>
        <w:br/>
        <w:t>"Та ну, бабка, не шути!"&lt;br /&gt;</w:t>
        <w:br/>
        <w:t>"Та нема ж, їй-богу!"</w:t>
      </w:r>
    </w:p>
    <w:p>
      <w:r>
        <w:br/>
        <w:t>"Так и нет суда на нет!..&lt;br /&gt;</w:t>
        <w:br/>
        <w:t>А тапор имееш?"&lt;br /&gt;</w:t>
        <w:br/>
        <w:t>"Та сокира десь була!"&lt;br /&gt;</w:t>
        <w:br/>
        <w:t>"А вады нагрееш?"</w:t>
      </w:r>
    </w:p>
    <w:p>
      <w:r>
        <w:br/>
        <w:t>"Та нaгpiю; що ж з води?"&lt;br /&gt;</w:t>
        <w:br/>
        <w:t>"Ничаво, паладим,&lt;br /&gt;</w:t>
        <w:br/>
        <w:t>Лиш бы тапор та вада,&lt;br /&gt;</w:t>
        <w:br/>
        <w:t>Что-нибудь да сладим!"</w:t>
      </w:r>
    </w:p>
    <w:p>
      <w:r>
        <w:br/>
        <w:t>Горить вогонь у печі,&lt;br /&gt;</w:t>
        <w:br/>
        <w:t>Окріп закипає,&lt;br /&gt;</w:t>
        <w:br/>
        <w:t>Москаль бере у окріп&lt;br /&gt;</w:t>
        <w:br/>
        <w:t>Сокиру кидає.</w:t>
      </w:r>
    </w:p>
    <w:p>
      <w:r>
        <w:br/>
        <w:t>"Теперь, бабка, если б так&lt;br /&gt;</w:t>
        <w:br/>
        <w:t>Хоть крупы немного...&lt;br /&gt;</w:t>
        <w:br/>
        <w:t>Энто было б знаешь что?&lt;br /&gt;</w:t>
        <w:br/>
        <w:t>Ану-ка, ей-богу!"</w:t>
      </w:r>
    </w:p>
    <w:p>
      <w:r>
        <w:br/>
        <w:t>Гішла баба до сіней,&lt;br /&gt;</w:t>
        <w:br/>
        <w:t>Пригорщу приносить,&lt;br /&gt;</w:t>
        <w:br/>
        <w:t>Але москаль, бiciв син,&lt;br /&gt;</w:t>
        <w:br/>
        <w:t>Сальця iщe просить.</w:t>
      </w:r>
    </w:p>
    <w:p>
      <w:r>
        <w:br/>
        <w:t>Внесла баба i сальця,&lt;br /&gt;</w:t>
        <w:br/>
        <w:t>А далі до юшки&lt;br /&gt;</w:t>
        <w:br/>
        <w:t>Підкинула i сама&lt;br /&gt;</w:t>
        <w:br/>
        <w:t>Солі та петрушки.</w:t>
      </w:r>
    </w:p>
    <w:p>
      <w:r>
        <w:br/>
        <w:t>I все її на yмi&lt;br /&gt;</w:t>
        <w:br/>
        <w:t>Варена сокира,&lt;br /&gt;</w:t>
        <w:br/>
        <w:t>А сокиру вже давно&lt;br /&gt;</w:t>
        <w:br/>
        <w:t>Витягнув псявіра.</w:t>
      </w:r>
    </w:p>
    <w:p>
      <w:r>
        <w:br/>
        <w:t>Укипіло — їв москаль,&lt;br /&gt;</w:t>
        <w:br/>
        <w:t>Баба помагала,&lt;br /&gt;</w:t>
        <w:br/>
        <w:t>Москаль ранець натягав,&lt;br /&gt;</w:t>
        <w:br/>
        <w:t>Баба доїдала.</w:t>
      </w:r>
    </w:p>
    <w:p>
      <w:r>
        <w:br/>
        <w:t>Москаль ранець натягнув&lt;br /&gt;</w:t>
        <w:br/>
        <w:t>Та й пішов, псявіра,&lt;br /&gt;</w:t>
        <w:br/>
        <w:t>Баба ж сидить та хвалить,&lt;br /&gt;</w:t>
        <w:br/>
        <w:t>Що добра сокира.</w:t>
      </w:r>
    </w:p>
    <w:p>
      <w:r>
        <w:br/>
        <w:t>СВІЧКА</w:t>
      </w:r>
    </w:p>
    <w:p>
      <w:r>
        <w:br/>
        <w:t>Купив свічку раз купець,&lt;br /&gt;</w:t>
        <w:br/>
        <w:t>Подає другому&lt;br /&gt;</w:t>
        <w:br/>
        <w:t>Та й говорить з-за плечей:&lt;br /&gt;</w:t>
        <w:br/>
        <w:t>"Сергею святому".&lt;br /&gt;</w:t>
        <w:br/>
        <w:t>А наш собі не дочув —&lt;br /&gt;</w:t>
        <w:br/>
        <w:t>Подає другому&lt;br /&gt;</w:t>
        <w:br/>
        <w:t>Та й говорить з-за плечей?&lt;br /&gt;</w:t>
        <w:br/>
        <w:t>"Андрею святому".&lt;br /&gt;</w:t>
        <w:br/>
        <w:t>Пішла свічка по руках,&lt;br /&gt;</w:t>
        <w:br/>
        <w:t>А той поглядає.&lt;br /&gt;</w:t>
        <w:br/>
        <w:t>Ото староста вперед&lt;br /&gt;</w:t>
        <w:br/>
        <w:t>3 нею наступає.&lt;br /&gt;</w:t>
        <w:br/>
        <w:t>До Андрея просто йде,&lt;br /&gt;</w:t>
        <w:br/>
        <w:t>А той не звинеться:&lt;br /&gt;</w:t>
        <w:br/>
        <w:t>Поміж люди наперед&lt;br /&gt;</w:t>
        <w:br/>
        <w:t>Собакою рветься!&lt;br /&gt;</w:t>
        <w:br/>
        <w:t>"Да какому,— закричав,-&lt;br /&gt;</w:t>
        <w:br/>
        <w:t>Лєпіш дуралєю?&lt;br /&gt;</w:t>
        <w:br/>
        <w:t>Нє ентому, гаварят!&lt;br /&gt;</w:t>
        <w:br/>
        <w:t>Гаварят, Сергею!"&lt;br /&gt;</w:t>
        <w:br/>
        <w:t>19 июня</w:t>
      </w:r>
    </w:p>
    <w:p>
      <w:r>
        <w:br/>
        <w:t>СКАЧИ, МИКАЛАЙ! [27]</w:t>
      </w:r>
    </w:p>
    <w:p>
      <w:r>
        <w:br/>
        <w:t>Видить москаль коня в полі.&lt;br /&gt;</w:t>
        <w:br/>
        <w:t>Красти замишляє,&lt;br /&gt;</w:t>
        <w:br/>
        <w:t>3-за пазухи Миколая&lt;br /&gt;</w:t>
        <w:br/>
        <w:t>Свого витягає.</w:t>
      </w:r>
    </w:p>
    <w:p>
      <w:r>
        <w:br/>
        <w:t>Давай йому примовляти:&lt;br /&gt;</w:t>
        <w:br/>
        <w:t>"Микола-утеха!&lt;br /&gt;</w:t>
        <w:br/>
        <w:t>Да памаги украсть лошадь —&lt;br /&gt;</w:t>
        <w:br/>
        <w:t>Верхом будешь ехать".</w:t>
      </w:r>
    </w:p>
    <w:p>
      <w:r>
        <w:br/>
        <w:t>Помолився, повзе полем,&lt;br /&gt;</w:t>
        <w:br/>
        <w:t>Де шкапа стояла...&lt;br /&gt;</w:t>
        <w:br/>
        <w:t>Але якось збіглись люди,&lt;br /&gt;</w:t>
        <w:br/>
        <w:t>Москаля нагнали.</w:t>
      </w:r>
    </w:p>
    <w:p>
      <w:r>
        <w:br/>
        <w:t>Тогді москаль Миколая&lt;br /&gt;</w:t>
        <w:br/>
        <w:t>На шнурочок в’яже,&lt;br /&gt;</w:t>
        <w:br/>
        <w:t>Волоче його іззаду&lt;br /&gt;</w:t>
        <w:br/>
        <w:t>Та й до нього каже:</w:t>
      </w:r>
    </w:p>
    <w:p>
      <w:r>
        <w:br/>
        <w:t>"Насил тебя, как добраво.&lt;br /&gt;</w:t>
        <w:br/>
        <w:t>Теперь — черт с табою!&lt;br /&gt;</w:t>
        <w:br/>
        <w:t>Не памог мне верхом ехать —&lt;br /&gt;</w:t>
        <w:br/>
        <w:t>Так скачи за мною!"&lt;br /&gt;</w:t>
        <w:br/>
        <w:t>20 июня</w:t>
      </w:r>
    </w:p>
    <w:p>
      <w:r>
        <w:br/>
        <w:t>ВАРВАРА</w:t>
      </w:r>
    </w:p>
    <w:p>
      <w:r>
        <w:br/>
        <w:t>Перепродав раз маляр&lt;br /&gt;</w:t>
        <w:br/>
        <w:t>Усе серед Бару [28]&lt;br /&gt;</w:t>
        <w:br/>
        <w:t>I на продаж тілько мав&lt;br /&gt;</w:t>
        <w:br/>
        <w:t>Їдную Варвару.</w:t>
      </w:r>
    </w:p>
    <w:p>
      <w:r>
        <w:br/>
        <w:t>Аж приходить наш мужик,&lt;br /&gt;</w:t>
        <w:br/>
        <w:t>Шапку поправляє.&lt;br /&gt;</w:t>
        <w:br/>
        <w:t>"Чи є у вас Миколай?" —&lt;br /&gt;</w:t>
        <w:br/>
        <w:t>Маляра питає.</w:t>
      </w:r>
    </w:p>
    <w:p>
      <w:r>
        <w:br/>
        <w:t>"Нету, братец,— каже той,-&lt;br /&gt;</w:t>
        <w:br/>
        <w:t>Тольки зараз буде".&lt;br /&gt;</w:t>
        <w:br/>
        <w:t>Та Варвару живо зняв&lt;br /&gt;</w:t>
        <w:br/>
        <w:t>Та й до халабуди.</w:t>
      </w:r>
    </w:p>
    <w:p>
      <w:r>
        <w:br/>
        <w:t>І кісткою раз мазнув —&lt;br /&gt;</w:t>
        <w:br/>
        <w:t>I чаша закрилась,&lt;br /&gt;</w:t>
        <w:br/>
        <w:t>Мазнув iщe кілька раз —&lt;br /&gt;</w:t>
        <w:br/>
        <w:t>I митра вродилась.</w:t>
      </w:r>
    </w:p>
    <w:p>
      <w:r>
        <w:br/>
        <w:t>Мазнув ще раз — i обруч&lt;br /&gt;</w:t>
        <w:br/>
        <w:t>Обвів наокола&lt;br /&gt;</w:t>
        <w:br/>
        <w:t>І бігцем до мужика:&lt;br /&gt;</w:t>
        <w:br/>
        <w:t>"Вот тебе Микола".</w:t>
      </w:r>
    </w:p>
    <w:p>
      <w:r>
        <w:br/>
        <w:t>Але мужик coбi став,&lt;br /&gt;</w:t>
        <w:br/>
        <w:t>Під боки узявся,&lt;br /&gt;</w:t>
        <w:br/>
        <w:t>Як поглянув на лице —&lt;br /&gt;</w:t>
        <w:br/>
        <w:t>Так i засміявся.</w:t>
      </w:r>
    </w:p>
    <w:p>
      <w:r>
        <w:br/>
        <w:t>"Що Микола, то Микола!&lt;br /&gt;</w:t>
        <w:br/>
        <w:t>Правдива Микола!..&lt;br /&gt;</w:t>
        <w:br/>
        <w:t>Щоби тoбi волосок!..&lt;br /&gt;</w:t>
        <w:br/>
        <w:t>Вся борода гола!"</w:t>
      </w:r>
    </w:p>
    <w:p>
      <w:r>
        <w:br/>
        <w:t>"Нешто хочешь барады?&lt;br /&gt;</w:t>
        <w:br/>
        <w:t>И барада буде!"&lt;br /&gt;</w:t>
        <w:br/>
        <w:t>I з Варварою мерщій&lt;br /&gt;</w:t>
        <w:br/>
        <w:t>Знов до халабуди.</w:t>
      </w:r>
    </w:p>
    <w:p>
      <w:r>
        <w:br/>
        <w:t>Bn6irae, кругом глип —&lt;br /&gt;</w:t>
        <w:br/>
        <w:t>Мужика й нi пари!&lt;br /&gt;</w:t>
        <w:br/>
        <w:t>А тут баба, як на злість,&lt;br /&gt;</w:t>
        <w:br/>
        <w:t>Питає Варвари.</w:t>
      </w:r>
    </w:p>
    <w:p>
      <w:r>
        <w:br/>
        <w:t>Прокляв маляр мужика&lt;br /&gt;</w:t>
        <w:br/>
        <w:t>I бабу, до лиха;&lt;br /&gt;</w:t>
        <w:br/>
        <w:t>Ставить образ на стілець&lt;br /&gt;</w:t>
        <w:br/>
        <w:t>Та й промовив стиха:</w:t>
      </w:r>
    </w:p>
    <w:p>
      <w:r>
        <w:br/>
        <w:t>"Не требуй он барады,&lt;br /&gt;</w:t>
        <w:br/>
        <w:t>Энтакая харя! —&lt;br /&gt;</w:t>
        <w:br/>
        <w:t>И еще бы была раз&lt;br /&gt;</w:t>
        <w:br/>
        <w:t>С Миколы Варвара".</w:t>
      </w:r>
    </w:p>
    <w:p>
      <w:r>
        <w:br/>
        <w:t>CZY TYM KONIEM</w:t>
      </w:r>
    </w:p>
    <w:p>
      <w:r>
        <w:br/>
        <w:t>Сидить москаль на стільці,&lt;br /&gt;</w:t>
        <w:br/>
        <w:t>Аж куриться, бреше,&lt;br /&gt;</w:t>
        <w:br/>
        <w:t>А ляхва кругом стоїть,&lt;br /&gt;</w:t>
        <w:br/>
        <w:t>Тілько вогню креше.&lt;br /&gt;</w:t>
        <w:br/>
        <w:t>"Вот,— прибріхує москаль,-&lt;br /&gt;</w:t>
        <w:br/>
        <w:t>Раз была потеха:&lt;br /&gt;</w:t>
        <w:br/>
        <w:t>В адни сутки пятьсот вёрст&lt;br /&gt;</w:t>
        <w:br/>
        <w:t>Я верхом проехал..."&lt;br /&gt;</w:t>
        <w:br/>
        <w:t>"Ale to nie moze by&amp;#263;!" —&lt;br /&gt;</w:t>
        <w:br/>
        <w:t>Якийсь обізвався.-&lt;br /&gt;</w:t>
        <w:br/>
        <w:t>"Как не может?.. Нешто лгу? —&lt;br /&gt;</w:t>
        <w:br/>
        <w:t>Москаль обізвався.-&lt;br /&gt;</w:t>
        <w:br/>
        <w:t>Да знаете ль, что в Москве&lt;br /&gt;</w:t>
        <w:br/>
        <w:t>Адин мне не верил,&lt;br /&gt;</w:t>
        <w:br/>
        <w:t>Так за это я ему&lt;br /&gt;</w:t>
        <w:br/>
        <w:t>Рожу перемерил".&lt;br /&gt;</w:t>
        <w:br/>
        <w:t>Toгдi ляшок позадгузь:&lt;br /&gt;</w:t>
        <w:br/>
        <w:t>"А powiedz ranie, panie,&lt;br /&gt;</w:t>
        <w:br/>
        <w:t>Czy tym koniem jechal pan,&lt;br /&gt;</w:t>
        <w:br/>
        <w:t>Ze stoje na stani?"&lt;br /&gt;</w:t>
        <w:br/>
        <w:t>"Этим самым!" А ляшок:&lt;br /&gt;</w:t>
        <w:br/>
        <w:t>"Niech ze pan przebacze,&lt;br /&gt;</w:t>
        <w:br/>
        <w:t>Bo ten kon nie to piec&amp;#263; set,&lt;br /&gt;</w:t>
        <w:br/>
        <w:t>A tysiac przeskacze!"</w:t>
      </w:r>
    </w:p>
    <w:p>
      <w:r>
        <w:br/>
        <w:t>ЧИ ТИМ КОНЕМ</w:t>
      </w:r>
    </w:p>
    <w:p>
      <w:r>
        <w:br/>
        <w:t>Сидить москаль на стільці,&lt;br /&gt;</w:t>
        <w:br/>
        <w:t>Аж куриться, бреше,&lt;br /&gt;</w:t>
        <w:br/>
        <w:t>А ляхва кругом стоїть,&lt;br /&gt;</w:t>
        <w:br/>
        <w:t>Тілько вогню креше.&lt;br /&gt;</w:t>
        <w:br/>
        <w:t>"От,— прибріхує москаль,-&lt;br /&gt;</w:t>
        <w:br/>
        <w:t>Раз була пoтixa:&lt;br /&gt;</w:t>
        <w:br/>
        <w:t>В одні сутки п’ятсот верст&lt;br /&gt;</w:t>
        <w:br/>
        <w:t>Я верхом проїхав".&lt;br /&gt;</w:t>
        <w:br/>
        <w:t>"Та куди вам п’ятсот верст?" —&lt;br /&gt;</w:t>
        <w:br/>
        <w:t>Ляшок обізвався.&lt;br /&gt;</w:t>
        <w:br/>
        <w:t>"Так не вірите, чи що? —&lt;br /&gt;</w:t>
        <w:br/>
        <w:t>Москаль запитався.-&lt;br /&gt;</w:t>
        <w:br/>
        <w:t>Та знаете, що в Mocквi&lt;br /&gt;</w:t>
        <w:br/>
        <w:t>Один не пoвipив,&lt;br /&gt;</w:t>
        <w:br/>
        <w:t>Так я йому кулаком&lt;br /&gt;</w:t>
        <w:br/>
        <w:t>Морду перемірив?.."&lt;br /&gt;</w:t>
        <w:br/>
        <w:t>Тогді ляшок позадгузь.&lt;br /&gt;</w:t>
        <w:br/>
        <w:t>"Скажіть,— каже,— пане,&lt;br /&gt;</w:t>
        <w:br/>
        <w:t>Чи тим конем їхав пан,&lt;br /&gt;</w:t>
        <w:br/>
        <w:t>Що стоїть на стані?"&lt;br /&gt;</w:t>
        <w:br/>
        <w:t>"Этим самым!" А ляшок:&lt;br /&gt;</w:t>
        <w:br/>
        <w:t>"Так було й казати,&lt;br /&gt;</w:t>
        <w:br/>
        <w:t>Бо тим можна не п’ятсот —&lt;br /&gt;</w:t>
        <w:br/>
        <w:t>Тисячу ввігнати".</w:t>
      </w:r>
    </w:p>
    <w:p>
      <w:r>
        <w:br/>
        <w:t>ЗАПОРОЖЦІ У СЕНАТІ</w:t>
      </w:r>
    </w:p>
    <w:p>
      <w:r>
        <w:br/>
        <w:t>Раз московські сенатори&lt;br /&gt;</w:t>
        <w:br/>
        <w:t>Змовились мовчати,&lt;br /&gt;</w:t>
        <w:br/>
        <w:t>Щоби нашим запорожцям&lt;br /&gt;</w:t>
        <w:br/>
        <w:t>Відвіту не дати.</w:t>
      </w:r>
    </w:p>
    <w:p>
      <w:r>
        <w:br/>
        <w:t>Ото входять запорожцу&lt;br /&gt;</w:t>
        <w:br/>
        <w:t>Москалів вітають;&lt;br /&gt;</w:t>
        <w:br/>
        <w:t>A тi сидять бовванами,&lt;br /&gt;</w:t>
        <w:br/>
        <w:t>Не відповідають.</w:t>
      </w:r>
    </w:p>
    <w:p>
      <w:r>
        <w:br/>
        <w:t>Запорожці ідуть ближче,&lt;br /&gt;</w:t>
        <w:br/>
        <w:t>Стали коло стола.&lt;br /&gt;</w:t>
        <w:br/>
        <w:t>A тi сидять, як сиділи,&lt;br /&gt;</w:t>
        <w:br/>
        <w:t>Жаден aнi слова.</w:t>
      </w:r>
    </w:p>
    <w:p>
      <w:r>
        <w:br/>
        <w:t>Тогди старий запорожець&lt;br /&gt;</w:t>
        <w:br/>
        <w:t>До своїх озвався:&lt;br /&gt;</w:t>
        <w:br/>
        <w:t>"Чи не в пустку, мої діти,&lt;br /&gt;</w:t>
        <w:br/>
        <w:t>Я з вами забрався?"</w:t>
      </w:r>
    </w:p>
    <w:p>
      <w:r>
        <w:br/>
        <w:t>"В пустку! В пустку!" — закричали,&lt;br /&gt;</w:t>
        <w:br/>
        <w:t>"То що ж, мої діти?&lt;br /&gt;</w:t>
        <w:br/>
        <w:t>Коли в пустку ми забрались,&lt;br /&gt;</w:t>
        <w:br/>
        <w:t>То можна й ... !"</w:t>
      </w:r>
    </w:p>
    <w:p>
      <w:r>
        <w:br/>
        <w:t>"А запевне, дядьку, можна!"&lt;br /&gt;</w:t>
        <w:br/>
        <w:t>Гримнули по разу&lt;br /&gt;</w:t>
        <w:br/>
        <w:t>Та й пішли до дому ждати&lt;br /&gt;</w:t>
        <w:br/>
        <w:t>Другого указу.</w:t>
      </w:r>
    </w:p>
    <w:p>
      <w:r>
        <w:br/>
        <w:t>КОШОВИЙ У ЦАРИЦІ</w:t>
      </w:r>
    </w:p>
    <w:p>
      <w:r>
        <w:br/>
        <w:t>Прибуває кошовий&lt;br /&gt;</w:t>
        <w:br/>
        <w:t>В північну столицю&lt;br /&gt;</w:t>
        <w:br/>
        <w:t>Та й іде coбi у двір&lt;br /&gt;</w:t>
        <w:br/>
        <w:t>Вітати дарицю.</w:t>
      </w:r>
    </w:p>
    <w:p>
      <w:r>
        <w:br/>
        <w:t>Але тілько на nopir —&lt;br /&gt;</w:t>
        <w:br/>
        <w:t>Зачепився зразу&lt;br /&gt;</w:t>
        <w:br/>
        <w:t>I в палац! — трах-тарах! —&lt;br /&gt;</w:t>
        <w:br/>
        <w:t>Розчерепив вазу.</w:t>
      </w:r>
    </w:p>
    <w:p>
      <w:r>
        <w:br/>
        <w:t>I якби на москаля —&lt;br /&gt;</w:t>
        <w:br/>
        <w:t>Згинув би до лиха,&lt;br /&gt;</w:t>
        <w:br/>
        <w:t>А наш собі кошовий&lt;br /&gt;</w:t>
        <w:br/>
        <w:t>Лиш промовив стиха:</w:t>
      </w:r>
    </w:p>
    <w:p>
      <w:r>
        <w:br/>
        <w:t>"Таку-то вже наш козак,&lt;br /&gt;</w:t>
        <w:br/>
        <w:t>Знать, натуру має:&lt;br /&gt;</w:t>
        <w:br/>
        <w:t>Чого тілько не вкраде —&lt;br /&gt;</w:t>
        <w:br/>
        <w:t>То так розбиває!"</w:t>
      </w:r>
    </w:p>
    <w:p>
      <w:r>
        <w:br/>
        <w:t>РИБКА-С</w:t>
      </w:r>
    </w:p>
    <w:p>
      <w:r>
        <w:br/>
        <w:t>Раз полковник москаля&lt;br /&gt;</w:t>
        <w:br/>
        <w:t>Кличе у палатку:&lt;br /&gt;</w:t>
        <w:br/>
        <w:t>Посилає до села,&lt;br /&gt;</w:t>
        <w:br/>
        <w:t>Тикає десятку.</w:t>
      </w:r>
    </w:p>
    <w:p>
      <w:r>
        <w:br/>
        <w:t>Та й i каже, щоб приніс&lt;br /&gt;</w:t>
        <w:br/>
        <w:t>Хліба зо три скиби&lt;br /&gt;</w:t>
        <w:br/>
        <w:t>Та ще масла, коли є,&lt;br /&gt;</w:t>
        <w:br/>
        <w:t>А як буде — й риби.</w:t>
      </w:r>
    </w:p>
    <w:p>
      <w:r>
        <w:br/>
        <w:t>Пішов москаль на село,&lt;br /&gt;</w:t>
        <w:br/>
        <w:t>В’юном завинувся,&lt;br /&gt;</w:t>
        <w:br/>
        <w:t>Всього йoмy накупив.&lt;br /&gt;</w:t>
        <w:br/>
        <w:t>Назад повернувся.</w:t>
      </w:r>
    </w:p>
    <w:p>
      <w:r>
        <w:br/>
        <w:t>"Что ж,— питається,— купил?"&lt;br /&gt;</w:t>
        <w:br/>
        <w:t>"Купил, благородье!"&lt;br /&gt;</w:t>
        <w:br/>
        <w:t>"А что,— каже,— заплатил?"&lt;br /&gt;</w:t>
        <w:br/>
        <w:t>"Кругло, благородье:</w:t>
      </w:r>
    </w:p>
    <w:p>
      <w:r>
        <w:br/>
        <w:t>Пять за масло, три — за хлеб,&lt;br /&gt;</w:t>
        <w:br/>
        <w:t>А грош — это рыбка-с..."&lt;br /&gt;</w:t>
        <w:br/>
        <w:t>"А еще где адин грош?"&lt;br /&gt;</w:t>
        <w:br/>
        <w:t>"Да грош — это рыбка-с".</w:t>
      </w:r>
    </w:p>
    <w:p>
      <w:r>
        <w:br/>
        <w:t>"Да ты девять заплатил!"&lt;br /&gt;</w:t>
        <w:br/>
        <w:t>"Точно сащитали-с!"&lt;br /&gt;</w:t>
        <w:br/>
        <w:t>"А еще где адин грош?"&lt;br /&gt;</w:t>
        <w:br/>
        <w:t>"Да за рыбку взяли-с!"</w:t>
      </w:r>
    </w:p>
    <w:p>
      <w:r>
        <w:br/>
        <w:t>"Да ты грош адин украл,&lt;br /&gt;</w:t>
        <w:br/>
        <w:t>Хамаво атродье!"&lt;br /&gt;</w:t>
        <w:br/>
        <w:t>"Точно, барин, что украл...&lt;br /&gt;</w:t>
        <w:br/>
        <w:t>Украл, благородье!"</w:t>
      </w:r>
    </w:p>
    <w:p>
      <w:r>
        <w:br/>
        <w:t>"Что ж ты прямо не сказал?&lt;br /&gt;</w:t>
        <w:br/>
        <w:t>Энтакое рыло!"&lt;br /&gt;</w:t>
        <w:br/>
        <w:t>"Да я прямо бы сказал,&lt;br /&gt;</w:t>
        <w:br/>
        <w:t>Спрасить тольки было".</w:t>
      </w:r>
    </w:p>
    <w:p>
      <w:r>
        <w:br/>
        <w:t>НА ВАДАПОЙ!</w:t>
      </w:r>
    </w:p>
    <w:p>
      <w:r>
        <w:br/>
        <w:t>У полковника москаль&lt;br /&gt;</w:t>
        <w:br/>
        <w:t>Заглянув індика,&lt;br /&gt;</w:t>
        <w:br/>
        <w:t>Пійняв його на гачок&lt;br /&gt;</w:t>
        <w:br/>
        <w:t>Та й тягне до лиха.</w:t>
      </w:r>
    </w:p>
    <w:p>
      <w:r>
        <w:br/>
        <w:t>А полковник реготать,&lt;br /&gt;</w:t>
        <w:br/>
        <w:t>Аж мало не ляже:&lt;br /&gt;</w:t>
        <w:br/>
        <w:t>"Куда ево ты ведешь?"&lt;br /&gt;</w:t>
        <w:br/>
        <w:t>"На вадапой!" — каже.</w:t>
      </w:r>
    </w:p>
    <w:p>
      <w:r>
        <w:br/>
        <w:t>А той йому iз вікна&lt;br /&gt;</w:t>
        <w:br/>
        <w:t>Махає рукою:&lt;br /&gt;</w:t>
        <w:br/>
        <w:t>"Ну, аставь его, аставь!&lt;br /&gt;</w:t>
        <w:br/>
        <w:t>Я и сам напою".</w:t>
      </w:r>
    </w:p>
    <w:p>
      <w:r>
        <w:br/>
        <w:t>"Слушаю-с!" — кричить москаль,&lt;br /&gt;</w:t>
        <w:br/>
        <w:t>Пускає індика&lt;br /&gt;</w:t>
        <w:br/>
        <w:t>I направо, кругом, марш! —&lt;br /&gt;</w:t>
        <w:br/>
        <w:t>I здимів до лиха.</w:t>
      </w:r>
    </w:p>
    <w:p>
      <w:r>
        <w:br/>
        <w:t>ЗАГАДКА</w:t>
      </w:r>
    </w:p>
    <w:p>
      <w:r>
        <w:br/>
        <w:t>Забагає німець рака,&lt;br /&gt;</w:t>
        <w:br/>
        <w:t>Не вміє назвати,&lt;br /&gt;</w:t>
        <w:br/>
        <w:t>Закликає хрестьянина,&lt;br /&gt;</w:t>
        <w:br/>
        <w:t>Давай мудрувати:&lt;br /&gt;</w:t>
        <w:br/>
        <w:t>"Вгадай,— каже,— что мой хочет?"&lt;br /&gt;</w:t>
        <w:br/>
        <w:t>-"Та нi, не вгадаю!"&lt;br /&gt;</w:t>
        <w:br/>
        <w:t>"Нога многа, уса долга!&lt;br /&gt;</w:t>
        <w:br/>
        <w:t>Знаешь?.." — "Hi! Не знаю!"&lt;br /&gt;</w:t>
        <w:br/>
        <w:t>"Как не знаешь?.. Сам он малый,&lt;br /&gt;</w:t>
        <w:br/>
        <w:t>Кафтан его разный,&lt;br /&gt;</w:t>
        <w:br/>
        <w:t>Как не сварен — кафтан черный,&lt;br /&gt;</w:t>
        <w:br/>
        <w:t>А как сварен — красный...&lt;br /&gt;</w:t>
        <w:br/>
        <w:t>Теперь,— каже,— угадаешь?"&lt;br /&gt;</w:t>
        <w:br/>
        <w:t>"Та нi! Не попаду!"&lt;br /&gt;</w:t>
        <w:br/>
        <w:t>"Как не знаешь?.. Шейка шлеп-шлеп,&lt;br /&gt;</w:t>
        <w:br/>
        <w:t>А перед иззаду..."&lt;br /&gt;</w:t>
        <w:br/>
        <w:t>"Чи не рака?" — "Рака, рака!"&lt;br /&gt;</w:t>
        <w:br/>
        <w:t>"Бодай же вас, пане!&lt;br /&gt;</w:t>
        <w:br/>
        <w:t>Найшли ж i ви в наших раків&lt;br /&gt;</w:t>
        <w:br/>
        <w:t>Німецькі каптани!"</w:t>
      </w:r>
    </w:p>
    <w:p>
      <w:r>
        <w:br/>
        <w:t>PROSIE SIЕ.</w:t>
      </w:r>
    </w:p>
    <w:p>
      <w:r>
        <w:br/>
        <w:t>Розгулявся вражий німець,&lt;br /&gt;</w:t>
        <w:br/>
        <w:t>Давай пиво пити.&lt;br /&gt;</w:t>
        <w:br/>
        <w:t>Дaлi хоче на похмілля&lt;br /&gt;</w:t>
        <w:br/>
        <w:t>Клаповуху вбити.</w:t>
      </w:r>
    </w:p>
    <w:p>
      <w:r>
        <w:br/>
        <w:t>Не вважае, що й поросна...&lt;br /&gt;</w:t>
        <w:br/>
        <w:t>"Zabic,— каже ,— Jane!"&lt;br /&gt;</w:t>
        <w:br/>
        <w:t>Той i каже: "Szkoda zabic,&lt;br /&gt;</w:t>
        <w:br/>
        <w:t>Во prosie siе, panie!"</w:t>
      </w:r>
    </w:p>
    <w:p>
      <w:r>
        <w:br/>
        <w:t>Але німець підхопився,&lt;br /&gt;</w:t>
        <w:br/>
        <w:t>Надувся, як рябець.&lt;br /&gt;</w:t>
        <w:br/>
        <w:t>"Со to,— каже,— ze siе prosie?&lt;br /&gt;</w:t>
        <w:br/>
        <w:t>Zeby plakal, zabic!"&lt;br /&gt;</w:t>
        <w:br/>
        <w:t>_____________________________&lt;br /&gt;</w:t>
        <w:br/>
        <w:t>Не питає, що й поросна...&lt;br /&gt;</w:t>
        <w:br/>
        <w:t>"Бий,— каже,— Іване!"&lt;br /&gt;</w:t>
        <w:br/>
        <w:t>Той i каже: "Шкода бити,&lt;br /&gt;</w:t>
        <w:br/>
        <w:t>Пороситься, пане!"</w:t>
      </w:r>
    </w:p>
    <w:p>
      <w:r>
        <w:br/>
        <w:t>Але німець підхопився,&lt;br /&gt;</w:t>
        <w:br/>
        <w:t>Як несамовитий.&lt;br /&gt;</w:t>
        <w:br/>
        <w:t>"Що то,— каже,— що проситься?&lt;br /&gt;</w:t>
        <w:br/>
        <w:t>Щоб плакала — вбити!"</w:t>
      </w:r>
    </w:p>
    <w:p>
      <w:r>
        <w:br/>
        <w:t>WODY!</w:t>
      </w:r>
    </w:p>
    <w:p>
      <w:r>
        <w:br/>
        <w:t>Одягнувся німець паном,&lt;br /&gt;</w:t>
        <w:br/>
        <w:t>Та грошей не має.&lt;br /&gt;</w:t>
        <w:br/>
        <w:t>Ходить, бідний, по Варшаві&lt;br /&gt;</w:t>
        <w:br/>
        <w:t>3 голоду вмліває.</w:t>
      </w:r>
    </w:p>
    <w:p>
      <w:r>
        <w:br/>
        <w:t>Ходить, свище... Далі чує —&lt;br /&gt;</w:t>
        <w:br/>
        <w:t>Десь музики грають,&lt;br /&gt;</w:t>
        <w:br/>
        <w:t>Німець ближче, поглядає —&lt;br /&gt;</w:t>
        <w:br/>
        <w:t>Аж пани гуляють.</w:t>
      </w:r>
    </w:p>
    <w:p>
      <w:r>
        <w:br/>
        <w:t>"Зайду,— каже,— поживлюся!"&lt;br /&gt;</w:t>
        <w:br/>
        <w:t>Входить до покою;&lt;br /&gt;</w:t>
        <w:br/>
        <w:t>Але тілько бідний німець&lt;br /&gt;</w:t>
        <w:br/>
        <w:t>За пopiг ногою —</w:t>
      </w:r>
    </w:p>
    <w:p>
      <w:r>
        <w:br/>
        <w:t>Його в танець i втягнули...&lt;br /&gt;</w:t>
        <w:br/>
        <w:t>Що робити з горя?&lt;br /&gt;</w:t>
        <w:br/>
        <w:t>Хоч голоден, як собака,&lt;br /&gt;</w:t>
        <w:br/>
        <w:t>Танцює, небора.</w:t>
      </w:r>
    </w:p>
    <w:p>
      <w:r>
        <w:br/>
        <w:t>Протанцював разів кілька —&lt;br /&gt;</w:t>
        <w:br/>
        <w:t>Нема відпочинку:&lt;br /&gt;</w:t>
        <w:br/>
        <w:t>То та піде німця просить,&lt;br /&gt;</w:t>
        <w:br/>
        <w:t>То та на годинку...</w:t>
      </w:r>
    </w:p>
    <w:p>
      <w:r>
        <w:br/>
        <w:t>І знемігся бідний німець,&lt;br /&gt;</w:t>
        <w:br/>
        <w:t>Підкосились ноги;&lt;br /&gt;</w:t>
        <w:br/>
        <w:t>Та як раптом повернувся —&lt;br /&gt;</w:t>
        <w:br/>
        <w:t>Гу-гуп до підлоги!</w:t>
      </w:r>
    </w:p>
    <w:p>
      <w:r>
        <w:br/>
        <w:t>Засміялись пані зразу,&lt;br /&gt;</w:t>
        <w:br/>
        <w:t>Разом заплескали,&lt;br /&gt;</w:t>
        <w:br/>
        <w:t>Далі бачать, що не жарти,&lt;br /&gt;</w:t>
        <w:br/>
        <w:t>"Wody!" — закричали,</w:t>
      </w:r>
    </w:p>
    <w:p>
      <w:r>
        <w:br/>
        <w:t>Але німець iз підлоги:&lt;br /&gt;</w:t>
        <w:br/>
        <w:t>"Nie trzeba! Nie trzeba!&lt;br /&gt;</w:t>
        <w:br/>
        <w:t>Nie trzeba mnie,— каже,— wody,&lt;br /&gt;</w:t>
        <w:br/>
        <w:t>A kawalek chlieba!" [29]</w:t>
      </w:r>
    </w:p>
    <w:p>
      <w:r>
        <w:br/>
        <w:t>ЧИЙ TO СОБАЧКА?</w:t>
      </w:r>
    </w:p>
    <w:p>
      <w:r>
        <w:br/>
        <w:t>Іде козак понад Буг,&lt;br /&gt;</w:t>
        <w:br/>
        <w:t>Чумак попасає;&lt;br /&gt;</w:t>
        <w:br/>
        <w:t>Коло нього песеня&lt;br /&gt;</w:t>
        <w:br/>
        <w:t>На сонці куняє.</w:t>
      </w:r>
    </w:p>
    <w:p>
      <w:r>
        <w:br/>
        <w:t>"А чиє то,— запитав, —&lt;br /&gt;</w:t>
        <w:br/>
        <w:t>Песеня, чумаче?"&lt;br /&gt;</w:t>
        <w:br/>
        <w:t>"А чиє ж? — говорить той.-&lt;br /&gt;</w:t>
        <w:br/>
        <w:t>Звісно, що собаче!"</w:t>
      </w:r>
    </w:p>
    <w:p>
      <w:r>
        <w:br/>
        <w:t>Іде козак понад Случ,&lt;br /&gt;</w:t>
        <w:br/>
        <w:t>Hiмець попасає;&lt;br /&gt;</w:t>
        <w:br/>
        <w:t>Коло нього песеня&lt;br /&gt;</w:t>
        <w:br/>
        <w:t>На сонці куняє.</w:t>
      </w:r>
    </w:p>
    <w:p>
      <w:r>
        <w:br/>
        <w:t>"А чиє то песеня?" —&lt;br /&gt;</w:t>
        <w:br/>
        <w:t>Питає дурного.&lt;br /&gt;</w:t>
        <w:br/>
        <w:t>"Моє!" — каже. А козак:&lt;br /&gt;</w:t>
        <w:br/>
        <w:t>"Зроби й нам такого!"&lt;br /&gt;</w:t>
        <w:br/>
        <w:t>22 июня</w:t>
      </w:r>
    </w:p>
    <w:p>
      <w:r>
        <w:br/>
        <w:t>КОЗАК I КОРОЛЬ</w:t>
      </w:r>
    </w:p>
    <w:p>
      <w:r>
        <w:br/>
        <w:t>Став багатий колись пан&lt;br /&gt;</w:t>
        <w:br/>
        <w:t>Короля благати,&lt;br /&gt;</w:t>
        <w:br/>
        <w:t>Щоб король йому зволив&lt;br /&gt;</w:t>
        <w:br/>
        <w:t>Воєводство дати.</w:t>
      </w:r>
    </w:p>
    <w:p>
      <w:r>
        <w:br/>
        <w:t>А король йому й сказав:&lt;br /&gt;</w:t>
        <w:br/>
        <w:t>"Відгадай три штуки,&lt;br /&gt;</w:t>
        <w:br/>
        <w:t>Відгадаєш — тогди на!&lt;br /&gt;</w:t>
        <w:br/>
        <w:t>А як нi — на муки!</w:t>
      </w:r>
    </w:p>
    <w:p>
      <w:r>
        <w:br/>
        <w:t>Перша штука: скілько зip&lt;br /&gt;</w:t>
        <w:br/>
        <w:t>В небі серед літа?&lt;br /&gt;</w:t>
        <w:br/>
        <w:t>Друга штука: покажи&lt;br /&gt;</w:t>
        <w:br/>
        <w:t>Середину світа!</w:t>
      </w:r>
    </w:p>
    <w:p>
      <w:r>
        <w:br/>
        <w:t>Третя штука: угадай,&lt;br /&gt;</w:t>
        <w:br/>
        <w:t>Що думати буду?&lt;br /&gt;</w:t>
        <w:br/>
        <w:t>I от тoбi цілий piк&lt;br /&gt;</w:t>
        <w:br/>
        <w:t>Для твого розсуду!"</w:t>
      </w:r>
    </w:p>
    <w:p>
      <w:r>
        <w:br/>
        <w:t>Відійшов багач назад,&lt;br /&gt;</w:t>
        <w:br/>
        <w:t>Та так йому нудно!..&lt;br /&gt;</w:t>
        <w:br/>
        <w:t>Не вгадати — так біда,&lt;br /&gt;</w:t>
        <w:br/>
        <w:t>А вгадати трудно!</w:t>
      </w:r>
    </w:p>
    <w:p>
      <w:r>
        <w:br/>
        <w:t>Сидить, плаче, неборак,&lt;br /&gt;</w:t>
        <w:br/>
        <w:t>Козак проїжджає...&lt;br /&gt;</w:t>
        <w:br/>
        <w:t>"Чого плачете ви так?" —&lt;br /&gt;</w:t>
        <w:br/>
        <w:t>Старого питає.</w:t>
      </w:r>
    </w:p>
    <w:p>
      <w:r>
        <w:br/>
        <w:t>Той i каже: так i так!..&lt;br /&gt;</w:t>
        <w:br/>
        <w:t>"Не журіться, діду!&lt;br /&gt;</w:t>
        <w:br/>
        <w:t>Коли так, то я за вас&lt;br /&gt;</w:t>
        <w:br/>
        <w:t>На відвіт поїду!"</w:t>
      </w:r>
    </w:p>
    <w:p>
      <w:r>
        <w:br/>
        <w:t>I палицю в руки взяв,&lt;br /&gt;</w:t>
        <w:br/>
        <w:t>В кожух одягнувся,&lt;br /&gt;</w:t>
        <w:br/>
        <w:t>Чорні вуса підбілив,&lt;br /&gt;</w:t>
        <w:br/>
        <w:t>В чоботи узувся.</w:t>
      </w:r>
    </w:p>
    <w:p>
      <w:r>
        <w:br/>
        <w:t>I чимдуж до короля.&lt;br /&gt;</w:t>
        <w:br/>
        <w:t>Король оглядає.&lt;br /&gt;</w:t>
        <w:br/>
        <w:t>"А що, пане, скільки зip?" —&lt;br /&gt;</w:t>
        <w:br/>
        <w:t>3 міною питає.</w:t>
      </w:r>
    </w:p>
    <w:p>
      <w:r>
        <w:br/>
        <w:t>А той поли закотив,&lt;br /&gt;</w:t>
        <w:br/>
        <w:t>Чи як довелося.&lt;br /&gt;</w:t>
        <w:br/>
        <w:t>"Скільки,— каже,— в нeбi зір,&lt;br /&gt;</w:t>
        <w:br/>
        <w:t>Скільки тут волосся".</w:t>
      </w:r>
    </w:p>
    <w:p>
      <w:r>
        <w:br/>
        <w:t>Задумався сам король&lt;br /&gt;</w:t>
        <w:br/>
        <w:t>Від сього вщвіту.&lt;br /&gt;</w:t>
        <w:br/>
        <w:t>"Ану,— каже,— покажи&lt;br /&gt;</w:t>
        <w:br/>
        <w:t>Середину світу!"</w:t>
      </w:r>
    </w:p>
    <w:p>
      <w:r>
        <w:br/>
        <w:t>А той палицю підняв,&lt;br /&gt;</w:t>
        <w:br/>
        <w:t>Може, з піваршина&lt;br /&gt;</w:t>
        <w:br/>
        <w:t>Та в підлогу нею гуп:&lt;br /&gt;</w:t>
        <w:br/>
        <w:t>"Отут середина!"</w:t>
      </w:r>
    </w:p>
    <w:p>
      <w:r>
        <w:br/>
        <w:t>Почухався наш король,&lt;br /&gt;</w:t>
        <w:br/>
        <w:t>Ще раз поглядає.&lt;br /&gt;</w:t>
        <w:br/>
        <w:t>"Що ж я думаю тепер?" —&lt;br /&gt;</w:t>
        <w:br/>
        <w:t>Козака питає.</w:t>
      </w:r>
    </w:p>
    <w:p>
      <w:r>
        <w:br/>
        <w:t>"Думаете, що я пан!"&lt;br /&gt;</w:t>
        <w:br/>
        <w:t>"Або що за piчi?"&lt;br /&gt;</w:t>
        <w:br/>
        <w:t>"То за piчi, що не пан,&lt;br /&gt;</w:t>
        <w:br/>
        <w:t>А козак iз Січі!"</w:t>
      </w:r>
    </w:p>
    <w:p>
      <w:r>
        <w:br/>
        <w:t>Засміявся наш король,&lt;br /&gt;</w:t>
        <w:br/>
        <w:t>Подарував тому,&lt;br /&gt;</w:t>
        <w:br/>
        <w:t>А козака відіслав&lt;br /&gt;</w:t>
        <w:br/>
        <w:t>В золоті додому!</w:t>
      </w:r>
    </w:p>
    <w:p>
      <w:r>
        <w:br/>
        <w:t>ПОРОШКИ</w:t>
      </w:r>
    </w:p>
    <w:p>
      <w:r>
        <w:br/>
        <w:t>Заслаб мужик на живіт,&lt;br /&gt;</w:t>
        <w:br/>
        <w:t>А дідич — лічити!&lt;br /&gt;</w:t>
        <w:br/>
        <w:t>Дає йому порошки&lt;br /&gt;</w:t>
        <w:br/>
        <w:t>Та й каже зажити.</w:t>
      </w:r>
    </w:p>
    <w:p>
      <w:r>
        <w:br/>
        <w:t>А той щоби порошки&lt;br /&gt;</w:t>
        <w:br/>
        <w:t>Випити з водою,&lt;br /&gt;</w:t>
        <w:br/>
        <w:t>Нюхнув тілько paзiв п’ять&lt;br /&gt;</w:t>
        <w:br/>
        <w:t>Та й сидить совою.</w:t>
      </w:r>
    </w:p>
    <w:p>
      <w:r>
        <w:br/>
        <w:t>Пересидів цілий день —&lt;br /&gt;</w:t>
        <w:br/>
        <w:t>Як рукою знялось.&lt;br /&gt;</w:t>
        <w:br/>
        <w:t>Рано дідич запитав:&lt;br /&gt;</w:t>
        <w:br/>
        <w:t>"А як тoбi спалось?"</w:t>
      </w:r>
    </w:p>
    <w:p>
      <w:r>
        <w:br/>
        <w:t>"А спалося, пане мій,&lt;br /&gt;</w:t>
        <w:br/>
        <w:t>Cпacибi вам, пане!"&lt;br /&gt;</w:t>
        <w:br/>
        <w:t>"А порошки вci зажив?"&lt;br /&gt;</w:t>
        <w:br/>
        <w:t>"Bci винюхав, пане!"</w:t>
      </w:r>
    </w:p>
    <w:p>
      <w:r>
        <w:br/>
        <w:t>"Подякуй же,— каже, пан,-&lt;br /&gt;</w:t>
        <w:br/>
        <w:t>Дідуневі свому!"&lt;br /&gt;</w:t>
        <w:br/>
        <w:t>А сам тілько посвистав&lt;br /&gt;</w:t>
        <w:br/>
        <w:t>Та й пішов додому.</w:t>
      </w:r>
    </w:p>
    <w:p>
      <w:r>
        <w:br/>
        <w:t>ЛЬОДИ</w:t>
      </w:r>
    </w:p>
    <w:p>
      <w:r>
        <w:br/>
        <w:t>Закликає пан на бал&lt;br /&gt;</w:t>
        <w:br/>
        <w:t>Чумака старого.&lt;br /&gt;</w:t>
        <w:br/>
        <w:t>Попоїв собі чумак&lt;br /&gt;</w:t>
        <w:br/>
        <w:t>За столом усього&lt;br /&gt;</w:t>
        <w:br/>
        <w:t>I льодами теє все&lt;br /&gt;</w:t>
        <w:br/>
        <w:t>Смачно заїдає.&lt;br /&gt;</w:t>
        <w:br/>
        <w:t>"Чи смачнеє тoбi се?" —&lt;br /&gt;</w:t>
        <w:br/>
        <w:t>Пан його питає.&lt;br /&gt;</w:t>
        <w:br/>
        <w:t>"Смачне, пане! — каже той,-&lt;br /&gt;</w:t>
        <w:br/>
        <w:t>Саме як то часом&lt;br /&gt;</w:t>
        <w:br/>
        <w:t>Восени буває борщ&lt;br /&gt;</w:t>
        <w:br/>
        <w:t>3 квасолею разом".</w:t>
      </w:r>
    </w:p>
    <w:p>
      <w:r>
        <w:br/>
        <w:t>ЧЕРЕВИКИ</w:t>
      </w:r>
    </w:p>
    <w:p>
      <w:r>
        <w:br/>
        <w:t>У неділю мужика&lt;br /&gt;</w:t>
        <w:br/>
        <w:t>Пані закликає&lt;br /&gt;</w:t>
        <w:br/>
        <w:t>I на ярмарок його&lt;br /&gt;</w:t>
        <w:br/>
        <w:t>3 просом посилає.</w:t>
      </w:r>
    </w:p>
    <w:p>
      <w:r>
        <w:br/>
        <w:t>"Jedz-ze,— каже,— serce moj,&lt;br /&gt;</w:t>
        <w:br/>
        <w:t>Sprzedaj miarkе prosa,&lt;br /&gt;</w:t>
        <w:br/>
        <w:t>A со bgdzie, za to kup&lt;br /&gt;</w:t>
        <w:br/>
        <w:t>Trzewiki, bo-m bosa!" [30]</w:t>
      </w:r>
    </w:p>
    <w:p>
      <w:r>
        <w:br/>
        <w:t>От поїхав наш мужик,&lt;br /&gt;</w:t>
        <w:br/>
        <w:t>Назад повертає.&lt;br /&gt;</w:t>
        <w:br/>
        <w:t>"Со z, sprzedales, serce moj?" — [31]&lt;br /&gt;</w:t>
        <w:br/>
        <w:t>Та його питає.</w:t>
      </w:r>
    </w:p>
    <w:p>
      <w:r>
        <w:br/>
        <w:t>"Та продати то продав,-&lt;br /&gt;</w:t>
        <w:br/>
        <w:t>Каже,— мірку проса,&lt;br /&gt;</w:t>
        <w:br/>
        <w:t>А черевик — що питав&lt;br /&gt;</w:t>
        <w:br/>
        <w:t>Все нема "бомбоса"!"</w:t>
      </w:r>
    </w:p>
    <w:p>
      <w:r>
        <w:br/>
        <w:t>РЯТУЙ, БРАТЕ!</w:t>
      </w:r>
    </w:p>
    <w:p>
      <w:r>
        <w:br/>
        <w:t>Під повстання два ляшки&lt;br /&gt;</w:t>
        <w:br/>
        <w:t>На корчмі гуляють,&lt;br /&gt;</w:t>
        <w:br/>
        <w:t>Цілуються, як брати,&lt;br /&gt;</w:t>
        <w:br/>
        <w:t>Приязнь запивають.&lt;br /&gt;</w:t>
        <w:br/>
        <w:t>Ото собі й запили&lt;br /&gt;</w:t>
        <w:br/>
        <w:t>I поцілувались,&lt;br /&gt;</w:t>
        <w:br/>
        <w:t>Але тілько москалі&lt;br /&gt;</w:t>
        <w:br/>
        <w:t>В корчму увігнались —&lt;br /&gt;</w:t>
        <w:br/>
        <w:t>Один циб через вікно,&lt;br /&gt;</w:t>
        <w:br/>
        <w:t>Другого схопили.&lt;br /&gt;</w:t>
        <w:br/>
        <w:t>Сей, бідняка, i кричить:&lt;br /&gt;</w:t>
        <w:br/>
        <w:t>"Ratuj, bracie mlly!" [32]&lt;br /&gt;</w:t>
        <w:br/>
        <w:t>А той собі до ліска&lt;br /&gt;</w:t>
        <w:br/>
        <w:t>Скілько сили дує,&lt;br /&gt;</w:t>
        <w:br/>
        <w:t>Тілько крикнув сьому раз:&lt;br /&gt;</w:t>
        <w:br/>
        <w:t>"Niech ciе Bog ratuje!" [33]</w:t>
      </w:r>
    </w:p>
    <w:p>
      <w:r>
        <w:br/>
        <w:t>КОЗАЦЬКІ КСЬОНДЗИ</w:t>
      </w:r>
    </w:p>
    <w:p>
      <w:r>
        <w:br/>
        <w:t>Раз Хмельницький заявив&lt;br /&gt;</w:t>
        <w:br/>
        <w:t>По військові свому,&lt;br /&gt;</w:t>
        <w:br/>
        <w:t>Що хто пана приведе —&lt;br /&gt;</w:t>
        <w:br/>
        <w:t>Дасть по золотому;</w:t>
      </w:r>
    </w:p>
    <w:p>
      <w:r>
        <w:br/>
        <w:t>А хто ксьондза — тому три&lt;br /&gt;</w:t>
        <w:br/>
        <w:t>Обіцявся дати!..&lt;br /&gt;</w:t>
        <w:br/>
        <w:t>Пішли наші козаки,&lt;br /&gt;</w:t>
        <w:br/>
        <w:t>Давай мудрувати.</w:t>
      </w:r>
    </w:p>
    <w:p>
      <w:r>
        <w:br/>
        <w:t>Тілько пана де діпнуть,&lt;br /&gt;</w:t>
        <w:br/>
        <w:t>Виголять чуприну&lt;br /&gt;</w:t>
        <w:br/>
        <w:t>Та й i кажуть: "Пам’ятай!&lt;br /&gt;</w:t>
        <w:br/>
        <w:t>Гляди, бiciв сину,</w:t>
      </w:r>
    </w:p>
    <w:p>
      <w:r>
        <w:br/>
        <w:t>Як часами тебе наш&lt;br /&gt;</w:t>
        <w:br/>
        <w:t>Спитає Хмельницький,&lt;br /&gt;</w:t>
        <w:br/>
        <w:t>То ти, шельмо, говори,&lt;br /&gt;</w:t>
        <w:br/>
        <w:t>Що ксьондз католицький".</w:t>
      </w:r>
    </w:p>
    <w:p>
      <w:r>
        <w:br/>
        <w:t>То, бувало, приведуть...&lt;br /&gt;</w:t>
        <w:br/>
        <w:t>"А хто ти?" — питає.&lt;br /&gt;</w:t>
        <w:br/>
        <w:t>"А ксьондз!" — каже; то й козак&lt;br /&gt;</w:t>
        <w:br/>
        <w:t>Плату забирає.</w:t>
      </w:r>
    </w:p>
    <w:p>
      <w:r>
        <w:br/>
        <w:t>I такого ж тих ксьондзів&lt;br /&gt;</w:t>
        <w:br/>
        <w:t>За тиждень прибуло,&lt;br /&gt;</w:t>
        <w:br/>
        <w:t>Що i в Римі стілько ix,&lt;br /&gt;</w:t>
        <w:br/>
        <w:t>Майбути, не було!</w:t>
      </w:r>
    </w:p>
    <w:p>
      <w:r>
        <w:br/>
        <w:t>СМЕРТЬ КОЗАКА</w:t>
      </w:r>
    </w:p>
    <w:p>
      <w:r>
        <w:br/>
        <w:t>Край Варшави два стовпи,&lt;br /&gt;</w:t>
        <w:br/>
        <w:t>На стовпах дилина,&lt;br /&gt;</w:t>
        <w:br/>
        <w:t>Під стовпами молодий&lt;br /&gt;</w:t>
        <w:br/>
        <w:t>Козак з Чигирина.</w:t>
      </w:r>
    </w:p>
    <w:p>
      <w:r>
        <w:br/>
        <w:t>I найстаршії пани&lt;br /&gt;</w:t>
        <w:br/>
        <w:t>Смерть йому читають.&lt;br /&gt;</w:t>
        <w:br/>
        <w:t>Прочитали — i кати&lt;br /&gt;</w:t>
        <w:br/>
        <w:t>Мотуз натягають.</w:t>
      </w:r>
    </w:p>
    <w:p>
      <w:r>
        <w:br/>
        <w:t>Але козак подививсь&lt;br /&gt;</w:t>
        <w:br/>
        <w:t>На ляхву превражу,&lt;br /&gt;</w:t>
        <w:br/>
        <w:t>Каже: "Стійте-но, пани,&lt;br /&gt;</w:t>
        <w:br/>
        <w:t>Я щось вам іскажу!"</w:t>
      </w:r>
    </w:p>
    <w:p>
      <w:r>
        <w:br/>
        <w:t>Ослабили мотузок,&lt;br /&gt;</w:t>
        <w:br/>
        <w:t>Ляхи поступили,&lt;br /&gt;</w:t>
        <w:br/>
        <w:t>А козак i каже їм:&lt;br /&gt;</w:t>
        <w:br/>
        <w:t>"А то, пани милі,</w:t>
      </w:r>
    </w:p>
    <w:p>
      <w:r>
        <w:br/>
        <w:t>Ви високо не кажіть&lt;br /&gt;</w:t>
        <w:br/>
        <w:t>Мене підіймати,&lt;br /&gt;</w:t>
        <w:br/>
        <w:t>Буде лучче вам мене&lt;br /&gt;</w:t>
        <w:br/>
        <w:t>В спину цілувати!"</w:t>
      </w:r>
    </w:p>
    <w:p>
      <w:r>
        <w:br/>
        <w:t>KURACJA OD OCZU [34]</w:t>
      </w:r>
    </w:p>
    <w:p>
      <w:r>
        <w:br/>
        <w:t>Десь там у кляшторі&lt;br /&gt;</w:t>
        <w:br/>
        <w:t>За часу їдного&lt;br /&gt;</w:t>
        <w:br/>
        <w:t>Сповідав законник&lt;br /&gt;</w:t>
        <w:br/>
        <w:t>Ляшка молодого.</w:t>
      </w:r>
    </w:p>
    <w:p>
      <w:r>
        <w:br/>
        <w:t>Ляшок признається,&lt;br /&gt;</w:t>
        <w:br/>
        <w:t>Що звів раз дівчину.&lt;br /&gt;</w:t>
        <w:br/>
        <w:t>Законник питае:&lt;br /&gt;</w:t>
        <w:br/>
        <w:t>"А kiedy z to, synu?" [35]</w:t>
      </w:r>
    </w:p>
    <w:p>
      <w:r>
        <w:br/>
        <w:t>Той йому i каже:&lt;br /&gt;</w:t>
        <w:br/>
        <w:t>"Raz,— каже,— w gaiku&lt;br /&gt;</w:t>
        <w:br/>
        <w:t>Przy szumie strumika,&lt;br /&gt;</w:t>
        <w:br/>
        <w:t>Przy pieniu slowika...</w:t>
      </w:r>
    </w:p>
    <w:p>
      <w:r>
        <w:br/>
        <w:t>Przy swiecie ksiazyca..." [36]&lt;br /&gt;</w:t>
        <w:br/>
        <w:t>А той, бідний, слухав,&lt;br /&gt;</w:t>
        <w:br/>
        <w:t>Далі ухватився&lt;br /&gt;</w:t>
        <w:br/>
        <w:t>Руками за вуха.</w:t>
      </w:r>
    </w:p>
    <w:p>
      <w:r>
        <w:br/>
        <w:t>"Nie mow,— каже,— nie mow,&lt;br /&gt;</w:t>
        <w:br/>
        <w:t>Nie mow, ja cig proszе,&lt;br /&gt;</w:t>
        <w:br/>
        <w:t>Bo ty uzyl, serce,&lt;br /&gt;</w:t>
        <w:br/>
        <w:t>Diabelskich roskoszy!"</w:t>
      </w:r>
    </w:p>
    <w:p>
      <w:r>
        <w:br/>
        <w:t>"To mnie, moj ksiеzuniu,&lt;br /&gt;</w:t>
        <w:br/>
        <w:t>Doktor perswadowal,&lt;br /&gt;</w:t>
        <w:br/>
        <w:t>Zebym tak siе sobie&lt;br /&gt;</w:t>
        <w:br/>
        <w:t>Od oczu kurowal!" [37]</w:t>
      </w:r>
    </w:p>
    <w:p>
      <w:r>
        <w:br/>
        <w:t>А законник бідний&lt;br /&gt;</w:t>
        <w:br/>
        <w:t>Тілько облизався...&lt;br /&gt;</w:t>
        <w:br/>
        <w:t>Далі: "Nie wierz, serce,&lt;br /&gt;</w:t>
        <w:br/>
        <w:t>Nie wierz,— обізвався.-</w:t>
      </w:r>
    </w:p>
    <w:p>
      <w:r>
        <w:br/>
        <w:t>Bo gdyby to pomoc&lt;br /&gt;</w:t>
        <w:br/>
        <w:t>Byla od tej kury,&lt;br /&gt;</w:t>
        <w:br/>
        <w:t>I ja bym juz widzial&lt;br /&gt;</w:t>
        <w:br/>
        <w:t>Dawno przez te mury!" [38]</w:t>
      </w:r>
    </w:p>
    <w:p>
      <w:r>
        <w:br/>
        <w:t>PRZYWITANIE [39]</w:t>
      </w:r>
    </w:p>
    <w:p>
      <w:r>
        <w:br/>
        <w:t>Захтіли брацішки&lt;br /&gt;</w:t>
        <w:br/>
        <w:t>Біскупа вітати&lt;br /&gt;</w:t>
        <w:br/>
        <w:t>Та й кажуть їдному&lt;br /&gt;</w:t>
        <w:br/>
        <w:t>Привіт написати.</w:t>
      </w:r>
    </w:p>
    <w:p>
      <w:r>
        <w:br/>
        <w:t>Але той, cipoмa,&lt;br /&gt;</w:t>
        <w:br/>
        <w:t>Хоч бери на муки,&lt;br /&gt;</w:t>
        <w:br/>
        <w:t>I пюра не вміє&lt;br /&gt;</w:t>
        <w:br/>
        <w:t>Узяти у руки.</w:t>
      </w:r>
    </w:p>
    <w:p>
      <w:r>
        <w:br/>
        <w:t>I ходить, сумує,&lt;br /&gt;</w:t>
        <w:br/>
        <w:t>Не вип’е, не ляже,&lt;br /&gt;</w:t>
        <w:br/>
        <w:t>Аж їден брацішок&lt;br /&gt;</w:t>
        <w:br/>
        <w:t>Раз до нього й каже:</w:t>
      </w:r>
    </w:p>
    <w:p>
      <w:r>
        <w:br/>
        <w:t>"Чого так сумуєш?&lt;br /&gt;</w:t>
        <w:br/>
        <w:t>Не журися, брате!&lt;br /&gt;</w:t>
        <w:br/>
        <w:t>Як приїде біскуп —&lt;br /&gt;</w:t>
        <w:br/>
        <w:t>Meнi давай знати!"</w:t>
      </w:r>
    </w:p>
    <w:p>
      <w:r>
        <w:br/>
        <w:t>Приїжджає біскуп,&lt;br /&gt;</w:t>
        <w:br/>
        <w:t>Брацішок до того;&lt;br /&gt;</w:t>
        <w:br/>
        <w:t>А той, як на збитки,&lt;br /&gt;</w:t>
        <w:br/>
        <w:t>Не писав нічого.</w:t>
      </w:r>
    </w:p>
    <w:p>
      <w:r>
        <w:br/>
        <w:t>"Zmiiuj siе, moj bracie!&lt;br /&gt;</w:t>
        <w:br/>
        <w:t>Bo ciе pan Bog skarze!" [40]&lt;br /&gt;</w:t>
        <w:br/>
        <w:t>А той тілько чарку.&lt;br /&gt;</w:t>
        <w:br/>
        <w:t>"Wszystko bеdzie! — каже.-</w:t>
      </w:r>
    </w:p>
    <w:p>
      <w:r>
        <w:br/>
        <w:t>Ту staniesz do mowy,&lt;br /&gt;</w:t>
        <w:br/>
        <w:t>Ja siаdе w zaciszku,&lt;br /&gt;</w:t>
        <w:br/>
        <w:t>Co ja bеdе mowic,&lt;br /&gt;</w:t>
        <w:br/>
        <w:t>I ty mow, braciszku!" [41]</w:t>
      </w:r>
    </w:p>
    <w:p>
      <w:r>
        <w:br/>
        <w:t>Стає той до мови,&lt;br /&gt;</w:t>
        <w:br/>
        <w:t>А той заховався.&lt;br /&gt;</w:t>
        <w:br/>
        <w:t>Коли чує — шелеп&lt;br /&gt;</w:t>
        <w:br/>
        <w:t>В костьолі піднявся.</w:t>
      </w:r>
    </w:p>
    <w:p>
      <w:r>
        <w:br/>
        <w:t>Та й питає того:&lt;br /&gt;</w:t>
        <w:br/>
        <w:t>"А juz,— каже,— przyszedl?" [42]&lt;br /&gt;</w:t>
        <w:br/>
        <w:t>А той до біскупа:&lt;br /&gt;</w:t>
        <w:br/>
        <w:t>"А juz,— каже,— przyszedl?"</w:t>
      </w:r>
    </w:p>
    <w:p>
      <w:r>
        <w:br/>
        <w:t>Той, бідняка, з серцем,&lt;br /&gt;</w:t>
        <w:br/>
        <w:t>I жалем, i сміхом:&lt;br /&gt;</w:t>
        <w:br/>
        <w:t>"Cicho!", [43] — йому каже,&lt;br /&gt;</w:t>
        <w:br/>
        <w:t>А той собі: "Cicho!"</w:t>
      </w:r>
    </w:p>
    <w:p>
      <w:r>
        <w:br/>
        <w:t>Той тогді озвався:&lt;br /&gt;</w:t>
        <w:br/>
        <w:t>"Jaki ze ty duren!" [44]&lt;br /&gt;</w:t>
        <w:br/>
        <w:t>А той до бiскупа:&lt;br /&gt;</w:t>
        <w:br/>
        <w:t>"Jaki ze ty duren!"</w:t>
      </w:r>
    </w:p>
    <w:p>
      <w:r>
        <w:br/>
        <w:t>RZEPA [45]</w:t>
      </w:r>
    </w:p>
    <w:p>
      <w:r>
        <w:br/>
        <w:t>Їден іде мазур&lt;br /&gt;</w:t>
        <w:br/>
        <w:t>По ciм боці piчки.&lt;br /&gt;</w:t>
        <w:br/>
        <w:t>Другий, глухий, мазур —&lt;br /&gt;</w:t>
        <w:br/>
        <w:t>По тім боцi piчки.</w:t>
      </w:r>
    </w:p>
    <w:p>
      <w:r>
        <w:br/>
        <w:t>Сей того питає:&lt;br /&gt;</w:t>
        <w:br/>
        <w:t>"Jak siе masz, moj mily?" [46]&lt;br /&gt;</w:t>
        <w:br/>
        <w:t>А той йому каже:&lt;br /&gt;</w:t>
        <w:br/>
        <w:t>"Do rzepy chodzitem!" [47]</w:t>
      </w:r>
    </w:p>
    <w:p>
      <w:r>
        <w:br/>
        <w:t>Сей знову питає:&lt;br /&gt;</w:t>
        <w:br/>
        <w:t>"Jak tarn zona, dzieci?" [48]&lt;br /&gt;</w:t>
        <w:br/>
        <w:t>Той своє провадить:&lt;br /&gt;</w:t>
        <w:br/>
        <w:t>"Swinia zjadla, przeci!" [49]</w:t>
      </w:r>
    </w:p>
    <w:p>
      <w:r>
        <w:br/>
        <w:t>Сей йому i каже:&lt;br /&gt;</w:t>
        <w:br/>
        <w:t>"Pocaluj psa w galy!" [50]&lt;br /&gt;</w:t>
        <w:br/>
        <w:t>А той йому каже:&lt;br /&gt;</w:t>
        <w:br/>
        <w:t>"I ja to myslalem!" [51]&lt;br /&gt;</w:t>
        <w:br/>
        <w:t>25 июня</w:t>
      </w:r>
    </w:p>
    <w:p>
      <w:r>
        <w:br/>
        <w:t>KULBACZKA [52]</w:t>
      </w:r>
    </w:p>
    <w:p>
      <w:r>
        <w:br/>
        <w:t>Надибає дівку ксьондз&lt;br /&gt;</w:t>
        <w:br/>
        <w:t>Під вечірню пору.&lt;br /&gt;</w:t>
        <w:br/>
        <w:t>Бере її у мішок,&lt;br /&gt;</w:t>
        <w:br/>
        <w:t>Несе до кляштору.</w:t>
      </w:r>
    </w:p>
    <w:p>
      <w:r>
        <w:br/>
        <w:t>Але прелат зупинив.&lt;br /&gt;</w:t>
        <w:br/>
        <w:t>"Со to,— каже,— bracie?" [53]&lt;br /&gt;</w:t>
        <w:br/>
        <w:t>"А kulbaczka,— каже той,-&lt;br /&gt;</w:t>
        <w:br/>
        <w:t>Szanowny prelacie!"</w:t>
      </w:r>
    </w:p>
    <w:p>
      <w:r>
        <w:br/>
        <w:t>"А pojechac mozna, mnie?"&lt;br /&gt;</w:t>
        <w:br/>
        <w:t>"А czemu z nie mozna?"&lt;br /&gt;</w:t>
        <w:br/>
        <w:t>"Nies ze do mnie, bracie moj,&lt;br /&gt;</w:t>
        <w:br/>
        <w:t>Nies, duszo pobozna" [54]&lt;br /&gt;</w:t>
        <w:br/>
        <w:t>25 июня</w:t>
      </w:r>
    </w:p>
    <w:p>
      <w:r>
        <w:br/>
        <w:t>ДИВНИЙ БИК</w:t>
      </w:r>
    </w:p>
    <w:p>
      <w:r>
        <w:br/>
        <w:t>Бачить мужик у жидка&lt;br /&gt;</w:t>
        <w:br/>
        <w:t>Невеличкого бичка&lt;br /&gt;</w:t>
        <w:br/>
        <w:t>Під шклом в образочку,&lt;br /&gt;</w:t>
        <w:br/>
        <w:t>А цікавий був мужик.&lt;br /&gt;</w:t>
        <w:br/>
        <w:t>"Що то,— каже,— в вас за бик&lt;br /&gt;</w:t>
        <w:br/>
        <w:t>Висить на кілочку?"</w:t>
      </w:r>
    </w:p>
    <w:p>
      <w:r>
        <w:br/>
        <w:t>"А то,— каже,— вip не вip,&lt;br /&gt;</w:t>
        <w:br/>
        <w:t>А на світі є ciм гip&lt;br /&gt;</w:t>
        <w:br/>
        <w:t>Без зими i літа.&lt;br /&gt;</w:t>
        <w:br/>
        <w:t>Там трава висока є,&lt;br /&gt;</w:t>
        <w:br/>
        <w:t>I там бик такий жиє&lt;br /&gt;</w:t>
        <w:br/>
        <w:t>Від початку світа.</w:t>
      </w:r>
    </w:p>
    <w:p>
      <w:r>
        <w:br/>
        <w:t>I той бик собі за день&lt;br /&gt;</w:t>
        <w:br/>
        <w:t>Всю траву таку упень&lt;br /&gt;</w:t>
        <w:br/>
        <w:t>На гopi спасає.&lt;br /&gt;</w:t>
        <w:br/>
        <w:t>А вночі — то божа piч —&lt;br /&gt;</w:t>
        <w:br/>
        <w:t>Вся трава йому за ніч&lt;br /&gt;</w:t>
        <w:br/>
        <w:t>Знову виростає".</w:t>
      </w:r>
    </w:p>
    <w:p>
      <w:r>
        <w:br/>
        <w:t>"Де вам, Мошку, такий бик? —&lt;br /&gt;</w:t>
        <w:br/>
        <w:t>Обзивається мужик —&lt;br /&gt;</w:t>
        <w:br/>
        <w:t>Трудно вipy дати!&lt;br /&gt;</w:t>
        <w:br/>
        <w:t>Biн давно би по сей час&lt;br /&gt;</w:t>
        <w:br/>
        <w:t>Miг не тілько, кажу, вас,&lt;br /&gt;</w:t>
        <w:br/>
        <w:t>А й світ заваляти!"</w:t>
      </w:r>
    </w:p>
    <w:p>
      <w:r>
        <w:br/>
        <w:t>ТУРКИ I КОЗАК</w:t>
      </w:r>
    </w:p>
    <w:p>
      <w:r>
        <w:br/>
        <w:t>Перебрався наш козак&lt;br /&gt;</w:t>
        <w:br/>
        <w:t>Якось за границю&lt;br /&gt;</w:t>
        <w:br/>
        <w:t>Та й, на лихо, завернув&lt;br /&gt;</w:t>
        <w:br/>
        <w:t>В турецьку каплицю.</w:t>
      </w:r>
    </w:p>
    <w:p>
      <w:r>
        <w:br/>
        <w:t>Протиснувся наперед,&lt;br /&gt;</w:t>
        <w:br/>
        <w:t>Роздивився всюди.&lt;br /&gt;</w:t>
        <w:br/>
        <w:t>Хоче вийти — та біда:&lt;br /&gt;</w:t>
        <w:br/>
        <w:t>Стиснулися люди.</w:t>
      </w:r>
    </w:p>
    <w:p>
      <w:r>
        <w:br/>
        <w:t>А перед тим неборак&lt;br /&gt;</w:t>
        <w:br/>
        <w:t>Із’їв якось сала.&lt;br /&gt;</w:t>
        <w:br/>
        <w:t>I тут його, на біду,&lt;br /&gt;</w:t>
        <w:br/>
        <w:t>С... розібрала.</w:t>
      </w:r>
    </w:p>
    <w:p>
      <w:r>
        <w:br/>
        <w:t>Tepпів, бідний, доки міг,&lt;br /&gt;</w:t>
        <w:br/>
        <w:t>Аж піт з нього лився.&lt;br /&gt;</w:t>
        <w:br/>
        <w:t>Далі — тарах, неборак,&lt;br /&gt;</w:t>
        <w:br/>
        <w:t>В штани вгатилився.</w:t>
      </w:r>
    </w:p>
    <w:p>
      <w:r>
        <w:br/>
        <w:t>Замовчали вci попи&lt;br /&gt;</w:t>
        <w:br/>
        <w:t>Турки закричали&lt;br /&gt;</w:t>
        <w:br/>
        <w:t>I над бідним козаком&lt;br /&gt;</w:t>
        <w:br/>
        <w:t>Палаші підняли.</w:t>
      </w:r>
    </w:p>
    <w:p>
      <w:r>
        <w:br/>
        <w:t>Але козак — не промах,&lt;br /&gt;</w:t>
        <w:br/>
        <w:t>Вдарився у груди.&lt;br /&gt;</w:t>
        <w:br/>
        <w:t>"Ваш великий,— каже,— бог!&lt;br /&gt;</w:t>
        <w:br/>
        <w:t>Послухайте, люди!</w:t>
      </w:r>
    </w:p>
    <w:p>
      <w:r>
        <w:br/>
        <w:t>Як турецький сильний бог —&lt;br /&gt;</w:t>
        <w:br/>
        <w:t>Так правду говорю,&lt;br /&gt;</w:t>
        <w:br/>
        <w:t>Що вже piк тому, як я&lt;br /&gt;</w:t>
        <w:br/>
        <w:t>Не йшов до надвору.</w:t>
      </w:r>
    </w:p>
    <w:p>
      <w:r>
        <w:br/>
        <w:t>I де вже я не ходив,&lt;br /&gt;</w:t>
        <w:br/>
        <w:t>Де вже не молився,&lt;br /&gt;</w:t>
        <w:br/>
        <w:t>Але, видно, жоден бог&lt;br /&gt;</w:t>
        <w:br/>
        <w:t>Не змилосердився.</w:t>
      </w:r>
    </w:p>
    <w:p>
      <w:r>
        <w:br/>
        <w:t>Ото тілько їден ваш&lt;br /&gt;</w:t>
        <w:br/>
        <w:t>Перед цілим людом&lt;br /&gt;</w:t>
        <w:br/>
        <w:t>Живо й раптом показав&lt;br /&gt;</w:t>
        <w:br/>
        <w:t>Святе своє чудо!"</w:t>
      </w:r>
    </w:p>
    <w:p>
      <w:r>
        <w:br/>
        <w:t>Заплескали вci попи,&lt;br /&gt;</w:t>
        <w:br/>
        <w:t>Турки закричали&lt;br /&gt;</w:t>
        <w:br/>
        <w:t>I заклепані штани&lt;br /&gt;</w:t>
        <w:br/>
        <w:t>3 козака ізняли</w:t>
      </w:r>
    </w:p>
    <w:p>
      <w:r>
        <w:br/>
        <w:t>I повішали якраз&lt;br /&gt;</w:t>
        <w:br/>
        <w:t>Посеред каплиці,&lt;br /&gt;</w:t>
        <w:br/>
        <w:t>А козака провели&lt;br /&gt;</w:t>
        <w:br/>
        <w:t>3 грішми до границі.&lt;br /&gt;</w:t>
        <w:br/>
        <w:t>29 июня</w:t>
      </w:r>
    </w:p>
    <w:p>
      <w:r>
        <w:br/>
        <w:t>ТУРОК I МУЖИК</w:t>
      </w:r>
    </w:p>
    <w:p>
      <w:r>
        <w:br/>
        <w:t>Нагнав турок мужика,&lt;br /&gt;</w:t>
        <w:br/>
        <w:t>Хоче його взяти;&lt;br /&gt;</w:t>
        <w:br/>
        <w:t>Бща тілько, нема чим&lt;br /&gt;</w:t>
        <w:br/>
        <w:t>Рук йому зв’язати.</w:t>
      </w:r>
    </w:p>
    <w:p>
      <w:r>
        <w:br/>
        <w:t>Ото й кличе він його.&lt;br /&gt;</w:t>
        <w:br/>
        <w:t>"А ходи-но!" — каже.&lt;br /&gt;</w:t>
        <w:br/>
        <w:t>А той собі на умі:&lt;br /&gt;</w:t>
        <w:br/>
        <w:t>"Знаю тебе, враже",</w:t>
      </w:r>
    </w:p>
    <w:p>
      <w:r>
        <w:br/>
        <w:t>I схилився у траві,&lt;br /&gt;</w:t>
        <w:br/>
        <w:t>В небо поглядає,&lt;br /&gt;</w:t>
        <w:br/>
        <w:t>"Боюсь,— каже,— пане мій!&lt;br /&gt;</w:t>
        <w:br/>
        <w:t>Бо шуляк літає!"</w:t>
      </w:r>
    </w:p>
    <w:p>
      <w:r>
        <w:br/>
        <w:t>"Та не бійся,— каже той,-&lt;br /&gt;</w:t>
        <w:br/>
        <w:t>Надери лиш лика,&lt;br /&gt;</w:t>
        <w:br/>
        <w:t>То ми того шульгара&lt;br /&gt;</w:t>
        <w:br/>
        <w:t>Зв’яжемо до лиха!"</w:t>
      </w:r>
    </w:p>
    <w:p>
      <w:r>
        <w:br/>
        <w:t>А той усе на yмi&lt;br /&gt;</w:t>
        <w:br/>
        <w:t>Свою думку має.&lt;br /&gt;</w:t>
        <w:br/>
        <w:t>"Боюсь,— каже,— пане мій!&lt;br /&gt;</w:t>
        <w:br/>
        <w:t>Бо шуляк літає!"</w:t>
      </w:r>
    </w:p>
    <w:p>
      <w:r>
        <w:br/>
        <w:t>"То я ж,— каже,— піду сам&lt;br /&gt;</w:t>
        <w:br/>
        <w:t>Та надеру лика!"&lt;br /&gt;</w:t>
        <w:br/>
        <w:t>Злазить турок iз коня&lt;br /&gt;</w:t>
        <w:br/>
        <w:t>Та й іде до лиха.</w:t>
      </w:r>
    </w:p>
    <w:p>
      <w:r>
        <w:br/>
        <w:t>Тогди мужик iз трави&lt;br /&gt;</w:t>
        <w:br/>
        <w:t>Піднявся поволі,&lt;br /&gt;</w:t>
        <w:br/>
        <w:t>Скочив живо на коня&lt;br /&gt;</w:t>
        <w:br/>
        <w:t>Та й шмалить по полі!..</w:t>
      </w:r>
    </w:p>
    <w:p>
      <w:r>
        <w:br/>
        <w:t>"Шульгар! Шульгар! Стережись!" —&lt;br /&gt;</w:t>
        <w:br/>
        <w:t>По лісі загуло.&lt;br /&gt;</w:t>
        <w:br/>
        <w:t>"Матері твоїй шульгар!" —&lt;br /&gt;</w:t>
        <w:br/>
        <w:t>3 поля відвійнуло.</w:t>
      </w:r>
    </w:p>
    <w:p>
      <w:r>
        <w:br/>
        <w:t>АХМЕТ III [55] I ЗАПОРОЖЦІ</w:t>
      </w:r>
    </w:p>
    <w:p>
      <w:r>
        <w:br/>
        <w:t>В літо тисяча шiстсоте, —&lt;br /&gt;</w:t>
        <w:br/>
        <w:t>В літо теє боже,&lt;br /&gt;</w:t>
        <w:br/>
        <w:t>Прийшла грамота Ахмета&lt;br /&gt;</w:t>
        <w:br/>
        <w:t>В наше Запорожжя:</w:t>
      </w:r>
    </w:p>
    <w:p>
      <w:r>
        <w:br/>
        <w:t>"Я, султан, син Магомета, [56]&lt;br /&gt;</w:t>
        <w:br/>
        <w:t>Внук бога їдного,&lt;br /&gt;</w:t>
        <w:br/>
        <w:t>Брат місяця-перекроя&lt;br /&gt;</w:t>
        <w:br/>
        <w:t>I сонця самого,</w:t>
      </w:r>
    </w:p>
    <w:p>
      <w:r>
        <w:br/>
        <w:t>Лицар сильний i могучий,&lt;br /&gt;</w:t>
        <w:br/>
        <w:t>Краль над королями,&lt;br /&gt;</w:t>
        <w:br/>
        <w:t>Воєвода всього світу&lt;br /&gt;</w:t>
        <w:br/>
        <w:t>I цар над царями,</w:t>
      </w:r>
    </w:p>
    <w:p>
      <w:r>
        <w:br/>
        <w:t>Цар столиці Цареграду&lt;br /&gt;</w:t>
        <w:br/>
        <w:t>I цар Македону,&lt;br /&gt;</w:t>
        <w:br/>
        <w:t>Гpeків, сербів, молдаванів&lt;br /&gt;</w:t>
        <w:br/>
        <w:t>I цар Вавілону,</w:t>
      </w:r>
    </w:p>
    <w:p>
      <w:r>
        <w:br/>
        <w:t>Цар Подолі, i Галича,&lt;br /&gt;</w:t>
        <w:br/>
        <w:t>I славного Криму,&lt;br /&gt;</w:t>
        <w:br/>
        <w:t>Цар Єгипту, i Ораби,&lt;br /&gt;</w:t>
        <w:br/>
        <w:t>I цар Русалиму,</w:t>
      </w:r>
    </w:p>
    <w:p>
      <w:r>
        <w:br/>
        <w:t>Сторож гробу в Русалимі&lt;br /&gt;</w:t>
        <w:br/>
        <w:t>I вашого бога.&lt;br /&gt;</w:t>
        <w:br/>
        <w:t>Християн ycix на світі&lt;br /&gt;</w:t>
        <w:br/>
        <w:t>Смуток і підмога,-</w:t>
      </w:r>
    </w:p>
    <w:p>
      <w:r>
        <w:br/>
        <w:t>Кажу вам, yciм козакам,&lt;br /&gt;</w:t>
        <w:br/>
        <w:t>Мені передатись,&lt;br /&gt;</w:t>
        <w:br/>
        <w:t>А як нi — добра від мене&lt;br /&gt;</w:t>
        <w:br/>
        <w:t>Вам не сподіватись!"</w:t>
      </w:r>
    </w:p>
    <w:p>
      <w:r>
        <w:br/>
        <w:t>Того ж літа запорожці&lt;br /&gt;</w:t>
        <w:br/>
        <w:t>Грамоту читали&lt;br /&gt;</w:t>
        <w:br/>
        <w:t>I до вражого Ахмета&lt;br /&gt;</w:t>
        <w:br/>
        <w:t>От що написали:</w:t>
      </w:r>
    </w:p>
    <w:p>
      <w:r>
        <w:br/>
        <w:t>"Ти, султане, чортів сину,&lt;br /&gt;</w:t>
        <w:br/>
        <w:t>Люципера [57] брате,&lt;br /&gt;</w:t>
        <w:br/>
        <w:t>Внуку гаспида самого&lt;br /&gt;</w:t>
        <w:br/>
        <w:t>I чорте рогатий!</w:t>
      </w:r>
    </w:p>
    <w:p>
      <w:r>
        <w:br/>
        <w:t>Стравнику ти цареградський,&lt;br /&gt;</w:t>
        <w:br/>
        <w:t>Пивнику макдонський,&lt;br /&gt;</w:t>
        <w:br/>
        <w:t>Свине грецька й молдаванська,&lt;br /&gt;</w:t>
        <w:br/>
        <w:t>Ковалю вавлонський!</w:t>
      </w:r>
    </w:p>
    <w:p>
      <w:r>
        <w:br/>
        <w:t>Кате cepбів i Пoдoлi,&lt;br /&gt;</w:t>
        <w:br/>
        <w:t>Папуго ти кримська,&lt;br /&gt;</w:t>
        <w:br/>
        <w:t>Єгипетський ти свинарю,&lt;br /&gt;</w:t>
        <w:br/>
        <w:t>Сово русалимська!</w:t>
      </w:r>
    </w:p>
    <w:p>
      <w:r>
        <w:br/>
        <w:t>Ти — погана свинячая&lt;br /&gt;</w:t>
        <w:br/>
        <w:t>Морда, не підмога,&lt;br /&gt;</w:t>
        <w:br/>
        <w:t>I дурень ти, а не сторож&lt;br /&gt;</w:t>
        <w:br/>
        <w:t>У нашого бога.</w:t>
      </w:r>
    </w:p>
    <w:p>
      <w:r>
        <w:br/>
        <w:t>Не годен ти нас, козаків,&lt;br /&gt;</w:t>
        <w:br/>
        <w:t>I десь цілувати,&lt;br /&gt;</w:t>
        <w:br/>
        <w:t>А не то щоб Запорожжя&lt;br /&gt;</w:t>
        <w:br/>
        <w:t>Під собою мати!</w:t>
      </w:r>
    </w:p>
    <w:p>
      <w:r>
        <w:br/>
        <w:t>Ми землею i водою&lt;br /&gt;</w:t>
        <w:br/>
        <w:t>Будем воюватись,&lt;br /&gt;</w:t>
        <w:br/>
        <w:t>I тебе нам, бісів сину,&lt;br /&gt;</w:t>
        <w:br/>
        <w:t>Hiчогo боятись!</w:t>
      </w:r>
    </w:p>
    <w:p>
      <w:r>
        <w:br/>
        <w:t>Так тoбi ми відвічаєм,&lt;br /&gt;</w:t>
        <w:br/>
        <w:t>А року не знаєм,&lt;br /&gt;</w:t>
        <w:br/>
        <w:t>Бо ми ваших календарів&lt;br /&gt;</w:t>
        <w:br/>
        <w:t>В Січі не тримаєм.</w:t>
      </w:r>
    </w:p>
    <w:p>
      <w:r>
        <w:br/>
        <w:t>Місяць наш тепер на небі,&lt;br /&gt;</w:t>
        <w:br/>
        <w:t>День той самий, що у вас;&lt;br /&gt;</w:t>
        <w:br/>
        <w:t>За сим словом, вражі турки,&lt;br /&gt;</w:t>
        <w:br/>
        <w:t>Поцілуйте в ... нас!"</w:t>
      </w:r>
    </w:p>
    <w:p>
      <w:r>
        <w:br/>
        <w:t>НАЩО БОГ СОТВОРИВ?</w:t>
      </w:r>
    </w:p>
    <w:p>
      <w:r>
        <w:br/>
        <w:t>"Нащо тебе, козака,&lt;br /&gt;</w:t>
        <w:br/>
        <w:t>Господь на світ сотворив?"&lt;br /&gt;</w:t>
        <w:br/>
        <w:t>"Щоб любив я мужика,&lt;br /&gt;</w:t>
        <w:br/>
        <w:t>Щоби пана його бив!"</w:t>
      </w:r>
    </w:p>
    <w:p>
      <w:r>
        <w:br/>
        <w:t>"Нащо ж тебе, мужика,&lt;br /&gt;</w:t>
        <w:br/>
        <w:t>Господь на cвіт сотворив?"&lt;br /&gt;</w:t>
        <w:br/>
        <w:t>"Щоб неславив козака,&lt;br /&gt;</w:t>
        <w:br/>
        <w:t>Щоби панщину робив!"</w:t>
      </w:r>
    </w:p>
    <w:p>
      <w:r>
        <w:br/>
        <w:t>ТУРЕЦЬКА КАРА</w:t>
      </w:r>
    </w:p>
    <w:p>
      <w:r>
        <w:br/>
        <w:t>Взяли турки козака,&lt;br /&gt;</w:t>
        <w:br/>
        <w:t>На смерть засудили,&lt;br /&gt;</w:t>
        <w:br/>
        <w:t>Межи ноги йому кіл&lt;br /&gt;</w:t>
        <w:br/>
        <w:t>Довгий заложили&lt;br /&gt;</w:t>
        <w:br/>
        <w:t>Та й довбнею i женуть,&lt;br /&gt;</w:t>
        <w:br/>
        <w:t>А той тілько каже:&lt;br /&gt;</w:t>
        <w:br/>
        <w:t>"Та бий piвнo, коли б’єш,&lt;br /&gt;</w:t>
        <w:br/>
        <w:t>Не милися, враже!"&lt;br /&gt;</w:t>
        <w:br/>
        <w:t>13 окт[ября]</w:t>
      </w:r>
    </w:p>
    <w:p>
      <w:r>
        <w:br/>
        <w:t>ПИЛИПОН</w:t>
      </w:r>
    </w:p>
    <w:p>
      <w:r>
        <w:br/>
        <w:t>Як то за все хапаються&lt;br /&gt;</w:t>
        <w:br/>
        <w:t>Tiї пилипони,&lt;br /&gt;</w:t>
        <w:br/>
        <w:t>То й поправляв їден, кажуть,&lt;br /&gt;</w:t>
        <w:br/>
        <w:t>У церкві ікони.&lt;br /&gt;</w:t>
        <w:br/>
        <w:t>От поправив, що там було,&lt;br /&gt;</w:t>
        <w:br/>
        <w:t>До попа вертає.&lt;br /&gt;</w:t>
        <w:br/>
        <w:t>"Що ж, ти,— каже,— все поправив?" —&lt;br /&gt;</w:t>
        <w:br/>
        <w:t>Піп його питає.&lt;br /&gt;</w:t>
        <w:br/>
        <w:t>"Да все, батька! У Варвары&lt;br /&gt;</w:t>
        <w:br/>
        <w:t>Башмак доработал,&lt;br /&gt;</w:t>
        <w:br/>
        <w:t>Богоматери на лоне&lt;br /&gt;</w:t>
        <w:br/>
        <w:t>Младенца сработал.&lt;br /&gt;</w:t>
        <w:br/>
        <w:t>А чтоб батька мне маленько&lt;br /&gt;</w:t>
        <w:br/>
        <w:t>На водку прибавил,&lt;br /&gt;</w:t>
        <w:br/>
        <w:t>То я сзади уж и духу&lt;br /&gt;</w:t>
        <w:br/>
        <w:t>Три перья приставил!"&lt;br /&gt;</w:t>
        <w:br/>
        <w:t>14 окт[ября]</w:t>
      </w:r>
    </w:p>
    <w:p>
      <w:r>
        <w:br/>
        <w:t>ХРАБРИЙ ЛЯХ</w:t>
      </w:r>
    </w:p>
    <w:p>
      <w:r>
        <w:br/>
        <w:t>Здибалося два ляшки.&lt;br /&gt;</w:t>
        <w:br/>
        <w:t>Їден i хвалився,&lt;br /&gt;</w:t>
        <w:br/>
        <w:t>Як недавно на війні&lt;br /&gt;</w:t>
        <w:br/>
        <w:t>3 козаками бився.</w:t>
      </w:r>
    </w:p>
    <w:p>
      <w:r>
        <w:br/>
        <w:t>"Juz to,— каже,— dtugo mniе&lt;br /&gt;</w:t>
        <w:br/>
        <w:t>Nie zapomnа wrogy,&lt;br /&gt;</w:t>
        <w:br/>
        <w:t>Bo psiawiaram moze stu&lt;br /&gt;</w:t>
        <w:br/>
        <w:t>Odrаbatem nogi!"</w:t>
      </w:r>
    </w:p>
    <w:p>
      <w:r>
        <w:br/>
        <w:t>"Co to nogi? — каже той.-&lt;br /&gt;</w:t>
        <w:br/>
        <w:t>Glowy rаbac bylo!"&lt;br /&gt;</w:t>
        <w:br/>
        <w:t>"I ja chcialem, bracie moj.&lt;br /&gt;</w:t>
        <w:br/>
        <w:t>Ale glow nie bylo"&lt;br /&gt;</w:t>
        <w:br/>
        <w:t>____________________________</w:t>
      </w:r>
    </w:p>
    <w:p>
      <w:r>
        <w:br/>
        <w:t>Каже: "Знатимуть мене&lt;br /&gt;</w:t>
        <w:br/>
        <w:t>Козацькі пороги,&lt;br /&gt;</w:t>
        <w:br/>
        <w:t>Бо я з coтнi козаків&lt;br /&gt;</w:t>
        <w:br/>
        <w:t>Поодтинав ноги".&lt;br /&gt;</w:t>
        <w:br/>
        <w:t>"Що то ноги? — каже той,-&lt;br /&gt;</w:t>
        <w:br/>
        <w:t>Голови їм було!"&lt;br /&gt;</w:t>
        <w:br/>
        <w:t>"I я то xтів, брате мій,&lt;br /&gt;</w:t>
        <w:br/>
        <w:t>Та голов не було".</w:t>
      </w:r>
    </w:p>
    <w:p>
      <w:r>
        <w:br/>
        <w:t>ГОСПОДЬ ДАВ</w:t>
      </w:r>
    </w:p>
    <w:p>
      <w:r>
        <w:br/>
        <w:t>Пішов козак молодий&lt;br /&gt;</w:t>
        <w:br/>
        <w:t>В далеку дорогу,&lt;br /&gt;</w:t>
        <w:br/>
        <w:t>Кинув жінку молоду&lt;br /&gt;</w:t>
        <w:br/>
        <w:t>I хату убогу.</w:t>
      </w:r>
    </w:p>
    <w:p>
      <w:r>
        <w:br/>
        <w:t>Аж вертае за ciм літ,&lt;br /&gt;</w:t>
        <w:br/>
        <w:t>Хату оглядає,&lt;br /&gt;</w:t>
        <w:br/>
        <w:t>Дивується сам собі —&lt;br /&gt;</w:t>
        <w:br/>
        <w:t>Хати не пізнає.</w:t>
      </w:r>
    </w:p>
    <w:p>
      <w:r>
        <w:br/>
        <w:t>Його хата — як вінок,&lt;br /&gt;</w:t>
        <w:br/>
        <w:t>Новенька, біленька...&lt;br /&gt;</w:t>
        <w:br/>
        <w:t>"А звідки то,— запитав,-&lt;br /&gt;</w:t>
        <w:br/>
        <w:t>Голубко сивенька?"</w:t>
      </w:r>
    </w:p>
    <w:p>
      <w:r>
        <w:br/>
        <w:t>"А то,— каже,— господь дав&lt;br /&gt;</w:t>
        <w:br/>
        <w:t>За твою дорогу!"&lt;br /&gt;</w:t>
        <w:br/>
        <w:t>Козак шапку підійняв.&lt;br /&gt;</w:t>
        <w:br/>
        <w:t>"Слава ж,— каже,— богу!"</w:t>
      </w:r>
    </w:p>
    <w:p>
      <w:r>
        <w:br/>
        <w:t>Входить в хату — скрізь лавки&lt;br /&gt;</w:t>
        <w:br/>
        <w:t>I столи xopoшi,&lt;br /&gt;</w:t>
        <w:br/>
        <w:t>А на столах i лавках&lt;br /&gt;</w:t>
        <w:br/>
        <w:t>Валяються гpoшi.</w:t>
      </w:r>
    </w:p>
    <w:p>
      <w:r>
        <w:br/>
        <w:t>Глянув козак навкруги,&lt;br /&gt;</w:t>
        <w:br/>
        <w:t>Жінку обіймає,&lt;br /&gt;</w:t>
        <w:br/>
        <w:t>Поцілував кілька раз.&lt;br /&gt;</w:t>
        <w:br/>
        <w:t>"Звідки ж то?" — питає,</w:t>
      </w:r>
    </w:p>
    <w:p>
      <w:r>
        <w:br/>
        <w:t>"I то,— каже,— господь дав&lt;br /&gt;</w:t>
        <w:br/>
        <w:t>За твою дорогу..."&lt;br /&gt;</w:t>
        <w:br/>
        <w:t>Козак хрест святий поклав.&lt;br /&gt;</w:t>
        <w:br/>
        <w:t>"Слава ж,— каже,— богу!"</w:t>
      </w:r>
    </w:p>
    <w:p>
      <w:r>
        <w:br/>
        <w:t>Коли гляне у куток —&lt;br /&gt;</w:t>
        <w:br/>
        <w:t>Аж дітей копиця...&lt;br /&gt;</w:t>
        <w:br/>
        <w:t>"А то звідки?" — "Господь дав!" —&lt;br /&gt;</w:t>
        <w:br/>
        <w:t>Каже молодиця.</w:t>
      </w:r>
    </w:p>
    <w:p>
      <w:r>
        <w:br/>
        <w:t>А той носом покрутив.&lt;br /&gt;</w:t>
        <w:br/>
        <w:t>"Добрий,— каже,— тато!..&lt;br /&gt;</w:t>
        <w:br/>
        <w:t>Але,— адже,— на сей раз&lt;br /&gt;</w:t>
        <w:br/>
        <w:t>Порався багато!.."</w:t>
      </w:r>
    </w:p>
    <w:p>
      <w:r>
        <w:br/>
        <w:t>БАРАН</w:t>
      </w:r>
    </w:p>
    <w:p>
      <w:r>
        <w:br/>
        <w:t>Набілив жид мідяків,&lt;br /&gt;</w:t>
        <w:br/>
        <w:t>І тілько смеркає —&lt;br /&gt;</w:t>
        <w:br/>
        <w:t>Все то бідним мужикам&lt;br /&gt;</w:t>
        <w:br/>
        <w:t>За срібло спускає.&lt;br /&gt;</w:t>
        <w:br/>
        <w:t>А сам-то він був купець&lt;br /&gt;</w:t>
        <w:br/>
        <w:t>І торгував м’ясом,&lt;br /&gt;</w:t>
        <w:br/>
        <w:t>То, бувало, що не крав,&lt;br /&gt;</w:t>
        <w:br/>
        <w:t>То купував часом.&lt;br /&gt;</w:t>
        <w:br/>
        <w:t>Ото колись уночі,&lt;br /&gt;</w:t>
        <w:br/>
        <w:t>Тілько що ліг спати,&lt;br /&gt;</w:t>
        <w:br/>
        <w:t>Хтось стукає у вікно,&lt;br /&gt;</w:t>
        <w:br/>
        <w:t>Проситься до хати.&lt;br /&gt;</w:t>
        <w:br/>
        <w:t>"Хто?" — питається жидок,&lt;br /&gt;</w:t>
        <w:br/>
        <w:t>"Я,— каже,— пустіте!&lt;br /&gt;</w:t>
        <w:br/>
        <w:t>Може, треба барана?&lt;br /&gt;</w:t>
        <w:br/>
        <w:t>Барана купіте!"&lt;br /&gt;</w:t>
        <w:br/>
        <w:t>Пустив його у корчму,&lt;br /&gt;</w:t>
        <w:br/>
        <w:t>А той мішок з себе.&lt;br /&gt;</w:t>
        <w:br/>
        <w:t>"От вам,— каже,— і баран.&lt;br /&gt;</w:t>
        <w:br/>
        <w:t>Купіть, коли треба!"&lt;br /&gt;</w:t>
        <w:br/>
        <w:t>"А що хочеш?" — "Три копи!"&lt;br /&gt;</w:t>
        <w:br/>
        <w:t>Жид мацнув руками,&lt;br /&gt;</w:t>
        <w:br/>
        <w:t>За барана заплатив&lt;br /&gt;</w:t>
        <w:br/>
        <w:t>Трьома копійками.&lt;br /&gt;</w:t>
        <w:br/>
        <w:t>Сам не світить, бісів син,&lt;br /&gt;</w:t>
        <w:br/>
        <w:t>А той не говорить,&lt;br /&gt;</w:t>
        <w:br/>
        <w:t>Навпомацки і бредуть&lt;br /&gt;</w:t>
        <w:br/>
        <w:t>З мішком до комори.&lt;br /&gt;</w:t>
        <w:br/>
        <w:t>А комора у купця&lt;br /&gt;</w:t>
        <w:br/>
        <w:t>Була і крамниця,&lt;br /&gt;</w:t>
        <w:br/>
        <w:t>А часами заодно&lt;br /&gt;</w:t>
        <w:br/>
        <w:t>Була і різниця.&lt;br /&gt;</w:t>
        <w:br/>
        <w:t>Упустили барана,&lt;br /&gt;</w:t>
        <w:br/>
        <w:t>Мужика не стало,&lt;br /&gt;</w:t>
        <w:br/>
        <w:t>Чи спав купець, чи не спав,&lt;br /&gt;</w:t>
        <w:br/>
        <w:t>Але вже світало.&lt;br /&gt;</w:t>
        <w:br/>
        <w:t>Купець живо захопив&lt;br /&gt;</w:t>
        <w:br/>
        <w:t>Всі свої прибори.&lt;br /&gt;</w:t>
        <w:br/>
        <w:t>Живо капці — та й бігцем&lt;br /&gt;</w:t>
        <w:br/>
        <w:t>Біжить до комори.&lt;br /&gt;</w:t>
        <w:br/>
        <w:t>Але тілько одчинив —&lt;br /&gt;</w:t>
        <w:br/>
        <w:t>Ахнув неборака:&lt;br /&gt;</w:t>
        <w:br/>
        <w:t>Йому замість барана&lt;br /&gt;</w:t>
        <w:br/>
        <w:t>Скочила собака.&lt;br /&gt;</w:t>
        <w:br/>
        <w:t>І пропав його баран,&lt;br /&gt;</w:t>
        <w:br/>
        <w:t>Але й того мало:&lt;br /&gt;</w:t>
        <w:br/>
        <w:t>Із комори з бараном&lt;br /&gt;</w:t>
        <w:br/>
        <w:t>І м’яса не стало.</w:t>
      </w:r>
    </w:p>
    <w:p>
      <w:r>
        <w:br/>
        <w:t>РОЗМОВА</w:t>
      </w:r>
    </w:p>
    <w:p>
      <w:r>
        <w:br/>
        <w:t>Прибув Мошко із Варшави&lt;br /&gt;</w:t>
        <w:br/>
        <w:t>Та й людей дурив,&lt;br /&gt;</w:t>
        <w:br/>
        <w:t>Що ніби він у столиці&lt;br /&gt;</w:t>
        <w:br/>
        <w:t>З крулем говорив.</w:t>
      </w:r>
    </w:p>
    <w:p>
      <w:r>
        <w:br/>
        <w:t>"А як же ви говорили?" —&lt;br /&gt;</w:t>
        <w:br/>
        <w:t>Якийсь запитав.&lt;br /&gt;</w:t>
        <w:br/>
        <w:t>"О, ми славно говорили,-&lt;br /&gt;</w:t>
        <w:br/>
        <w:t>Мошко відвічав.-</w:t>
      </w:r>
    </w:p>
    <w:p>
      <w:r>
        <w:br/>
        <w:t>Я казав усе крулеві:&lt;br /&gt;</w:t>
        <w:br/>
        <w:t>"Ура" та "ура!",&lt;br /&gt;</w:t>
        <w:br/>
        <w:t>А воно мені казало:&lt;br /&gt;</w:t>
        <w:br/>
        <w:t>"Дурак" та "дурак!"</w:t>
      </w:r>
    </w:p>
    <w:p>
      <w:r>
        <w:br/>
        <w:t>НАДГОРОДА</w:t>
      </w:r>
    </w:p>
    <w:p>
      <w:r>
        <w:br/>
        <w:t>Раз топився грубий лях,&lt;br /&gt;</w:t>
        <w:br/>
        <w:t>Став репетувати;&lt;br /&gt;</w:t>
        <w:br/>
        <w:t>Мужик один і побіг&lt;br /&gt;</w:t>
        <w:br/>
        <w:t>Пана рятувати.</w:t>
      </w:r>
    </w:p>
    <w:p>
      <w:r>
        <w:br/>
        <w:t>За чуприну ухватив,&lt;br /&gt;</w:t>
        <w:br/>
        <w:t>З води витягає,&lt;br /&gt;</w:t>
        <w:br/>
        <w:t>Пан дякує мужику,&lt;br /&gt;</w:t>
        <w:br/>
        <w:t>Грошей добуває...</w:t>
      </w:r>
    </w:p>
    <w:p>
      <w:r>
        <w:br/>
        <w:t>Аж надходить другий лях.&lt;br /&gt;</w:t>
        <w:br/>
        <w:t>"Со to?" — запитався.&lt;br /&gt;</w:t>
        <w:br/>
        <w:t>"Ta&amp;#380; wyciаgnаl z wody mnie!" —&lt;br /&gt;</w:t>
        <w:br/>
        <w:t>Грубий обізвався.</w:t>
      </w:r>
    </w:p>
    <w:p>
      <w:r>
        <w:br/>
        <w:t>"О, widzialem,— каже той,-&lt;br /&gt;</w:t>
        <w:br/>
        <w:t>Widzialem, jedyny,&lt;br /&gt;</w:t>
        <w:br/>
        <w:t>Jak on ciebie, bracie moj,&lt;br /&gt;</w:t>
        <w:br/>
        <w:t>Ciagnal za czupryne!"</w:t>
      </w:r>
    </w:p>
    <w:p>
      <w:r>
        <w:br/>
        <w:t>"Za czupryng? Czy z to tak?"&lt;br /&gt;</w:t>
        <w:br/>
        <w:t>"Za czupryne, miiy!"&lt;br /&gt;</w:t>
        <w:br/>
        <w:t>"О psia wiara z! — крикнув той&lt;br /&gt;</w:t>
        <w:br/>
        <w:t>lзi всеї сили,-</w:t>
      </w:r>
    </w:p>
    <w:p>
      <w:r>
        <w:br/>
        <w:t>Sto nahajow za to psu!";&lt;br /&gt;</w:t>
        <w:br/>
        <w:t>I що ж? Протягнули&lt;br /&gt;</w:t>
        <w:br/>
        <w:t>I сто йому нагаїв&lt;br /&gt;</w:t>
        <w:br/>
        <w:t>За добро креснули.&lt;br /&gt;</w:t>
        <w:br/>
        <w:t>_____________________________</w:t>
      </w:r>
    </w:p>
    <w:p>
      <w:r>
        <w:br/>
        <w:t>Аж надходить другий лях,&lt;br /&gt;</w:t>
        <w:br/>
        <w:t>"Що то?" — запитався.&lt;br /&gt;</w:t>
        <w:br/>
        <w:t>"Та ж витягнув iз води",-&lt;br /&gt;</w:t>
        <w:br/>
        <w:t>Грубий обізвався.&lt;br /&gt;</w:t>
        <w:br/>
        <w:t>"Та лучче б ти утонув&lt;br /&gt;</w:t>
        <w:br/>
        <w:t>В лихую годину,&lt;br /&gt;</w:t>
        <w:br/>
        <w:t>А то хлоп тебе тягнув,&lt;br /&gt;</w:t>
        <w:br/>
        <w:t>Як пса, за чуприну..."&lt;br /&gt;</w:t>
        <w:br/>
        <w:t>"За чуприну? Чи ж то так?"&lt;br /&gt;</w:t>
        <w:br/>
        <w:t>"За чуприну, милий!"&lt;br /&gt;</w:t>
        <w:br/>
        <w:t>"О псявipa ж,— крикнув той&lt;br /&gt;</w:t>
        <w:br/>
        <w:t>Із вciєї сили,-&lt;br /&gt;</w:t>
        <w:br/>
        <w:t>Сто нагаїв за то псу!"</w:t>
      </w:r>
    </w:p>
    <w:p>
      <w:r>
        <w:br/>
        <w:t>ПЕЧЕНА ГУСКА</w:t>
      </w:r>
    </w:p>
    <w:p>
      <w:r>
        <w:br/>
        <w:t>Ходить німець по корчмі,&lt;br /&gt;</w:t>
        <w:br/>
        <w:t>Випив собі чарку.&lt;br /&gt;</w:t>
        <w:br/>
        <w:t>"Czy pieczone gesie masz?" —&lt;br /&gt;</w:t>
        <w:br/>
        <w:t>Питає шинкарку.&lt;br /&gt;</w:t>
        <w:br/>
        <w:t>"Та є, пане! — каже та.-&lt;br /&gt;</w:t>
        <w:br/>
        <w:t>Є порядна пара.&lt;br /&gt;</w:t>
        <w:br/>
        <w:t>"А czy drogo bеdzie sztuk?"&lt;br /&gt;</w:t>
        <w:br/>
        <w:t>"Та нi, півталяра".&lt;br /&gt;</w:t>
        <w:br/>
        <w:t>"А czy bеdzie chled i sos?"&lt;br /&gt;</w:t>
        <w:br/>
        <w:t>"Таже буде, пане!"&lt;br /&gt;</w:t>
        <w:br/>
        <w:t>"А nie placа za to juz?"&lt;br /&gt;</w:t>
        <w:br/>
        <w:t>"Та не платять, пане!"&lt;br /&gt;</w:t>
        <w:br/>
        <w:t>"То wiesz,— каже,— serce, со?&lt;br /&gt;</w:t>
        <w:br/>
        <w:t>Gеsie mnie nie trzeba,&lt;br /&gt;</w:t>
        <w:br/>
        <w:t>A podawaj liepiej mnie&lt;br /&gt;</w:t>
        <w:br/>
        <w:t>Lecz sosu ta chlieba!"&lt;br /&gt;</w:t>
        <w:br/>
        <w:t>___________________________</w:t>
      </w:r>
    </w:p>
    <w:p>
      <w:r>
        <w:br/>
        <w:t>Ходить німець по корчмі&lt;br /&gt;</w:t>
        <w:br/>
        <w:t>Випив собі чарку.&lt;br /&gt;</w:t>
        <w:br/>
        <w:t>"Чи печена гуска є?" —&lt;br /&gt;</w:t>
        <w:br/>
        <w:t>Питає шинкарку.&lt;br /&gt;</w:t>
        <w:br/>
        <w:t>"Та є, пане! — каже та.-&lt;br /&gt;</w:t>
        <w:br/>
        <w:t>Є порядна пара!"&lt;br /&gt;</w:t>
        <w:br/>
        <w:t>"Чи дорого ж буде штука?"&lt;br /&gt;</w:t>
        <w:br/>
        <w:t>"Та нi! Півталяра".&lt;br /&gt;</w:t>
        <w:br/>
        <w:t>"А чи буде юшка й хліб?"&lt;br /&gt;</w:t>
        <w:br/>
        <w:t>"Таже буде, пане!"&lt;br /&gt;</w:t>
        <w:br/>
        <w:t>"А не платять вам за то?"&lt;br /&gt;</w:t>
        <w:br/>
        <w:t>"Та не платять, пане!"&lt;br /&gt;</w:t>
        <w:br/>
        <w:t>"А то знаеш, серце, що?&lt;br /&gt;</w:t>
        <w:br/>
        <w:t>Не тра менi гуски,&lt;br /&gt;</w:t>
        <w:br/>
        <w:t>Лучче,— каже,— хлібa дай&lt;br /&gt;</w:t>
        <w:br/>
        <w:t>Та до хліба юшки!"</w:t>
      </w:r>
    </w:p>
    <w:p>
      <w:r>
        <w:br/>
        <w:t>ГОСПОДАР ХАТИ</w:t>
      </w:r>
    </w:p>
    <w:p>
      <w:r>
        <w:br/>
        <w:t>Мужик лиха наробив,&lt;br /&gt;</w:t>
        <w:br/>
        <w:t>А жінки боявся;&lt;br /&gt;</w:t>
        <w:br/>
        <w:t>Сюди-туди по кутках —&lt;br /&gt;</w:t>
        <w:br/>
        <w:t>Та й під піл сховався,</w:t>
      </w:r>
    </w:p>
    <w:p>
      <w:r>
        <w:br/>
        <w:t>Та лопатою під піл:&lt;br /&gt;</w:t>
        <w:br/>
        <w:t>"А вилізай, враже!"&lt;br /&gt;</w:t>
        <w:br/>
        <w:t>А той далі у куток&lt;br /&gt;</w:t>
        <w:br/>
        <w:t>Та й до неї каже:</w:t>
      </w:r>
    </w:p>
    <w:p>
      <w:r>
        <w:br/>
        <w:t>"Геть, погана сатано!&lt;br /&gt;</w:t>
        <w:br/>
        <w:t>Геть, бісова мати!&lt;br /&gt;</w:t>
        <w:br/>
        <w:t>Тепер мене не займай,&lt;br /&gt;</w:t>
        <w:br/>
        <w:t>Я господар хати!"&lt;br /&gt;</w:t>
        <w:br/>
        <w:t>17 окт[ября]</w:t>
      </w:r>
    </w:p>
    <w:p>
      <w:r>
        <w:br/>
        <w:t>HI ЗЛЕ, HI ДОБРЕ</w:t>
      </w:r>
    </w:p>
    <w:p>
      <w:r>
        <w:br/>
        <w:t>"Здоров, брате!" — "А здоров!"&lt;br /&gt;</w:t>
        <w:br/>
        <w:t>"Що ж ти так змінився?"&lt;br /&gt;</w:t>
        <w:br/>
        <w:t>"А не диво, брате мій?&lt;br /&gt;</w:t>
        <w:br/>
        <w:t>Бо я оженився!"&lt;br /&gt;</w:t>
        <w:br/>
        <w:t>"Слава богу!" — каже той,&lt;br /&gt;</w:t>
        <w:br/>
        <w:t>"Ні не слава богу:&lt;br /&gt;</w:t>
        <w:br/>
        <w:t>Моя жінка i бридка,&lt;br /&gt;</w:t>
        <w:br/>
        <w:t>I крива на ногу".&lt;br /&gt;</w:t>
        <w:br/>
        <w:t>"То зле, брате!" — каже той.&lt;br /&gt;</w:t>
        <w:br/>
        <w:t>"Ба нi, не зле, брате!&lt;br /&gt;</w:t>
        <w:br/>
        <w:t>Бо за нею я, як чорт,&lt;br /&gt;</w:t>
        <w:br/>
        <w:t>Зробився багатий:&lt;br /&gt;</w:t>
        <w:br/>
        <w:t>Славну хату збудував,&lt;br /&gt;</w:t>
        <w:br/>
        <w:t>Ходив у дорогу..."&lt;br /&gt;</w:t>
        <w:br/>
        <w:t>"Слава ж богу!" — каже той,&lt;br /&gt;</w:t>
        <w:br/>
        <w:t>"Hi, не слава богу.&lt;br /&gt;</w:t>
        <w:br/>
        <w:t>Воли згинули в Криму.&lt;br /&gt;</w:t>
        <w:br/>
        <w:t>Додому вернувся —&lt;br /&gt;</w:t>
        <w:br/>
        <w:t>Аж тут хата у вогні,&lt;br /&gt;</w:t>
        <w:br/>
        <w:t>I хати позбувся..."&lt;br /&gt;</w:t>
        <w:br/>
        <w:t>"То зле!" — каже. "Hi, не зле!&lt;br /&gt;</w:t>
        <w:br/>
        <w:t>Як хата горіла,&lt;br /&gt;</w:t>
        <w:br/>
        <w:t>То i жінка там моя&lt;br /&gt;</w:t>
        <w:br/>
        <w:t>В вогні околіла".</w:t>
      </w:r>
    </w:p>
    <w:p>
      <w:r>
        <w:br/>
        <w:t>HI, КАЖЕ</w:t>
      </w:r>
    </w:p>
    <w:p>
      <w:r>
        <w:br/>
        <w:t>Раз набожний архирей&lt;br /&gt;</w:t>
        <w:br/>
        <w:t>Гумена питає:&lt;br /&gt;</w:t>
        <w:br/>
        <w:t>"Чи то в тебе вci черці&lt;br /&gt;</w:t>
        <w:br/>
        <w:t>Кожний дівку має?"</w:t>
      </w:r>
    </w:p>
    <w:p>
      <w:r>
        <w:br/>
        <w:t>"Hi,— той каже,— у моїх&lt;br /&gt;</w:t>
        <w:br/>
        <w:t>Сього не бувало,&lt;br /&gt;</w:t>
        <w:br/>
        <w:t>Бо для мoїx,— каже,— вcix&lt;br /&gt;</w:t>
        <w:br/>
        <w:t>По дівчині мало".&lt;br /&gt;</w:t>
        <w:br/>
        <w:t>18 окт[ября]</w:t>
      </w:r>
    </w:p>
    <w:p>
      <w:r>
        <w:br/>
        <w:t>КРАМНАЯ СОРОЧКА</w:t>
      </w:r>
    </w:p>
    <w:p>
      <w:r>
        <w:br/>
        <w:t>Підсунувся парубчак&lt;br /&gt;</w:t>
        <w:br/>
        <w:t>Під панськую дочку&lt;br /&gt;</w:t>
        <w:br/>
        <w:t>Та й од неї i достав&lt;br /&gt;</w:t>
        <w:br/>
        <w:t>Крамную сорочку.&lt;br /&gt;</w:t>
        <w:br/>
        <w:t>Але тілько натягнув,&lt;br /&gt;</w:t>
        <w:br/>
        <w:t>Та й скинув, до лиха.&lt;br /&gt;</w:t>
        <w:br/>
        <w:t>Ото панна його раз&lt;br /&gt;</w:t>
        <w:br/>
        <w:t>I питає стиха:&lt;br /&gt;</w:t>
        <w:br/>
        <w:t>"А крамная,— каже,— де?"&lt;br /&gt;</w:t>
        <w:br/>
        <w:t>"Та крамна ледащо!"&lt;br /&gt;</w:t>
        <w:br/>
        <w:t>"Чого?" — каже. "Бо в крамній&lt;br /&gt;</w:t>
        <w:br/>
        <w:t>Чухатись нема в що!"</w:t>
      </w:r>
    </w:p>
    <w:p>
      <w:r>
        <w:br/>
        <w:t>СЛАВНАЯ КОНИНА</w:t>
      </w:r>
    </w:p>
    <w:p>
      <w:r>
        <w:br/>
        <w:t>Сидить мале циганя,&lt;br /&gt;</w:t>
        <w:br/>
        <w:t>Коня виїжджає,&lt;br /&gt;</w:t>
        <w:br/>
        <w:t>А старий його й коня&lt;br /&gt;</w:t>
        <w:br/>
        <w:t>Нагайкою крає.</w:t>
      </w:r>
    </w:p>
    <w:p>
      <w:r>
        <w:br/>
        <w:t>Заплакало циганя,&lt;br /&gt;</w:t>
        <w:br/>
        <w:t>Лягло на коневі...&lt;br /&gt;</w:t>
        <w:br/>
        <w:t>А той тогді до купця&lt;br /&gt;</w:t>
        <w:br/>
        <w:t>Та й каже купцеві:</w:t>
      </w:r>
    </w:p>
    <w:p>
      <w:r>
        <w:br/>
        <w:t>"Та купуй уже, купуй,&lt;br /&gt;</w:t>
        <w:br/>
        <w:t>Славная конина!&lt;br /&gt;</w:t>
        <w:br/>
        <w:t>Чи ж не бачиш, як по ній&lt;br /&gt;</w:t>
        <w:br/>
        <w:t>Сплакалась дитина?"&lt;br /&gt;</w:t>
        <w:br/>
        <w:t>18 окт[ября]</w:t>
      </w:r>
    </w:p>
    <w:p>
      <w:r>
        <w:br/>
        <w:t>ЦИГАН НА СПОВІДІ</w:t>
      </w:r>
    </w:p>
    <w:p>
      <w:r>
        <w:br/>
        <w:t>Раз задумав циганчук&lt;br /&gt;</w:t>
        <w:br/>
        <w:t>Гpіхи сповідати.&lt;br /&gt;</w:t>
        <w:br/>
        <w:t>Іде просто до попа&lt;br /&gt;</w:t>
        <w:br/>
        <w:t>Приходить до хати.</w:t>
      </w:r>
    </w:p>
    <w:p>
      <w:r>
        <w:br/>
        <w:t>Оглядає — нi попа,&lt;br /&gt;</w:t>
        <w:br/>
        <w:t>Hi слуги бог має,&lt;br /&gt;</w:t>
        <w:br/>
        <w:t>А в гopoci, у печі,&lt;br /&gt;</w:t>
        <w:br/>
        <w:t>Сало закипає.</w:t>
      </w:r>
    </w:p>
    <w:p>
      <w:r>
        <w:br/>
        <w:t>Циган сало iз горшка,&lt;br /&gt;</w:t>
        <w:br/>
        <w:t>Живо із пекарні,&lt;br /&gt;</w:t>
        <w:br/>
        <w:t>Через цвинтар позадгузь&lt;br /&gt;</w:t>
        <w:br/>
        <w:t>Та й до паламарні.</w:t>
      </w:r>
    </w:p>
    <w:p>
      <w:r>
        <w:br/>
        <w:t>В паламарні, як на гpix,-&lt;br /&gt;</w:t>
        <w:br/>
        <w:t>Шапка на кілочку;&lt;br /&gt;</w:t>
        <w:br/>
        <w:t>Biн i шапку потягнув,&lt;br /&gt;</w:t>
        <w:br/>
        <w:t>Сховав у куточку</w:t>
      </w:r>
    </w:p>
    <w:p>
      <w:r>
        <w:br/>
        <w:t>Та й тогді вже до попа&lt;br /&gt;</w:t>
        <w:br/>
        <w:t>Гріхи сповідати.&lt;br /&gt;</w:t>
        <w:br/>
        <w:t>Ото піп йому дає&lt;br /&gt;</w:t>
        <w:br/>
        <w:t>Хреста щлувати.</w:t>
      </w:r>
    </w:p>
    <w:p>
      <w:r>
        <w:br/>
        <w:t>Поцілував циганчук,&lt;br /&gt;</w:t>
        <w:br/>
        <w:t>Піп його питає,&lt;br /&gt;</w:t>
        <w:br/>
        <w:t>А той йому вci гpixи&lt;br /&gt;</w:t>
        <w:br/>
        <w:t>I оповщає:</w:t>
      </w:r>
    </w:p>
    <w:p>
      <w:r>
        <w:br/>
        <w:t>"Та й сьогодня,— каже,— я&lt;br /&gt;</w:t>
        <w:br/>
        <w:t>Нагрішив потроху:&lt;br /&gt;</w:t>
        <w:br/>
        <w:t>Ранком вигнав я свиню&lt;br /&gt;</w:t>
        <w:br/>
        <w:t>3 чужого гороху.</w:t>
      </w:r>
    </w:p>
    <w:p>
      <w:r>
        <w:br/>
        <w:t>А у церкві шапку зняв!.." —&lt;br /&gt;</w:t>
        <w:br/>
        <w:t>Говорить несміло.&lt;br /&gt;</w:t>
        <w:br/>
        <w:t>A піп йому: "То не гpix!&lt;br /&gt;</w:t>
        <w:br/>
        <w:t>То добреє діло!"</w:t>
      </w:r>
    </w:p>
    <w:p>
      <w:r>
        <w:br/>
        <w:t>Добре-добре, нехай так,&lt;br /&gt;</w:t>
        <w:br/>
        <w:t>По "Буди господнє".&lt;br /&gt;</w:t>
        <w:br/>
        <w:t>Піп до шапки — але ба!&lt;br /&gt;</w:t>
        <w:br/>
        <w:t>I місце холодне...</w:t>
      </w:r>
    </w:p>
    <w:p>
      <w:r>
        <w:br/>
        <w:t>Піп — додому, до горшка,&lt;br /&gt;</w:t>
        <w:br/>
        <w:t>Де кипіло сало,&lt;br /&gt;</w:t>
        <w:br/>
        <w:t>I там йому лиш горох,&lt;br /&gt;</w:t>
        <w:br/>
        <w:t>А сала не стало.</w:t>
      </w:r>
    </w:p>
    <w:p>
      <w:r>
        <w:br/>
        <w:t>I промовив старий піп:&lt;br /&gt;</w:t>
        <w:br/>
        <w:t>"Оже ж признавався!&lt;br /&gt;</w:t>
        <w:br/>
        <w:t>А я, старий та дурний,&lt;br /&gt;</w:t>
        <w:br/>
        <w:t>I не догадався!"&lt;br /&gt;</w:t>
        <w:br/>
        <w:t>20 окт[ября]</w:t>
      </w:r>
    </w:p>
    <w:p>
      <w:r>
        <w:br/>
        <w:t>СМІХ</w:t>
      </w:r>
    </w:p>
    <w:p>
      <w:r>
        <w:br/>
        <w:t>Наробились мужики,&lt;br /&gt;</w:t>
        <w:br/>
        <w:t>Разом полягали,&lt;br /&gt;</w:t>
        <w:br/>
        <w:t>Позіхнули кілька раз&lt;br /&gt;</w:t>
        <w:br/>
        <w:t>Та й позасипали.</w:t>
      </w:r>
    </w:p>
    <w:p>
      <w:r>
        <w:br/>
        <w:t>Але їден чи здурів,&lt;br /&gt;</w:t>
        <w:br/>
        <w:t>Чи чорт його знає,&lt;br /&gt;</w:t>
        <w:br/>
        <w:t>За сокиру ухопив,&lt;br /&gt;</w:t>
        <w:br/>
        <w:t>Стиха підіймає,-</w:t>
      </w:r>
    </w:p>
    <w:p>
      <w:r>
        <w:br/>
        <w:t>Хвать їдного по карку!&lt;br /&gt;</w:t>
        <w:br/>
        <w:t>Голова відпала;&lt;br /&gt;</w:t>
        <w:br/>
        <w:t>А той голову за чуб,&lt;br /&gt;</w:t>
        <w:br/>
        <w:t>Та й iз нею драла!</w:t>
      </w:r>
    </w:p>
    <w:p>
      <w:r>
        <w:br/>
        <w:t>I забіг межи корчі,&lt;br /&gt;</w:t>
        <w:br/>
        <w:t>Голову ховає&lt;br /&gt;</w:t>
        <w:br/>
        <w:t>Та й сам собі, неборак,&lt;br /&gt;</w:t>
        <w:br/>
        <w:t>Стиха промовляє:</w:t>
      </w:r>
    </w:p>
    <w:p>
      <w:r>
        <w:br/>
        <w:t>"То ж то,— каже,— я смixy&lt;br /&gt;</w:t>
        <w:br/>
        <w:t>Буду з нього мати,&lt;br /&gt;</w:t>
        <w:br/>
        <w:t>Як устане та почне&lt;br /&gt;</w:t>
        <w:br/>
        <w:t>Голови шукати!"&lt;br /&gt;</w:t>
        <w:br/>
        <w:t>20 окт[ября]</w:t>
      </w:r>
    </w:p>
    <w:p>
      <w:r>
        <w:br/>
        <w:t>ВЕРСТВА</w:t>
      </w:r>
    </w:p>
    <w:p>
      <w:r>
        <w:br/>
        <w:t>Шлях широкий стовповий,&lt;br /&gt;</w:t>
        <w:br/>
        <w:t>Сонце припікає,&lt;br /&gt;</w:t>
        <w:br/>
        <w:t>Чумак їде на волах&lt;br /&gt;</w:t>
        <w:br/>
        <w:t>Тай собі дрімає.&lt;br /&gt;</w:t>
        <w:br/>
        <w:t>А воли пішли, пішли&lt;br /&gt;</w:t>
        <w:br/>
        <w:t>Та й на траву збились.&lt;br /&gt;</w:t>
        <w:br/>
        <w:t>Далі раптом за верству&lt;br /&gt;</w:t>
        <w:br/>
        <w:t>Biccю зачепились.&lt;br /&gt;</w:t>
        <w:br/>
        <w:t>Кинувсь зопалу чумак,&lt;br /&gt;</w:t>
        <w:br/>
        <w:t>Воли повертає.&lt;br /&gt;</w:t>
        <w:br/>
        <w:t>"О бісова ж твоя мать,-&lt;br /&gt;</w:t>
        <w:br/>
        <w:t>3 серцем промовляє,-&lt;br /&gt;</w:t>
        <w:br/>
        <w:t>Чи здуріли москалі,&lt;br /&gt;</w:t>
        <w:br/>
        <w:t>Чи місця не мали?&lt;br /&gt;</w:t>
        <w:br/>
        <w:t>На самісіньком шляху&lt;br /&gt;</w:t>
        <w:br/>
        <w:t>Палі повбивали!"</w:t>
      </w:r>
    </w:p>
    <w:p>
      <w:r>
        <w:br/>
        <w:t>ВІТEP I КОЛЬКА</w:t>
      </w:r>
    </w:p>
    <w:p>
      <w:r>
        <w:br/>
        <w:t>Зайшов козак до корчми,&lt;br /&gt;</w:t>
        <w:br/>
        <w:t>Руки потирає:&lt;br /&gt;</w:t>
        <w:br/>
        <w:t>"О, мороз же то, мороз!" —&lt;br /&gt;</w:t>
        <w:br/>
        <w:t>3 сердем промовляє,</w:t>
      </w:r>
    </w:p>
    <w:p>
      <w:r>
        <w:br/>
        <w:t>А жидок: "Кахи-кахи!"&lt;br /&gt;</w:t>
        <w:br/>
        <w:t>Кашляє в макітру&lt;br /&gt;</w:t>
        <w:br/>
        <w:t>Та й говорить: "Що мороз?&lt;br /&gt;</w:t>
        <w:br/>
        <w:t>Якби то ще вітру!"</w:t>
      </w:r>
    </w:p>
    <w:p>
      <w:r>
        <w:br/>
        <w:t>А козак собі на вус:&lt;br /&gt;</w:t>
        <w:br/>
        <w:t>"Постривай же, враже!&lt;br /&gt;</w:t>
        <w:br/>
        <w:t>Чи ж не кашель у жидка?"&lt;br /&gt;</w:t>
        <w:br/>
        <w:t>"Таже кашель!" — каже.</w:t>
      </w:r>
    </w:p>
    <w:p>
      <w:r>
        <w:br/>
        <w:t>"Що ж то,— каже,— кашель варт?&lt;br /&gt;</w:t>
        <w:br/>
        <w:t>Кашель iщe гойкий;&lt;br /&gt;</w:t>
        <w:br/>
        <w:t>А якби-то,— каже,— так&lt;br /&gt;</w:t>
        <w:br/>
        <w:t>Та до кашлю кольки!"</w:t>
      </w:r>
    </w:p>
    <w:p>
      <w:r>
        <w:br/>
        <w:t>МОШКІВ ДАХ</w:t>
      </w:r>
    </w:p>
    <w:p>
      <w:r>
        <w:br/>
        <w:t>Дах дірявий, дощ іде,&lt;br /&gt;</w:t>
        <w:br/>
        <w:t>В корчму затікає.&lt;br /&gt;</w:t>
        <w:br/>
        <w:t>"Покрив би ти, Мошку, дах!" —&lt;br /&gt;</w:t>
        <w:br/>
        <w:t>Мужик промовляє.</w:t>
      </w:r>
    </w:p>
    <w:p>
      <w:r>
        <w:br/>
        <w:t>А жид: "Гирсти? Крита дах?..&lt;br /&gt;</w:t>
        <w:br/>
        <w:t>Та як його крити,&lt;br /&gt;</w:t>
        <w:br/>
        <w:t>Коли тепер дощ іде,&lt;br /&gt;</w:t>
        <w:br/>
        <w:t>То буде мочити..."</w:t>
      </w:r>
    </w:p>
    <w:p>
      <w:r>
        <w:br/>
        <w:t>"Та хто каже, що тепер?"&lt;br /&gt;</w:t>
        <w:br/>
        <w:t>"А коли ж, Іване?"&lt;br /&gt;</w:t>
        <w:br/>
        <w:t>"Та покрив би хоч тогді,&lt;br /&gt;</w:t>
        <w:br/>
        <w:t>Як дощ перестане..."</w:t>
      </w:r>
    </w:p>
    <w:p>
      <w:r>
        <w:br/>
        <w:t>А жид: "Гирсти? Крити дах?..&lt;br /&gt;</w:t>
        <w:br/>
        <w:t>Як дощу не буде?..&lt;br /&gt;</w:t>
        <w:br/>
        <w:t>Та у мене тогді й так&lt;br /&gt;</w:t>
        <w:br/>
        <w:t>Сухо буде всюди".</w:t>
      </w:r>
    </w:p>
    <w:p>
      <w:r>
        <w:br/>
        <w:t>ТОРБИН БРАТ</w:t>
      </w:r>
    </w:p>
    <w:p>
      <w:r>
        <w:br/>
        <w:t>Докучило підшивати&lt;br /&gt;</w:t>
        <w:br/>
        <w:t>Подертії сита,&lt;br /&gt;</w:t>
        <w:br/>
        <w:t>Пішов циган молотити&lt;br /&gt;</w:t>
        <w:br/>
        <w:t>За торбину жита.</w:t>
      </w:r>
    </w:p>
    <w:p>
      <w:r>
        <w:br/>
        <w:t>Пішов таки недалечко —&lt;br /&gt;</w:t>
        <w:br/>
        <w:t>До свого сусіда...&lt;br /&gt;</w:t>
        <w:br/>
        <w:t>От молотить та й молотить&lt;br /&gt;</w:t>
        <w:br/>
        <w:t>Зрання до обіда.</w:t>
      </w:r>
    </w:p>
    <w:p>
      <w:r>
        <w:br/>
        <w:t>Перекинув, може, з копу,&lt;br /&gt;</w:t>
        <w:br/>
        <w:t>Хтів би й попоїсти,&lt;br /&gt;</w:t>
        <w:br/>
        <w:t>Та господар, як на збитки,&lt;br /&gt;</w:t>
        <w:br/>
        <w:t>Не дає i cicти.</w:t>
      </w:r>
    </w:p>
    <w:p>
      <w:r>
        <w:br/>
        <w:t>То наймита з ним поставить,&lt;br /&gt;</w:t>
        <w:br/>
        <w:t>А то сам молотить.&lt;br /&gt;</w:t>
        <w:br/>
        <w:t>Потягає бідний циган,&lt;br /&gt;</w:t>
        <w:br/>
        <w:t>Аж піт з нього котить.</w:t>
      </w:r>
    </w:p>
    <w:p>
      <w:r>
        <w:br/>
        <w:t>Перекинув копи зо дві,&lt;br /&gt;</w:t>
        <w:br/>
        <w:t>Ба вже i смеркає.&lt;br /&gt;</w:t>
        <w:br/>
        <w:t>"Чи не годі з нас, панотче?" —&lt;br /&gt;</w:t>
        <w:br/>
        <w:t>Cipoмa питає.</w:t>
      </w:r>
    </w:p>
    <w:p>
      <w:r>
        <w:br/>
        <w:t>I господар спочив добре&lt;br /&gt;</w:t>
        <w:br/>
        <w:t>Та й до нього каже:&lt;br /&gt;</w:t>
        <w:br/>
        <w:t>"Помолотим іщe трохи,&lt;br /&gt;</w:t>
        <w:br/>
        <w:t>Заким сонце ляже".</w:t>
      </w:r>
    </w:p>
    <w:p>
      <w:r>
        <w:br/>
        <w:t>Знов молотить бідний циган,&lt;br /&gt;</w:t>
        <w:br/>
        <w:t>Аж піт з нього котить,&lt;br /&gt;</w:t>
        <w:br/>
        <w:t>Виглядає поза хату,&lt;br /&gt;</w:t>
        <w:br/>
        <w:t>Ба вже й місяць сходить.</w:t>
      </w:r>
    </w:p>
    <w:p>
      <w:r>
        <w:br/>
        <w:t>Іскривився сіромаха,&lt;br /&gt;</w:t>
        <w:br/>
        <w:t>Спину нагинає.&lt;br /&gt;</w:t>
        <w:br/>
        <w:t>"Чи не годі з нас, панотче?"&lt;br /&gt;</w:t>
        <w:br/>
        <w:t>"Або що?" — питає.</w:t>
      </w:r>
    </w:p>
    <w:p>
      <w:r>
        <w:br/>
        <w:t>"Та щось,— каже,— не то світить&lt;br /&gt;</w:t>
        <w:br/>
        <w:t>Край ваших віконців!"&lt;br /&gt;</w:t>
        <w:br/>
        <w:t>"Як то,— каже,— не то світить?..&lt;br /&gt;</w:t>
        <w:br/>
        <w:t>Та ж то братик сонців!"</w:t>
      </w:r>
    </w:p>
    <w:p>
      <w:r>
        <w:br/>
        <w:t>Коли братик — так i братик,&lt;br /&gt;</w:t>
        <w:br/>
        <w:t>Нічого чинити;&lt;br /&gt;</w:t>
        <w:br/>
        <w:t>Мусив бідний циганюга&lt;br /&gt;</w:t>
        <w:br/>
        <w:t>Всю ніч молотити.</w:t>
      </w:r>
    </w:p>
    <w:p>
      <w:r>
        <w:br/>
        <w:t>На другий день той iз хати,&lt;br /&gt;</w:t>
        <w:br/>
        <w:t>А циган у хату.&lt;br /&gt;</w:t>
        <w:br/>
        <w:t>"А, здоровенью, панотче!&lt;br /&gt;</w:t>
        <w:br/>
        <w:t>Чи не можна б плату?"</w:t>
      </w:r>
    </w:p>
    <w:p>
      <w:r>
        <w:br/>
        <w:t>"Можна,— каже,— чом не можна,&lt;br /&gt;</w:t>
        <w:br/>
        <w:t>Як не дати плати?&lt;br /&gt;</w:t>
        <w:br/>
        <w:t>Ходім,— каже,— до засіка,&lt;br /&gt;</w:t>
        <w:br/>
        <w:t>Будем насипати".</w:t>
      </w:r>
    </w:p>
    <w:p>
      <w:r>
        <w:br/>
        <w:t>Прийшов циган до засіка,&lt;br /&gt;</w:t>
        <w:br/>
        <w:t>Торбу підставляє.&lt;br /&gt;</w:t>
        <w:br/>
        <w:t>Пішов гарнець, пішов другий.&lt;br /&gt;</w:t>
        <w:br/>
        <w:t>"Чи годі?" — питає.</w:t>
      </w:r>
    </w:p>
    <w:p>
      <w:r>
        <w:br/>
        <w:t>"Насипайте іще",— каже,-&lt;br /&gt;</w:t>
        <w:br/>
        <w:t>Сипле той i п’ятий.&lt;br /&gt;</w:t>
        <w:br/>
        <w:t>Ба вже сипле i дев’ятий,&lt;br /&gt;</w:t>
        <w:br/>
        <w:t>"Чи не годі, брате?"</w:t>
      </w:r>
    </w:p>
    <w:p>
      <w:r>
        <w:br/>
        <w:t>"Hi, не годі!" Насипає&lt;br /&gt;</w:t>
        <w:br/>
        <w:t>Цілу мipкy жита.&lt;br /&gt;</w:t>
        <w:br/>
        <w:t>Коли гляне — аж там торба&lt;br /&gt;</w:t>
        <w:br/>
        <w:t>До мішка пришита.</w:t>
      </w:r>
    </w:p>
    <w:p>
      <w:r>
        <w:br/>
        <w:t>І скривився пан господар,&lt;br /&gt;</w:t>
        <w:br/>
        <w:t>Голову схиляє.&lt;br /&gt;</w:t>
        <w:br/>
        <w:t>"Чи не годі із вас, куме?"&lt;br /&gt;</w:t>
        <w:br/>
        <w:t>"Або що?" — питає.</w:t>
      </w:r>
    </w:p>
    <w:p>
      <w:r>
        <w:br/>
        <w:t>"А щось,— каже,— ваша торба&lt;br /&gt;</w:t>
        <w:br/>
        <w:t>Та підшита чорним..."&lt;br /&gt;</w:t>
        <w:br/>
        <w:t>"Підшитая?.. Насипайте!..&lt;br /&gt;</w:t>
        <w:br/>
        <w:t>Та ж то братик торбин!"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