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Прийду до тебе після літ розлуки…</w:t>
      </w:r>
    </w:p>
    <w:p>
      <w:r>
        <w:br/>
        <w:t xml:space="preserve"> Прийду до тебе після літ розлуки,&lt;br /&gt;</w:t>
        <w:br/>
        <w:t>Як блудний огник з сірого відлогу,&lt;br /&gt;</w:t>
        <w:br/>
        <w:t>Прийду, як ангел смутку і розпуки,&lt;br /&gt;</w:t>
        <w:br/>
        <w:t>Що в морі сліз згубив свою дорогу.&lt;br /&gt;</w:t>
        <w:br/>
        <w:t>І заспіваю під твоїм порогом&lt;br /&gt;</w:t>
        <w:br/>
        <w:t>Гіркий псалом несплаканої туги&lt;br /&gt;</w:t>
        <w:br/>
        <w:t>Та й посвідчуся всевідучим богом,&lt;br /&gt;</w:t>
        <w:br/>
        <w:t>Як тяжко я терпів від ран наруги.&lt;br /&gt;</w:t>
        <w:br/>
        <w:t>І, може, в тобі стиха відізветься&lt;br /&gt;</w:t>
        <w:br/>
        <w:t>Забута струна співчуття і смути,&lt;br /&gt;</w:t>
        <w:br/>
        <w:t>І скаменіле серденько заб’ється&lt;br /&gt;</w:t>
        <w:br/>
        <w:t>Та й скаже сумно: "Ні, не мож забути…"&lt;br /&gt;</w:t>
        <w:br/>
        <w:t>А може, може… Та мені байдуже,&lt;br /&gt;</w:t>
        <w:br/>
        <w:t>Чи зрозумієш ти мій жаль і муку;&lt;br /&gt;</w:t>
        <w:br/>
        <w:t>Буду терпіти: лиш боюся дуже,&lt;br /&gt;</w:t>
        <w:br/>
        <w:t>Чи я не кинув бісерів в багнюку.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Прийду до тебе після літ розлуки…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