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легковажного равлика</w:t>
      </w:r>
    </w:p>
    <w:p>
      <w:r>
        <w:br/>
        <w:t xml:space="preserve"> Дитинкою солодко диха&lt;br /&gt;</w:t>
        <w:br/>
        <w:t>тихий світанок.&lt;br /&gt;</w:t>
        <w:br/>
        <w:t>Поклякли над долом дерева,&lt;br /&gt;</w:t>
        <w:br/>
        <w:t>пнуться гілками.&lt;br /&gt;</w:t>
        <w:br/>
        <w:t>Пріє рілля, і повітря&lt;br /&gt;</w:t>
        <w:br/>
        <w:t>дрижить, а шляхи променисті,&lt;br /&gt;</w:t>
        <w:br/>
        <w:t>посновані павучками,&lt;br /&gt;</w:t>
        <w:br/>
        <w:t>шовком обплутали простір,&lt;br /&gt;</w:t>
        <w:br/>
        <w:t>де чистий кришталь висяває,&lt;br /&gt;</w:t>
        <w:br/>
        <w:t>і джерело при дорозі&lt;br /&gt;</w:t>
        <w:br/>
        <w:t>виспівує щось урочисте.&lt;br /&gt;</w:t>
        <w:br/>
        <w:t>І равлик, простий і сумирний&lt;br /&gt;</w:t>
        <w:br/>
        <w:t>громадянин стежини&lt;br /&gt;</w:t>
        <w:br/>
        <w:t>в тихому зачудуванні&lt;br /&gt;</w:t>
        <w:br/>
        <w:t>цей краєвид споглядає.&lt;br /&gt;</w:t>
        <w:br/>
        <w:t>Божий супокій природи&lt;br /&gt;</w:t>
        <w:br/>
        <w:t>надав йому мужньої віри,&lt;br /&gt;</w:t>
        <w:br/>
        <w:t>що можна, забувши турботу&lt;br /&gt;</w:t>
        <w:br/>
        <w:t>домашнього вогнища, просто&lt;br /&gt;</w:t>
        <w:br/>
        <w:t>піти аж до краю стежини —&lt;br /&gt;</w:t>
        <w:br/>
        <w:t>побачити, що там, за краєм.</w:t>
      </w:r>
    </w:p>
    <w:p>
      <w:r>
        <w:br/>
        <w:t>Рушивши в морочну хащу&lt;br /&gt;</w:t>
        <w:br/>
        <w:t>кропивно-плющевого лісу,&lt;br /&gt;</w:t>
        <w:br/>
        <w:t>раптом спіткав на осонні,&lt;br /&gt;</w:t>
        <w:br/>
        <w:t>де промінь в прогалину пада,&lt;br /&gt;</w:t>
        <w:br/>
        <w:t>двох тіточок, що сиділи,&lt;br /&gt;</w:t>
        <w:br/>
        <w:t>сонячні ванни приймавши.&lt;br /&gt;</w:t>
        <w:br/>
        <w:t>Це були дуже поважні,&lt;br /&gt;</w:t>
        <w:br/>
        <w:t>дуже досвідчені жаби.</w:t>
      </w:r>
    </w:p>
    <w:p>
      <w:r>
        <w:br/>
        <w:t>"Всі ці новітні співання&lt;br /&gt;</w:t>
        <w:br/>
        <w:t>геть ні на що не придатні, —&lt;br /&gt;</w:t>
        <w:br/>
        <w:t>перша казала, а друга,&lt;br /&gt;</w:t>
        <w:br/>
        <w:t>майже сліпа, говорила:&lt;br /&gt;</w:t>
        <w:br/>
        <w:t>"Любо, авжеж, ні до чого.&lt;br /&gt;</w:t>
        <w:br/>
        <w:t>Я молодою гадала,&lt;br /&gt;</w:t>
        <w:br/>
        <w:t>що, коли довго співати,&lt;br /&gt;</w:t>
        <w:br/>
        <w:t>Бог нас почує, та досвід —&lt;br /&gt;</w:t>
        <w:br/>
        <w:t>я ж його маю задосить —&lt;br /&gt;</w:t>
        <w:br/>
        <w:t>свідчить, що я помилялась.&lt;br /&gt;</w:t>
        <w:br/>
        <w:t>Я вже давно не співаю…".</w:t>
      </w:r>
    </w:p>
    <w:p>
      <w:r>
        <w:br/>
        <w:t>Раптом обидві схопились&lt;br /&gt;</w:t>
        <w:br/>
        <w:t>жебрати в третьої жаби,&lt;br /&gt;</w:t>
        <w:br/>
        <w:t>що, розсуваючи трави,&lt;br /&gt;</w:t>
        <w:br/>
        <w:t>плигала, сповнена пихи,&lt;br /&gt;</w:t>
        <w:br/>
        <w:t>в дуже важливій справі.</w:t>
      </w:r>
    </w:p>
    <w:p>
      <w:r>
        <w:br/>
        <w:t>В сутінку лісу густого&lt;br /&gt;</w:t>
        <w:br/>
        <w:t>знічений равлик спинився.&lt;br /&gt;</w:t>
        <w:br/>
        <w:t>Хоче кричати. Не може.&lt;br /&gt;</w:t>
        <w:br/>
        <w:t>Жаби його обступили.</w:t>
      </w:r>
    </w:p>
    <w:p>
      <w:r>
        <w:br/>
        <w:t>"Що це? Це, мабуть, метелик?" —&lt;br /&gt;</w:t>
        <w:br/>
        <w:t>майже сліпа запитала.&lt;br /&gt;</w:t>
        <w:br/>
        <w:t>"Ні, в нього ріжки. Це равлик, —&lt;br /&gt;</w:t>
        <w:br/>
        <w:t>друга відказує. — Хлопче,&lt;br /&gt;</w:t>
        <w:br/>
        <w:t>бачу, що ти нетутешній?".</w:t>
      </w:r>
    </w:p>
    <w:p>
      <w:r>
        <w:br/>
        <w:t>"Йду я з моєї оселі,&lt;br /&gt;</w:t>
        <w:br/>
        <w:t>скоро вертатися хочу".&lt;br /&gt;</w:t>
        <w:br/>
        <w:t>"Гляньте на цього нікчему, —&lt;br /&gt;</w:t>
        <w:br/>
        <w:t>зойкнула підсліпувата. —&lt;br /&gt;</w:t>
        <w:br/>
        <w:t>Вмієш співати?". "Не вмію".&lt;br /&gt;</w:t>
        <w:br/>
        <w:t>"Знаєш молитви до ночі?"&lt;br /&gt;</w:t>
        <w:br/>
        <w:t>"Ні, бо мене не навчили".&lt;br /&gt;</w:t>
        <w:br/>
        <w:t>"Не сподіваєшся раю?!"&lt;br /&gt;</w:t>
        <w:br/>
        <w:t>"Що це?". "І цього не знаєш?!&lt;br /&gt;</w:t>
        <w:br/>
        <w:t>Рай — це простора калюжа,&lt;br /&gt;</w:t>
        <w:br/>
        <w:t>де при земельці багатій&lt;br /&gt;</w:t>
        <w:br/>
        <w:t>повно всілякої їжі".</w:t>
      </w:r>
    </w:p>
    <w:p>
      <w:r>
        <w:br/>
        <w:t>"Ще коли був немовлятко,&lt;br /&gt;</w:t>
        <w:br/>
        <w:t>начебто баба казали,&lt;br /&gt;</w:t>
        <w:br/>
        <w:t>що, як помру, у м'якому&lt;br /&gt;</w:t>
        <w:br/>
        <w:t>повзати матиму листі&lt;br /&gt;</w:t>
        <w:br/>
        <w:t>серед дерев найгустіших".</w:t>
      </w:r>
    </w:p>
    <w:p>
      <w:r>
        <w:br/>
        <w:t>"Баба твоя єретичка.&lt;br /&gt;</w:t>
        <w:br/>
        <w:t>Рай — це велика калюжа.&lt;br /&gt;</w:t>
        <w:br/>
        <w:t>Вірити мусиш у неї", —&lt;br /&gt;</w:t>
        <w:br/>
        <w:t>гнівно прокумкали жаби.</w:t>
      </w:r>
    </w:p>
    <w:p>
      <w:r>
        <w:br/>
        <w:t>Равлик заплакав: "Навіщо&lt;br /&gt;</w:t>
        <w:br/>
        <w:t>хотів був побачити краю&lt;br /&gt;</w:t>
        <w:br/>
        <w:t>цієї стежини? Вже вірю:&lt;br /&gt;</w:t>
        <w:br/>
        <w:t>рай — це велика калюжа".</w:t>
      </w:r>
    </w:p>
    <w:p>
      <w:r>
        <w:br/>
        <w:t>Дуже замислені, жаби&lt;br /&gt;</w:t>
        <w:br/>
        <w:t>десь подалися, а равлик,&lt;br /&gt;</w:t>
        <w:br/>
        <w:t>бгаючи голову в плечі,&lt;br /&gt;</w:t>
        <w:br/>
        <w:t>зник у затіненій хащі.</w:t>
      </w:r>
    </w:p>
    <w:p>
      <w:r>
        <w:br/>
        <w:t>Дві хворі злиденні жаби —&lt;br /&gt;</w:t>
        <w:br/>
        <w:t>сфінкси глухої стежини —&lt;br /&gt;</w:t>
        <w:br/>
        <w:t>збентежено зупинились.</w:t>
      </w:r>
    </w:p>
    <w:p>
      <w:r>
        <w:br/>
        <w:t>"Віриш у рай після смерті? —&lt;br /&gt;</w:t>
        <w:br/>
        <w:t>перша спитала. "Не вірю", —&lt;br /&gt;</w:t>
        <w:br/>
        <w:t>сумно відказує друга.&lt;br /&gt;</w:t>
        <w:br/>
        <w:t>"Навіщо ж ми тому казали,&lt;br /&gt;</w:t>
        <w:br/>
        <w:t>щоб вірив?". "Навіщо? Не знаю.&lt;br /&gt;</w:t>
        <w:br/>
        <w:t>Мене розпирає натхнення,&lt;br /&gt;</w:t>
        <w:br/>
        <w:t>як вчую, що наша молодь&lt;br /&gt;</w:t>
        <w:br/>
        <w:t>кумка з канави до Бога,&lt;br /&gt;</w:t>
        <w:br/>
        <w:t>без жодного сумніву в думці".</w:t>
      </w:r>
    </w:p>
    <w:p>
      <w:r>
        <w:br/>
        <w:t>Равлик додому вертає.&lt;br /&gt;</w:t>
        <w:br/>
        <w:t>З дороги до нього лине&lt;br /&gt;</w:t>
        <w:br/>
        <w:t>хвилями ніжними тиша.&lt;br /&gt;</w:t>
        <w:br/>
        <w:t>Раптом — юрба мурашина&lt;br /&gt;</w:t>
        <w:br/>
        <w:t>гамірним гуртом назустріч.&lt;br /&gt;</w:t>
        <w:br/>
        <w:t>Товаришку тягнуть за ноги.&lt;br /&gt;</w:t>
        <w:br/>
        <w:t>Поламано вусики бідній,&lt;br /&gt;</w:t>
        <w:br/>
        <w:t>що ними весь світ осягає.&lt;br /&gt;</w:t>
        <w:br/>
        <w:t>Равлик вола до мурашок:&lt;br /&gt;</w:t>
        <w:br/>
        <w:t>"Любоньки, пробі, навіщо&lt;br /&gt;</w:t>
        <w:br/>
        <w:t>зле так знущаєтесь з неї,&lt;br /&gt;</w:t>
        <w:br/>
        <w:t>що за лихая причина?&lt;br /&gt;</w:t>
        <w:br/>
        <w:t>Скажіть мені, я вас розсуджу.&lt;br /&gt;</w:t>
        <w:br/>
        <w:t>Скажи-но ти, любо сердешна".</w:t>
      </w:r>
    </w:p>
    <w:p>
      <w:r>
        <w:br/>
        <w:t>Мураха лежить напівмертва,&lt;br /&gt;</w:t>
        <w:br/>
        <w:t>ледве йому промовляє:&lt;br /&gt;</w:t>
        <w:br/>
        <w:t>"Я бачила в небі зорі".&lt;br /&gt;</w:t>
        <w:br/>
        <w:t>Занепокоєно решта&lt;br /&gt;</w:t>
        <w:br/>
        <w:t>притьмом загаласували:&lt;br /&gt;</w:t>
        <w:br/>
        <w:t>"Що то за зорі? Не знаєм".&lt;br /&gt;</w:t>
        <w:br/>
        <w:t>Равлик замислено: "Зорі?".&lt;br /&gt;</w:t>
        <w:br/>
        <w:t>"Зорі, — казала мураха. —&lt;br /&gt;</w:t>
        <w:br/>
        <w:t>Зіп'явшись на самий вершечок&lt;br /&gt;</w:t>
        <w:br/>
        <w:t>найвищого дерева, очі&lt;br /&gt;</w:t>
        <w:br/>
        <w:t>побачила в небі, тисячі&lt;br /&gt;</w:t>
        <w:br/>
        <w:t>поглядів з мороку ночі".&lt;br /&gt;</w:t>
        <w:br/>
        <w:t>"Що ж то за зорі?" — питає&lt;br /&gt;</w:t>
        <w:br/>
        <w:t>равлик. "То світло, що світить&lt;br /&gt;</w:t>
        <w:br/>
        <w:t>крізь морок, що нас обіймає, —&lt;br /&gt;</w:t>
        <w:br/>
        <w:t>каже мураха. "Не знаєм", —&lt;br /&gt;</w:t>
        <w:br/>
        <w:t>решта її уривають.&lt;br /&gt;</w:t>
        <w:br/>
        <w:t>Равлик замислено, сумно:&lt;br /&gt;</w:t>
        <w:br/>
        <w:t>"Як би не п'явся, мій погляд&lt;br /&gt;</w:t>
        <w:br/>
        <w:t>вище трави не сягає".</w:t>
      </w:r>
    </w:p>
    <w:p>
      <w:r>
        <w:br/>
        <w:t>Решта мурах до одної:&lt;br /&gt;</w:t>
        <w:br/>
        <w:t>"Збоченко, лайдо, неробо,&lt;br /&gt;</w:t>
        <w:br/>
        <w:t>знай собі, длубайся, — ось твій&lt;br /&gt;</w:t>
        <w:br/>
        <w:t>буде закон, — а не зорі".</w:t>
      </w:r>
    </w:p>
    <w:p>
      <w:r>
        <w:br/>
        <w:t>"Бачила зорі", — зітхає&lt;br /&gt;</w:t>
        <w:br/>
        <w:t>наче востаннє сердешна.&lt;br /&gt;</w:t>
        <w:br/>
        <w:t>Враз підсумовує равлик:&lt;br /&gt;</w:t>
        <w:br/>
        <w:t>"Годі, облиште, рушайте —&lt;br /&gt;</w:t>
        <w:br/>
        <w:t>маєте власні справи.&lt;br /&gt;</w:t>
        <w:br/>
        <w:t>Ця вже помре, бо не має&lt;br /&gt;</w:t>
        <w:br/>
        <w:t>сили, щоб опиратись".</w:t>
      </w:r>
    </w:p>
    <w:p>
      <w:r>
        <w:br/>
        <w:t>Раптом солодке повітря&lt;br /&gt;</w:t>
        <w:br/>
        <w:t>ріже бджола, і мураха&lt;br /&gt;</w:t>
        <w:br/>
        <w:t>каже, конаючи, тихо:&lt;br /&gt;</w:t>
        <w:br/>
        <w:t>"Це прилетіли по мене".&lt;br /&gt;</w:t>
        <w:br/>
        <w:t>Вечір безмежний вдихнула&lt;br /&gt;</w:t>
        <w:br/>
        <w:t>і, посміхнувшись, заклякла.</w:t>
      </w:r>
    </w:p>
    <w:p>
      <w:r>
        <w:br/>
        <w:t>Бачивши мертву, решта&lt;br /&gt;</w:t>
        <w:br/>
        <w:t>притьмом порозбігались.</w:t>
      </w:r>
    </w:p>
    <w:p>
      <w:r>
        <w:br/>
        <w:t>Равлик, зітхнувши, покірно&lt;br /&gt;</w:t>
        <w:br/>
        <w:t>похнюпив додолу голівку,&lt;br /&gt;</w:t>
        <w:br/>
        <w:t>постежив бо незбагненне,&lt;br /&gt;</w:t>
        <w:br/>
        <w:t>що межі свої ховає.&lt;br /&gt;</w:t>
        <w:br/>
        <w:t>"Краю не має стежина, —&lt;br /&gt;</w:t>
        <w:br/>
        <w:t>гірко, із прикрістю, крикнув, —&lt;br /&gt;</w:t>
        <w:br/>
        <w:t>може, це саме нею&lt;br /&gt;</w:t>
        <w:br/>
        <w:t>можна до зір дістатись.&lt;br /&gt;</w:t>
        <w:br/>
        <w:t>Таж я такий незграбний.&lt;br /&gt;</w:t>
        <w:br/>
        <w:t>Краще й гадки не мати".</w:t>
      </w:r>
    </w:p>
    <w:p>
      <w:r>
        <w:br/>
        <w:t>Ледве сліпає сонце.&lt;br /&gt;</w:t>
        <w:br/>
        <w:t>Небо неначе стерте.&lt;br /&gt;</w:t>
        <w:br/>
        <w:t>Десь подзеленькують дзвони,&lt;br /&gt;</w:t>
        <w:br/>
        <w:t>кличуть людей до церкви.&lt;br /&gt;</w:t>
        <w:br/>
        <w:t>Млосно схлипує серце,&lt;br /&gt;</w:t>
        <w:br/>
        <w:t>щось там ховається в ньому.&lt;br /&gt;</w:t>
        <w:br/>
        <w:t>Мешканець трав равлик&lt;br /&gt;</w:t>
        <w:br/>
        <w:t>вже повернувся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легковажного равлика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