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Пригоди Ледащика</w:t>
      </w:r>
    </w:p>
    <w:p>
      <w:r>
        <w:br/>
        <w:t xml:space="preserve"> &lt;p&gt;Ви не чули про хлопчика Ледащика? А про дівчинку Ромашку, про Трутнів і Бджілок, про Осу-грабіжницю і Шершня-розбійника?</w:t>
      </w:r>
    </w:p>
    <w:p>
      <w:r>
        <w:br/>
        <w:t>Тож сідайте і слухайте.</w:t>
      </w:r>
    </w:p>
    <w:p>
      <w:r>
        <w:br/>
        <w:t>Розповідала мені Синичка, що був такий собі хлопчик Ледащик. Любив він довго у ліжку вилежуватись. Бувало, вже й сонце на обід повертає, вже й діти із школи ідуть, а Ледащик лежить та й лежить, ніяк від подушок не відірветься. Отак і поснідає в ліжку.</w:t>
      </w:r>
    </w:p>
    <w:p>
      <w:r>
        <w:br/>
        <w:t>Потім зодягатись починає. Натягне одну шкарпетку і сидить, позіхає. "Ех,— думає,— коли б отаку машину мені мама купила, щоб сама зодягала!"</w:t>
      </w:r>
    </w:p>
    <w:p>
      <w:r>
        <w:br/>
        <w:t>Пр ийде бабуся, руками сплесне:</w:t>
      </w:r>
    </w:p>
    <w:p>
      <w:r>
        <w:br/>
        <w:t>— Ти ще сидиш!</w:t>
      </w:r>
    </w:p>
    <w:p>
      <w:r>
        <w:br/>
        <w:t>Ледащик тільки носом засопе, за другу шкарпетку береться.</w:t>
      </w:r>
    </w:p>
    <w:p>
      <w:r>
        <w:br/>
        <w:t>Отак зодягався Ледащик.</w:t>
      </w:r>
    </w:p>
    <w:p>
      <w:r>
        <w:br/>
        <w:t>Потім умиється як-небудь, вийде надвір і знову дрімає. Людські діти бігають, бавляться, мамам і татам допомагають, а Ледащик знай собі десь на сонці куняє.</w:t>
      </w:r>
    </w:p>
    <w:p>
      <w:r>
        <w:br/>
        <w:t>Отож відійшов він якось недалеко від хати, і тільки ліг на траву, коли хтось тоненьким голоском як закричить:</w:t>
      </w:r>
    </w:p>
    <w:p>
      <w:r>
        <w:br/>
        <w:t>— Не штовхайся!</w:t>
      </w:r>
    </w:p>
    <w:p>
      <w:r>
        <w:br/>
        <w:t>Ледащик аж підскочив. Оглянувся — нікого немає. "Гм,— думає,— то мені причулося".</w:t>
      </w:r>
    </w:p>
    <w:p>
      <w:r>
        <w:br/>
        <w:t>Але тільки знову почав лягати, коли той же голосок тепер уже зовсім сердито до нього:</w:t>
      </w:r>
    </w:p>
    <w:p>
      <w:r>
        <w:br/>
        <w:t>— Та не штовхайся, кажу!</w:t>
      </w:r>
    </w:p>
    <w:p>
      <w:r>
        <w:br/>
        <w:t>— Ух! — вигукнув Ледащик. Зірвався на ноги, важко дихає, на Ромашку, що прямо перед ним росла, перелякано дивиться. Та й як же йому не злякатися, коли у Ромашки вже замість квіточки дівоча голівка! Личко біленьке, волоссячко золотисте, а очі зелені-зелені. Пригнула вона тоненькими ручками листочки — ось і суконка готова. Стоїть Ромашка, з боку на бік хитається, ротик маленький кривить. Врешті простягнула до Ледащика ручку свою та й просить:</w:t>
      </w:r>
    </w:p>
    <w:p>
      <w:r>
        <w:br/>
        <w:t>— Допоможи вибратись! Бачиш: ноги у землі застряли.</w:t>
      </w:r>
    </w:p>
    <w:p>
      <w:r>
        <w:br/>
        <w:t>— Мені й самому важко,— відповів їй Ледащик.— Я й сам ледве ходжу.</w:t>
      </w:r>
    </w:p>
    <w:p>
      <w:r>
        <w:br/>
        <w:t>— То хоч руку подай!</w:t>
      </w:r>
    </w:p>
    <w:p>
      <w:r>
        <w:br/>
        <w:t>Повагався, повагався Ледащик, а таки подав руку. Висмикнула Ромашка спершу одну ніжку в черевичку зеленому, а потім і другу.</w:t>
      </w:r>
    </w:p>
    <w:p>
      <w:r>
        <w:br/>
        <w:t>— Ну,— каже,— спасибі тобі, Ледащику, за допомогу. От за це я покажу тобі щось дуже цікаве. Ходімо!</w:t>
      </w:r>
    </w:p>
    <w:p>
      <w:r>
        <w:br/>
        <w:t>— А далеко?</w:t>
      </w:r>
    </w:p>
    <w:p>
      <w:r>
        <w:br/>
        <w:t>— Ні, недалеко! — розсміялася Ромашка.— Он до того лісочка.</w:t>
      </w:r>
    </w:p>
    <w:p>
      <w:r>
        <w:br/>
        <w:t>І пішли вони до лісочка. Ромашка попереду біжить, а позаду Ледащик, ледве ноги волочить. Тільки до першого деревця дісталися, Ледащик на спину упав і — ані руш!</w:t>
      </w:r>
    </w:p>
    <w:p>
      <w:r>
        <w:br/>
        <w:t>— Мені й тут добре,— каже Ромашці.— Іди сама далі, коли маєш охоту, а я тут почекаю.</w:t>
      </w:r>
    </w:p>
    <w:p>
      <w:r>
        <w:br/>
        <w:t>Тоді Ромашка зовсім розгнівалась. Хотіла була спершу його залишити, та потім роздумала. Побігла до квітів, назбирала повні пригорщі пилку золотистого та й обсипала ним Ледащика.</w:t>
      </w:r>
    </w:p>
    <w:p>
      <w:r>
        <w:br/>
        <w:t>І не встиг Ледащик оглянутись, як став Бджілкою. Очі в нього виросли, на всі боки заблищали, на спині прозорі крильця затріпотіли, животик видовжився, а замість двох аж шестеро ніг появилося.</w:t>
      </w:r>
    </w:p>
    <w:p>
      <w:r>
        <w:br/>
        <w:t>— Дз-з! Дз-з! Що ти зі мною зробила? Дз-з! Дз-з! — дзижчав перелякано Ледащик.</w:t>
      </w:r>
    </w:p>
    <w:p>
      <w:r>
        <w:br/>
        <w:t>— Лети за мною' — гукнула Ромашка, що також Бджілкою стала.— Лети, а то тебе Шершень із'їсть!</w:t>
      </w:r>
    </w:p>
    <w:p>
      <w:r>
        <w:br/>
        <w:t>Ще більше злякався Ледащик і кинувся вслід за Ромашкою. Піднялися вони високо-високо та й полетіли над лісом Дзижчить Ледащик, Ромашку гукає, щоб зупинилася, щосили крильцями махає: відстати боїться.</w:t>
      </w:r>
    </w:p>
    <w:p>
      <w:r>
        <w:br/>
        <w:t>Летіли вони, летіли, аж ось і ліс кінчився. Оглянувся Ледащик, а навколо теж Бджілки летять. Ті, що назустріч, швидко, швидко, а назад — повільно і повні зобики нектару несуть. А до лапок жовтенькі кошички причеплені.</w:t>
      </w:r>
    </w:p>
    <w:p>
      <w:r>
        <w:br/>
        <w:t>— Бережися! — крикнула раптом Ромашка.</w:t>
      </w:r>
    </w:p>
    <w:p>
      <w:r>
        <w:br/>
        <w:t>Щось грізно загуло за ним, затріщало — Ледащик аж голову у плечі ввібрав. Метнувся він набік, оглянувся, аж то Шершень-розбійник. Страшний такий, волохатий, увесь жовтий. Щелепи гострі розсунув, наче обценьки, на Ледащика наміряється.</w:t>
      </w:r>
    </w:p>
    <w:p>
      <w:r>
        <w:br/>
        <w:t>— Дз-з! Дз-з! Рятуйте! — заволав щосили Ледащик.</w:t>
      </w:r>
    </w:p>
    <w:p>
      <w:r>
        <w:br/>
        <w:t>Залетів під яблуневий листочок, причаївся, дихнути</w:t>
      </w:r>
    </w:p>
    <w:p>
      <w:r>
        <w:br/>
        <w:t>боїться. Там і знайшла його Ромашка.</w:t>
      </w:r>
    </w:p>
    <w:p>
      <w:r>
        <w:br/>
        <w:t>— Дз-з! Дз-з! Відпусти мене додому! — заскиглив Ледащик.— Дз-з! Дз-з! Я дуже боюся!</w:t>
      </w:r>
    </w:p>
    <w:p>
      <w:r>
        <w:br/>
        <w:t>Ледве вмовила його Ромашка далі летіти.</w:t>
      </w:r>
    </w:p>
    <w:p>
      <w:r>
        <w:br/>
        <w:t>Так і долетіли вони до пасіки. Бачить Ледащик: стоять на височезних палях будинки квадратні, на сто поверхів кожен, тільки балконів та вікон немає. А з одного боку,</w:t>
      </w:r>
    </w:p>
    <w:p>
      <w:r>
        <w:br/>
        <w:t>в самому низу, поріг широчезний і двері низькі та довгі: сто бджіл разом у них пройти можуть. А повітряними вулицями, що до тих дверей ведуть, без кінця Бджоли снують. Опустилися Ромашка й Ледащик наче з гірки, до дверей побігли.</w:t>
      </w:r>
    </w:p>
    <w:p>
      <w:r>
        <w:br/>
        <w:t>Коли це назустріч їм сторожа:</w:t>
      </w:r>
    </w:p>
    <w:p>
      <w:r>
        <w:br/>
        <w:t>— Куди ви?!</w:t>
      </w:r>
    </w:p>
    <w:p>
      <w:r>
        <w:br/>
        <w:t>Грізно очима виблискують, вусами ворушать, зазубреними списами погрожують. Ледащик аж на задні лапки присів.</w:t>
      </w:r>
    </w:p>
    <w:p>
      <w:r>
        <w:br/>
        <w:t>Бачить Ромашка, що непереливки, схопила Ледащика за лапку, назад потягла. Відлетіли вони від вулика, примостилися на яблуневій гілочці та й зажурилися.</w:t>
      </w:r>
    </w:p>
    <w:p>
      <w:r>
        <w:br/>
        <w:t>Аж ось на сусідній гілочці Бджілка сіла. Крильця обтрушує, передніми лапками жовтенький пилок оббирає, до кошичка складає. Потім очі лапками прочистила, на двох наших мандрівників подивилася:</w:t>
      </w:r>
    </w:p>
    <w:p>
      <w:r>
        <w:br/>
        <w:t>— Ви звідки такі?</w:t>
      </w:r>
    </w:p>
    <w:p>
      <w:r>
        <w:br/>
        <w:t>Тут їй Ромашка й розповіла про все.</w:t>
      </w:r>
    </w:p>
    <w:p>
      <w:r>
        <w:br/>
        <w:t>— Гай, гай,— аж головою похитала Бджілка.— Хто ж вас отак до вулика пустить! У нас сторожа сувора, усіх, хто з порожніми руками, геть одпроваджує!</w:t>
      </w:r>
    </w:p>
    <w:p>
      <w:r>
        <w:br/>
        <w:t>— Що ж нам робити, тіточко? — засмутилася Ромашка.</w:t>
      </w:r>
    </w:p>
    <w:p>
      <w:r>
        <w:br/>
        <w:t>Подумала Бджілка, почухала задньою лапкою потилицю, а потім і каже:</w:t>
      </w:r>
    </w:p>
    <w:p>
      <w:r>
        <w:br/>
        <w:t>— От що я вам, голуб'ята, пораджу. Летіть ви на луки, назбирайте нектару й вертайте до вулика. Отоді вас і пропустить сторожа.</w:t>
      </w:r>
    </w:p>
    <w:p>
      <w:r>
        <w:br/>
        <w:t>Нічого робити, треба летіти. Та як згадав Ледащик оту дорогу через ліс, відразу ж запхинькав:</w:t>
      </w:r>
    </w:p>
    <w:p>
      <w:r>
        <w:br/>
        <w:t>— Дзи! Дзи! У мене крильця болять! У мене в ніжках ломить! Я вже літати не можу!</w:t>
      </w:r>
    </w:p>
    <w:p>
      <w:r>
        <w:br/>
        <w:t>— От що,— сказала тоді Ромашка,— ти тут почекай мене, а я й на тебе нектару того назбираю.</w:t>
      </w:r>
    </w:p>
    <w:p>
      <w:r>
        <w:br/>
        <w:t>Погодився Ледащик. Полетіла Ромашка.</w:t>
      </w:r>
    </w:p>
    <w:p>
      <w:r>
        <w:br/>
        <w:t>Сидить він собі на гілочці, проти сонця куняє. І крильця у нього не болять, і в ніжках не ломить. Не зчувся, як і Ромашка повернулася.</w:t>
      </w:r>
    </w:p>
    <w:p>
      <w:r>
        <w:br/>
        <w:t>Налила йому Ромашка повен зобик нектару, пилком поділилася.</w:t>
      </w:r>
    </w:p>
    <w:p>
      <w:r>
        <w:br/>
        <w:t>— Летімо,— каже,— до вулика. Тепер нас пропустять.</w:t>
      </w:r>
    </w:p>
    <w:p>
      <w:r>
        <w:br/>
        <w:t>Та поки летіли, Ледащик увесь той нектар проковтнув, а пилок на землю струсив, щоб легше було у повітрі триматися.</w:t>
      </w:r>
    </w:p>
    <w:p>
      <w:r>
        <w:br/>
        <w:t>Сіли вони на порозі, вартові відразу Ромашку до вулика пропустили, а Ледащика затримали, ще й списами по потилиці надавали:</w:t>
      </w:r>
    </w:p>
    <w:p>
      <w:r>
        <w:br/>
        <w:t>— Іди геть! Нам ледарі не потрібні!</w:t>
      </w:r>
    </w:p>
    <w:p>
      <w:r>
        <w:br/>
        <w:t>— Де ж твій нектар? — питає Ромашка.</w:t>
      </w:r>
    </w:p>
    <w:p>
      <w:r>
        <w:br/>
        <w:t>— Я його випив,— скиглить Ледащик.— Він дуже смачний.</w:t>
      </w:r>
    </w:p>
    <w:p>
      <w:r>
        <w:br/>
        <w:t>— А пилок?</w:t>
      </w:r>
    </w:p>
    <w:p>
      <w:r>
        <w:br/>
        <w:t>— Я його на землю струсив. Він дуже важкий.</w:t>
      </w:r>
    </w:p>
    <w:p>
      <w:r>
        <w:br/>
        <w:t>— Ну, що мені з тобою робити! — аж лапки заломила Ромашка.— От узяла біду на свою голову... Ну, гаразд, спробую вартових умовити.</w:t>
      </w:r>
    </w:p>
    <w:p>
      <w:r>
        <w:br/>
        <w:t>Підійшла вона до вартових, почала благати:</w:t>
      </w:r>
    </w:p>
    <w:p>
      <w:r>
        <w:br/>
        <w:t>— Дядечки, впустіть мого братика! Я за нього й за себе нектару принесу.</w:t>
      </w:r>
    </w:p>
    <w:p>
      <w:r>
        <w:br/>
        <w:t>Порадилися вартові поміж собою, вусами поворушили.</w:t>
      </w:r>
    </w:p>
    <w:p>
      <w:r>
        <w:br/>
        <w:t>— Гаразд, нехай проходить. Тільки дивись: будеш ледарювати — відразу з вулика викинемо!</w:t>
      </w:r>
    </w:p>
    <w:p>
      <w:r>
        <w:br/>
        <w:t>Зайшли вони до вулика. Зупинилися у залі величезній, якій кінця й краю не видно. Над головами балки звисають, а поміж ними суцільною стіною підіймаються високо вгору маленькі печери, з воску виліплені. Одні порожні, інші медом наповнені, а деякі білими дверцятами щільно причинені. Тільки-но хотів Ледащик запитати, що то за печери, коли це як загуде, як засвистить — ледве він на ногах утримався.</w:t>
      </w:r>
    </w:p>
    <w:p>
      <w:r>
        <w:br/>
        <w:t>— Що це?</w:t>
      </w:r>
    </w:p>
    <w:p>
      <w:r>
        <w:br/>
        <w:t>— Це Бджілки вулик провітрюють, щоб не було жарко.</w:t>
      </w:r>
    </w:p>
    <w:p>
      <w:r>
        <w:br/>
        <w:t>Лише тепер помітив Ледащик Бджілок, що вишикувались в один ряд, неначе солдати. Голови опустили, крильцями щосили крутять, повітря по вулику гонять, аж шумить.</w:t>
      </w:r>
    </w:p>
    <w:p>
      <w:r>
        <w:br/>
        <w:t>"Гм,— здивувався Ледащик,— і ото їм не набридне!"</w:t>
      </w:r>
    </w:p>
    <w:p>
      <w:r>
        <w:br/>
        <w:t>Та не встиг він ступити ще кілька кроків, як його хтось за крильце вхопив. Оглянувся Ледащик, аж перед ним Бджілка стоїть. Брови сердито насупила, лапкою на підлогу показує.</w:t>
      </w:r>
    </w:p>
    <w:p>
      <w:r>
        <w:br/>
        <w:t>— Ти чого,— кричить,— лапок не витер, коли до вулика йшов! Що, ми для того підлогу натираємо, щоб ти тут смітив?</w:t>
      </w:r>
    </w:p>
    <w:p>
      <w:r>
        <w:br/>
        <w:t>Подивився Ледащик, а на чистій, блискучій підлозі так і видно сліди від його брудних лапок.</w:t>
      </w:r>
    </w:p>
    <w:p>
      <w:r>
        <w:br/>
        <w:t>— Простіть його, тіточко, він більше не буде! — знову заступилась Ромашка.— То він удома звик, щоб за ним скрізь прибирали.</w:t>
      </w:r>
    </w:p>
    <w:p>
      <w:r>
        <w:br/>
        <w:t>— Ну, добре, йди та пильнуй, щоб більше не смітив,— подобрішала Бджілка.</w:t>
      </w:r>
    </w:p>
    <w:p>
      <w:r>
        <w:br/>
        <w:t>Далі вже Ледащик навшпиньки йшов.</w:t>
      </w:r>
    </w:p>
    <w:p>
      <w:r>
        <w:br/>
        <w:t>— От бачиш, як тут живуть,— пояснювала між тим Ромашка.— Кожен собі роботу має. Кожен трудитись повинен.</w:t>
      </w:r>
    </w:p>
    <w:p>
      <w:r>
        <w:br/>
        <w:t>— І я? — злякався Ледащик. Бо він ніколи не любив щось робити. Бувало, мама попросить:</w:t>
      </w:r>
    </w:p>
    <w:p>
      <w:r>
        <w:br/>
        <w:t>— Ледащику, принеси трохи води.</w:t>
      </w:r>
    </w:p>
    <w:p>
      <w:r>
        <w:br/>
        <w:t>— Ой, ручки болять!</w:t>
      </w:r>
    </w:p>
    <w:p>
      <w:r>
        <w:br/>
        <w:t>Або скаже бабуся:</w:t>
      </w:r>
    </w:p>
    <w:p>
      <w:r>
        <w:br/>
        <w:t>— Ти б хоч хату замів після себе. Бач, як насмітив!</w:t>
      </w:r>
    </w:p>
    <w:p>
      <w:r>
        <w:br/>
        <w:t>А Ледащик відразу:</w:t>
      </w:r>
    </w:p>
    <w:p>
      <w:r>
        <w:br/>
        <w:t>— Ой, у ніжках крутить!</w:t>
      </w:r>
    </w:p>
    <w:p>
      <w:r>
        <w:br/>
        <w:t>— І ти,— відповіла Ромашка.— Але ти не бійся, я попрошу, щоб тобі найлегшу роботу дали.</w:t>
      </w:r>
    </w:p>
    <w:p>
      <w:r>
        <w:br/>
        <w:t>Хоч-не-хоч, а мусив Ледащик погодитись.</w:t>
      </w:r>
    </w:p>
    <w:p>
      <w:r>
        <w:br/>
        <w:t>Перестріла Ромашка двох знайомих Бджілок, що з неї нектар збирали, коли вона ще квіточкою була, та й каже:</w:t>
      </w:r>
    </w:p>
    <w:p>
      <w:r>
        <w:br/>
        <w:t>— Оце мій братик, він ще маленький, то дайте йому найлегшу роботу.</w:t>
      </w:r>
    </w:p>
    <w:p>
      <w:r>
        <w:br/>
        <w:t>— Добре,— погодились Бджілки,— ми його поставимо комірки вичищати під мед. Це в нас наймолодші роблять.</w:t>
      </w:r>
    </w:p>
    <w:p>
      <w:r>
        <w:br/>
        <w:t>— Дивися ж, Ледащику, добре працюй, а я за нектаром полечу,— говорила, прощаючись, Ромашка.</w:t>
      </w:r>
    </w:p>
    <w:p>
      <w:r>
        <w:br/>
        <w:t>Ледащик тільки носом засопів. Провели його Бджілки до комірчини, залишили самого. "Еге,— оглянувся, навколо Ледащик,— тут роботи й роботи! Краще я спершу перепочину, бо все одно до вечора не впораюсь".</w:t>
      </w:r>
    </w:p>
    <w:p>
      <w:r>
        <w:br/>
        <w:t>Ліг та й лежить. До самої ночі пролежав.</w:t>
      </w:r>
    </w:p>
    <w:p>
      <w:r>
        <w:br/>
        <w:t>Прийшли дві Бджілки, побачили, що Ледащик нічого не зробив, розгнівались дуже. Хотіли вже були його з вулика вигнати, та Ромашка заступилася.</w:t>
      </w:r>
    </w:p>
    <w:p>
      <w:r>
        <w:br/>
        <w:t>— Ну, що нам з отаким робити? — аж зажурилися Бджілки.—Та вже зважимо на твою просьбу, Ромашко, на іншій роботі його спробуємо. Поставимо наших немовлят годувати. От будеш брати в одних комірчинах мед, а в інших — пергу, змішуватимеш докупи та й діткам розноситимеш.</w:t>
      </w:r>
    </w:p>
    <w:p>
      <w:r>
        <w:br/>
        <w:t>Не дуже сподобалося те Ледащику, а все ж мусив погодитись. Та як побачив мед, то відразу й подумав: "Навіщо його іншим носити, коли я й сам можу їсти!"</w:t>
      </w:r>
    </w:p>
    <w:p>
      <w:r>
        <w:br/>
        <w:t>І допався до меду. їв, їв, аж упрів, доки не об'ївся так, що вже й поворухнутись не міг. Лежить Ледащик, за живіт усіма лапками вхопився, постогнує тихенько.</w:t>
      </w:r>
    </w:p>
    <w:p>
      <w:r>
        <w:br/>
        <w:t>— Ну, що нам з таким ледацюгою робити! — вже зовсім розгнівались Бджілки.— Доведеться таки з вулика викинути.</w:t>
      </w:r>
    </w:p>
    <w:p>
      <w:r>
        <w:br/>
        <w:t>Ухопили Ледащика під крильця і потягли вниз.</w:t>
      </w:r>
    </w:p>
    <w:p>
      <w:r>
        <w:br/>
        <w:t>— Я більше не буду! — заволав щосили Ледащик.— Ой, рятуйте!</w:t>
      </w:r>
    </w:p>
    <w:p>
      <w:r>
        <w:br/>
        <w:t>Та як не кричав, як не викручувався, не допомагало. Отак би, мабуть, Бджілки і викинули Ледащика, коли б вони раптом не випустили його з лапок. Гепнувся на спину Ледащик, лежить і поворухнутись боїться. Аж бачить: всі Бджілки, що навколо працювали, почали вишиковуватись одна до одної, одна до одної, доки не стали у два рівні ряди.</w:t>
      </w:r>
    </w:p>
    <w:p>
      <w:r>
        <w:br/>
        <w:t>— Що це? — запитав пошепки Ледащик.</w:t>
      </w:r>
    </w:p>
    <w:p>
      <w:r>
        <w:br/>
        <w:t>— Це матка іде, наша мама,— відповіли сердито Бджілки.— А ми їй дорогу даємо та вітаємо.</w:t>
      </w:r>
    </w:p>
    <w:p>
      <w:r>
        <w:br/>
        <w:t>Пригадав Ледащик, як він з рідної мами воду варив, як не слухався її та не жалів,— соромно стало Ледащику. Він і почервонів би, коли б хлопчиком був, а так тільки вусиками поворушив.</w:t>
      </w:r>
    </w:p>
    <w:p>
      <w:r>
        <w:br/>
        <w:t>"От,— думає,— як пощастить повернутись додому, завжди свою маму поважатиму та слухатиму".</w:t>
      </w:r>
    </w:p>
    <w:p>
      <w:r>
        <w:br/>
        <w:t>Аж ось і бджолина мама перед ним.</w:t>
      </w:r>
    </w:p>
    <w:p>
      <w:r>
        <w:br/>
        <w:t>— Ти чого на спині лежиш?</w:t>
      </w:r>
    </w:p>
    <w:p>
      <w:r>
        <w:br/>
        <w:t>— Мене з вулика хочуть викинути! — заплакав Ледащик.</w:t>
      </w:r>
    </w:p>
    <w:p>
      <w:r>
        <w:br/>
        <w:t>— За віщо?</w:t>
      </w:r>
    </w:p>
    <w:p>
      <w:r>
        <w:br/>
        <w:t>— Він працювати не хоче! — загули навколо Бджоли.— Він мед дарма їсть!</w:t>
      </w:r>
    </w:p>
    <w:p>
      <w:r>
        <w:br/>
        <w:t>— А-я-яй! — аж головою похитала матка.— І тобі не сором неробою бути!.. Ну, добре, дайте йому якусь іншу роботу, може, він таки одумається та справжньою Бджілкою стане.</w:t>
      </w:r>
    </w:p>
    <w:p>
      <w:r>
        <w:br/>
        <w:t>Ледащик і подякувати не встиг, як матка уже дальше пішла.</w:t>
      </w:r>
    </w:p>
    <w:p>
      <w:r>
        <w:br/>
        <w:t>— Уставай,— сказали тоді оті дві Бджілки,— та вибирай собі вже сам роботу. Можеш вулик підмітати, можеш комірчини будувати, а не хочеш — лети нектар на квітах збирати та до вулика носити.</w:t>
      </w:r>
    </w:p>
    <w:p>
      <w:r>
        <w:br/>
        <w:t>Задумався Ледащик. Підлогу підмітати він і вдома не хотів. Комірки будувати — теж не легка справа. Але й нектар не легше збирати. Спробуй, політай туди та сюди! А тут іще й Шершень тебе підстереже...</w:t>
      </w:r>
    </w:p>
    <w:p>
      <w:r>
        <w:br/>
        <w:t>— Бр-р-р! — аж здригнувся Ледащик, пригадавши, як ледве врятувався від Шершня.</w:t>
      </w:r>
    </w:p>
    <w:p>
      <w:r>
        <w:br/>
        <w:t>— А легшої роботи немає?</w:t>
      </w:r>
    </w:p>
    <w:p>
      <w:r>
        <w:br/>
        <w:t>Лише перезирнулися здивовано Бджілки. Відколи вони на світі жили, ще такої Бджоли ледачої не зустрічали.</w:t>
      </w:r>
    </w:p>
    <w:p>
      <w:r>
        <w:br/>
        <w:t>— Ще можеш сторожем бути.</w:t>
      </w:r>
    </w:p>
    <w:p>
      <w:r>
        <w:br/>
        <w:t>— Сторожем! Сторожем! — закричав зраділо Ледащик.—Там нічого робити не треба, тільки у дверях стояти!</w:t>
      </w:r>
    </w:p>
    <w:p>
      <w:r>
        <w:br/>
        <w:t>Так і став Ледащик сторожем. Дали йому списа з зазубринами, поміж інших сторожів поставили.</w:t>
      </w:r>
    </w:p>
    <w:p>
      <w:r>
        <w:br/>
        <w:t>— Пильнуй же,— сказали,— щоб жоден ворог до вулика не забрався.</w:t>
      </w:r>
    </w:p>
    <w:p>
      <w:r>
        <w:br/>
        <w:t>А Ледащику що! Бачить, що сторожів і без нього багато, сперся на спис і куняє собі на сонці, гав ловить.</w:t>
      </w:r>
    </w:p>
    <w:p>
      <w:r>
        <w:br/>
        <w:t>Коли чує:</w:t>
      </w:r>
    </w:p>
    <w:p>
      <w:r>
        <w:br/>
        <w:t>— Тривога! Тривога!</w:t>
      </w:r>
    </w:p>
    <w:p>
      <w:r>
        <w:br/>
        <w:t>Вся сторожа до дверей кинулася, списи грізно наставила. Виглянув Ледащик і аж присів від страху: прямо до вулика злющі Оси летять, виють від люті.</w:t>
      </w:r>
    </w:p>
    <w:p>
      <w:r>
        <w:br/>
        <w:t>Налетіли вони на сторожу — і закипіла січа! Крила тріщать, списи об списи стукотять, зрубані голови додолу котяться. Уже не одна Бджілка мертва лежить. Та як не насідають Оси — не вдається їм до вулика пробратися. А Ледащика вже й слід прохолов. Списа кинув, вгору на стільники подерся, від страху нічого перед собою не бачать.</w:t>
      </w:r>
    </w:p>
    <w:p>
      <w:r>
        <w:br/>
        <w:t>— Ой-йой! — кричить.— Рятуйся, хто може, бо Оси всіх поїдять, порубають!</w:t>
      </w:r>
    </w:p>
    <w:p>
      <w:r>
        <w:br/>
        <w:t>Коли це хтось басом до нього:</w:t>
      </w:r>
    </w:p>
    <w:p>
      <w:r>
        <w:br/>
        <w:t>— Ти чого кричиш?</w:t>
      </w:r>
    </w:p>
    <w:p>
      <w:r>
        <w:br/>
        <w:t>Отямився трохи Ледащик, аж перед ним якась незвичайна Бджола. Товста-претовста, ледве по стільниках повзе.</w:t>
      </w:r>
    </w:p>
    <w:p>
      <w:r>
        <w:br/>
        <w:t>— Ти Бджілка? — питає Ледащик.</w:t>
      </w:r>
    </w:p>
    <w:p>
      <w:r>
        <w:br/>
        <w:t>— Пхі, Бджілка! — аж скривився новий знайомий.</w:t>
      </w:r>
    </w:p>
    <w:p>
      <w:r>
        <w:br/>
        <w:t>— Я — Трутень!</w:t>
      </w:r>
    </w:p>
    <w:p>
      <w:r>
        <w:br/>
        <w:t>І губу товсту закопилив.</w:t>
      </w:r>
    </w:p>
    <w:p>
      <w:r>
        <w:br/>
        <w:t>— А що ти робиш?'</w:t>
      </w:r>
    </w:p>
    <w:p>
      <w:r>
        <w:br/>
        <w:t>— Я нічого не роблю,— відповів пихато Трутень.</w:t>
      </w:r>
    </w:p>
    <w:p>
      <w:r>
        <w:br/>
        <w:t>— Я тільки мед їм та дрімаю.</w:t>
      </w:r>
    </w:p>
    <w:p>
      <w:r>
        <w:br/>
        <w:t>В Ледащика аж дух забило від заздрощів. "От би мені отак! — подумав він.— І навіщо ота вреднюща Ромашка мене Бджолою зробила? Піду, скажу, нехай або на Трутня переробляє, або додому відводить".</w:t>
      </w:r>
    </w:p>
    <w:p>
      <w:r>
        <w:br/>
        <w:t>Довго повзав Ледащик, доки Ромашку знайшов. Вона якраз у комірці була, медок складала.</w:t>
      </w:r>
    </w:p>
    <w:p>
      <w:r>
        <w:br/>
        <w:t>Вислухала Ромашка й погодилася.</w:t>
      </w:r>
    </w:p>
    <w:p>
      <w:r>
        <w:br/>
        <w:t>— Добре,— каже,— зроблю тебе Трутнем. Тільки дивися, щоб потім не каявся!</w:t>
      </w:r>
    </w:p>
    <w:p>
      <w:r>
        <w:br/>
        <w:t>— Не покаюсь. Роби скоріше.</w:t>
      </w:r>
    </w:p>
    <w:p>
      <w:r>
        <w:br/>
        <w:t>Набрала Ромашка трохи пилку, обсипала ним Ледащика.</w:t>
      </w:r>
    </w:p>
    <w:p>
      <w:r>
        <w:br/>
        <w:t>І став Ледащик Трутнем.</w:t>
      </w:r>
    </w:p>
    <w:p>
      <w:r>
        <w:br/>
        <w:t>Повзає по стільниках, медом об'їдається, пергою закушує. Потовстішав, погладшав, аж вилискує весь, а розлінувався так, що й ходити зрештою розучився. Бджоли його штовхають, ледарем обзивають, а йому хоч би що! Навіть додому не проситься, бо тут і зодягатись та умиватися щоранку не треба.</w:t>
      </w:r>
    </w:p>
    <w:p>
      <w:r>
        <w:br/>
        <w:t>Аж ось і осінь прийшла.</w:t>
      </w:r>
    </w:p>
    <w:p>
      <w:r>
        <w:br/>
        <w:t>Повіяли холодні вітри, полили дощі, зів'яли всі квіти, Бджілки все частіше поверталися додому без меду. Прилетять, крильця змокрілі обтрушують, на Трутнів сердито поглядають.</w:t>
      </w:r>
    </w:p>
    <w:p>
      <w:r>
        <w:br/>
        <w:t>— Доки ми оцих дармоїдів годувати будемо? Так вони всі наші запаси поїдять, нічим буде й перезимувати.</w:t>
      </w:r>
    </w:p>
    <w:p>
      <w:r>
        <w:br/>
        <w:t>І почали всіх Трутнів ловити та з вулика викидати.</w:t>
      </w:r>
    </w:p>
    <w:p>
      <w:r>
        <w:br/>
        <w:t>Викинули й Ледащика. Гепнувся він прямо в калюжу, ледве на сухе вибрався. Вода з нього біжить, вітер до кісточок пронизує, зуб на зуб не попадає.</w:t>
      </w:r>
    </w:p>
    <w:p>
      <w:r>
        <w:br/>
        <w:t>Бачить Ледащик, що вже вечір надходить, ось-ось холодна ніч настане, і почав Ромашку гукати:</w:t>
      </w:r>
    </w:p>
    <w:p>
      <w:r>
        <w:br/>
        <w:t>— Бджілко Ромашко, порятуй мене!</w:t>
      </w:r>
    </w:p>
    <w:p>
      <w:r>
        <w:br/>
        <w:t>Прилетіла Ромашка.</w:t>
      </w:r>
    </w:p>
    <w:p>
      <w:r>
        <w:br/>
        <w:t>— Чого ти кричиш?</w:t>
      </w:r>
    </w:p>
    <w:p>
      <w:r>
        <w:br/>
        <w:t>— Я до вулика хочу! Я меду хочу!</w:t>
      </w:r>
    </w:p>
    <w:p>
      <w:r>
        <w:br/>
        <w:t>— Ні,— сказала Ромашка,— до вулика тебе ніхто вже не пустить, і меду тобі не дадуть. Ти проледарював усе літо, так за що ж тебе медом годувати?</w:t>
      </w:r>
    </w:p>
    <w:p>
      <w:r>
        <w:br/>
        <w:t>— Я більше не буду! — тремтить Ледащик.— Я не хочу Трутнем бути, зроби мене знову Бджілкою!</w:t>
      </w:r>
    </w:p>
    <w:p>
      <w:r>
        <w:br/>
        <w:t>— Гаразд,— погодилася Ромашка,— зроблю тебе Бджілкою. Тільки вже не до вулика, а додому полетимо.</w:t>
      </w:r>
    </w:p>
    <w:p>
      <w:r>
        <w:br/>
        <w:t>І полетіли вони додому.</w:t>
      </w:r>
    </w:p>
    <w:p>
      <w:r>
        <w:br/>
        <w:t>Через садок, понад лісом, аж на оту галявину, де Ледащик уперше з Ромашкою зустрівся.</w:t>
      </w:r>
    </w:p>
    <w:p>
      <w:r>
        <w:br/>
        <w:t>Тільки вони сіли на травичку, Ромашка й каже:</w:t>
      </w:r>
    </w:p>
    <w:p>
      <w:r>
        <w:br/>
        <w:t>— Заплющ очі.</w:t>
      </w:r>
    </w:p>
    <w:p>
      <w:r>
        <w:br/>
        <w:t>А потім:</w:t>
      </w:r>
    </w:p>
    <w:p>
      <w:r>
        <w:br/>
        <w:t>— Тепер розплющ.</w:t>
      </w:r>
    </w:p>
    <w:p>
      <w:r>
        <w:br/>
        <w:t>Розплющив Ледащик очі, коли він уже не Бджілка, а хлопчик. І навколо не осінь, а літо стоїть. Сонечко сяє, вітерець лагідно повіває, пташки весело щебечуть.</w:t>
      </w:r>
    </w:p>
    <w:p>
      <w:r>
        <w:br/>
        <w:t>А де ж Ромашка?</w:t>
      </w:r>
    </w:p>
    <w:p>
      <w:r>
        <w:br/>
        <w:t>Подивився на всі боки Ледащик, немає дівчинки. Тільки на тому місці, де Бджілка сиділа, Ромашка цвіте. Голівка біленька, листячко зелене і похитується тихенько. Наче до Ледащика киває.</w:t>
      </w:r>
    </w:p>
    <w:p>
      <w:r>
        <w:br/>
        <w:t>І так жаль стало Ледащику розлучатися з Ромашкою, що побіг він додому, узяв заступ, викопав обережно квіточку і пересадив її у горщечок.</w:t>
      </w:r>
    </w:p>
    <w:p>
      <w:r>
        <w:br/>
        <w:t>Тепер Ромашка у нього на віконці росте.</w:t>
      </w:r>
    </w:p>
    <w:p>
      <w:r>
        <w:br/>
        <w:t>А хлопчика вже давно перестали Ледащиком звати.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Пригоди Ледащика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