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кота Мартина</w:t>
      </w:r>
    </w:p>
    <w:p>
      <w:r>
        <w:br/>
        <w:t xml:space="preserve"> Казка</w:t>
      </w:r>
    </w:p>
    <w:p>
      <w:r>
        <w:br/>
      </w:r>
    </w:p>
    <w:p>
      <w:r>
        <w:br/>
        <w:t>1</w:t>
      </w:r>
    </w:p>
    <w:p>
      <w:r>
        <w:br/>
        <w:t>Кіт Мартин мишей не їсть,</w:t>
      </w:r>
    </w:p>
    <w:p>
      <w:r>
        <w:br/>
        <w:t>А за рибою аж плаче.</w:t>
      </w:r>
    </w:p>
    <w:p>
      <w:r>
        <w:br/>
        <w:t>За одну щупачу кість</w:t>
      </w:r>
    </w:p>
    <w:p>
      <w:r>
        <w:br/>
        <w:t>Плем'я дав би він мишаче.</w:t>
      </w:r>
    </w:p>
    <w:p>
      <w:r>
        <w:br/>
        <w:t>Він учився риб ловить, —</w:t>
      </w:r>
    </w:p>
    <w:p>
      <w:r>
        <w:br/>
        <w:t>Входив довго в ту науку.</w:t>
      </w:r>
    </w:p>
    <w:p>
      <w:r>
        <w:br/>
        <w:t>І в одну прекрасну мить</w:t>
      </w:r>
    </w:p>
    <w:p>
      <w:r>
        <w:br/>
        <w:t>Витягнув із річки щуку.</w:t>
      </w:r>
    </w:p>
    <w:p>
      <w:r>
        <w:br/>
        <w:t>Зняв рибину із гачка</w:t>
      </w:r>
    </w:p>
    <w:p>
      <w:r>
        <w:br/>
        <w:t>І зачув їстиво свіже.</w:t>
      </w:r>
    </w:p>
    <w:p>
      <w:r>
        <w:br/>
        <w:t>Та від щастя гопачка</w:t>
      </w:r>
    </w:p>
    <w:p>
      <w:r>
        <w:br/>
        <w:t>Як не вдарить, як не вріже!</w:t>
      </w:r>
    </w:p>
    <w:p>
      <w:r>
        <w:br/>
        <w:t>Не жаліє закаблук,</w:t>
      </w:r>
    </w:p>
    <w:p>
      <w:r>
        <w:br/>
        <w:t>Ходить в оберт, вихилясом...</w:t>
      </w:r>
    </w:p>
    <w:p>
      <w:r>
        <w:br/>
        <w:t>Щука вигнулась, як лук,</w:t>
      </w:r>
    </w:p>
    <w:p>
      <w:r>
        <w:br/>
        <w:t>Та й у воду — мах тим часом.</w:t>
      </w:r>
    </w:p>
    <w:p>
      <w:r>
        <w:br/>
        <w:t>Кіт очима тільки — луп!</w:t>
      </w:r>
    </w:p>
    <w:p>
      <w:r>
        <w:br/>
        <w:t>Поламав зі злості вудку.</w:t>
      </w:r>
    </w:p>
    <w:p>
      <w:r>
        <w:br/>
        <w:t>Потім бідний риболюб</w:t>
      </w:r>
    </w:p>
    <w:p>
      <w:r>
        <w:br/>
        <w:t>Мало не помер зі смутку.</w:t>
      </w:r>
    </w:p>
    <w:p>
      <w:r>
        <w:br/>
        <w:t>Він з того тяжкого дня</w:t>
      </w:r>
    </w:p>
    <w:p>
      <w:r>
        <w:br/>
        <w:t>Перестав ходить до річки.</w:t>
      </w:r>
    </w:p>
    <w:p>
      <w:r>
        <w:br/>
        <w:t>Але голод не рідня —</w:t>
      </w:r>
    </w:p>
    <w:p>
      <w:r>
        <w:br/>
        <w:t>Хоч бери і їж порічки!</w:t>
      </w:r>
    </w:p>
    <w:p>
      <w:r>
        <w:br/>
        <w:t>Хоч берися до мухви,</w:t>
      </w:r>
    </w:p>
    <w:p>
      <w:r>
        <w:br/>
        <w:t>Що дратує мисль котячу,</w:t>
      </w:r>
    </w:p>
    <w:p>
      <w:r>
        <w:br/>
        <w:t>Хоч бери й мишей лови</w:t>
      </w:r>
    </w:p>
    <w:p>
      <w:r>
        <w:br/>
        <w:t>І суцільно змінюй вдачу.</w:t>
      </w:r>
    </w:p>
    <w:p>
      <w:r>
        <w:br/>
        <w:t>2</w:t>
      </w:r>
    </w:p>
    <w:p>
      <w:r>
        <w:br/>
        <w:t>Кіт Мартин — естет. На миш</w:t>
      </w:r>
    </w:p>
    <w:p>
      <w:r>
        <w:br/>
        <w:t>Навіть глянути не в силі.</w:t>
      </w:r>
    </w:p>
    <w:p>
      <w:r>
        <w:br/>
        <w:t>Ластівка, горобчик, стриж —</w:t>
      </w:r>
    </w:p>
    <w:p>
      <w:r>
        <w:br/>
        <w:t>Це його потрави милі.</w:t>
      </w:r>
    </w:p>
    <w:p>
      <w:r>
        <w:br/>
        <w:t>Та попробуйте зловіть</w:t>
      </w:r>
    </w:p>
    <w:p>
      <w:r>
        <w:br/>
        <w:t>Крилечка прудкі, шалені,</w:t>
      </w:r>
    </w:p>
    <w:p>
      <w:r>
        <w:br/>
        <w:t>Що співають, — піть, піліть! —</w:t>
      </w:r>
    </w:p>
    <w:p>
      <w:r>
        <w:br/>
        <w:t>Так високо на антені.</w:t>
      </w:r>
    </w:p>
    <w:p>
      <w:r>
        <w:br/>
        <w:t>Кіт Мартин купив сачок,</w:t>
      </w:r>
    </w:p>
    <w:p>
      <w:r>
        <w:br/>
        <w:t>Бігав надовкруг рокити,</w:t>
      </w:r>
    </w:p>
    <w:p>
      <w:r>
        <w:br/>
        <w:t>Він хотів ластівочок,</w:t>
      </w:r>
    </w:p>
    <w:p>
      <w:r>
        <w:br/>
        <w:t>Наче мотилів, ловити.</w:t>
      </w:r>
    </w:p>
    <w:p>
      <w:r>
        <w:br/>
        <w:t>Все даремно. Тут кота</w:t>
      </w:r>
    </w:p>
    <w:p>
      <w:r>
        <w:br/>
        <w:t>Інша думка осінила:</w:t>
      </w:r>
    </w:p>
    <w:p>
      <w:r>
        <w:br/>
        <w:t>Крила! Шнуром до хребта</w:t>
      </w:r>
    </w:p>
    <w:p>
      <w:r>
        <w:br/>
        <w:t>Прив'язати треба крила!</w:t>
      </w:r>
    </w:p>
    <w:p>
      <w:r>
        <w:br/>
        <w:t>Довго пір'я він збирав</w:t>
      </w:r>
    </w:p>
    <w:p>
      <w:r>
        <w:br/>
        <w:t>Гусяче та лебедине.</w:t>
      </w:r>
    </w:p>
    <w:p>
      <w:r>
        <w:br/>
        <w:t>Дивні крила майстрував,</w:t>
      </w:r>
    </w:p>
    <w:p>
      <w:r>
        <w:br/>
        <w:t>Мріяв, як то він полине,</w:t>
      </w:r>
    </w:p>
    <w:p>
      <w:r>
        <w:br/>
        <w:t>Як ловитиме пташат,</w:t>
      </w:r>
    </w:p>
    <w:p>
      <w:r>
        <w:br/>
        <w:t>Як життя оберне в свято...</w:t>
      </w:r>
    </w:p>
    <w:p>
      <w:r>
        <w:br/>
        <w:t>Ну й котяра, ну й пірат, —</w:t>
      </w:r>
    </w:p>
    <w:p>
      <w:r>
        <w:br/>
        <w:t>Сам себе хвалив завзято.</w:t>
      </w:r>
    </w:p>
    <w:p>
      <w:r>
        <w:br/>
        <w:t>Час настав. І ось на дах</w:t>
      </w:r>
    </w:p>
    <w:p>
      <w:r>
        <w:br/>
        <w:t>Кіт Мартин зійшов зухвало,</w:t>
      </w:r>
    </w:p>
    <w:p>
      <w:r>
        <w:br/>
        <w:t>Прив'язавсь до крил і... ах!.</w:t>
      </w:r>
    </w:p>
    <w:p>
      <w:r>
        <w:br/>
        <w:t>Смілості забракувало</w:t>
      </w:r>
    </w:p>
    <w:p>
      <w:r>
        <w:br/>
        <w:t>Скочити з будинку вниз.&lt;br /&gt;</w:t>
        <w:br/>
        <w:t>А синиці з горобцями,</w:t>
      </w:r>
    </w:p>
    <w:p>
      <w:r>
        <w:br/>
        <w:t>Посідавши на карниз,</w:t>
      </w:r>
    </w:p>
    <w:p>
      <w:r>
        <w:br/>
        <w:t>Реготали до нестями.</w:t>
      </w:r>
    </w:p>
    <w:p>
      <w:r>
        <w:br/>
        <w:t>І сміялись ластівки,</w:t>
      </w:r>
    </w:p>
    <w:p>
      <w:r>
        <w:br/>
        <w:t>І чижі, й стрижі сміялись,</w:t>
      </w:r>
    </w:p>
    <w:p>
      <w:r>
        <w:br/>
        <w:t>Аж хапались за боки</w:t>
      </w:r>
    </w:p>
    <w:p>
      <w:r>
        <w:br/>
        <w:t>Та за животи хапались.</w:t>
      </w:r>
    </w:p>
    <w:p>
      <w:r>
        <w:br/>
        <w:t>3</w:t>
      </w:r>
    </w:p>
    <w:p>
      <w:r>
        <w:br/>
        <w:t>"Без мишей не проживеш", —</w:t>
      </w:r>
    </w:p>
    <w:p>
      <w:r>
        <w:br/>
        <w:t>Думав кіт Мартин суворо.</w:t>
      </w:r>
    </w:p>
    <w:p>
      <w:r>
        <w:br/>
        <w:t>"Що? Гидкі вони? Авжеж!</w:t>
      </w:r>
    </w:p>
    <w:p>
      <w:r>
        <w:br/>
        <w:t>Та без їдла згинеш скоро".</w:t>
      </w:r>
    </w:p>
    <w:p>
      <w:r>
        <w:br/>
        <w:t>Що робити? Де піти?</w:t>
      </w:r>
    </w:p>
    <w:p>
      <w:r>
        <w:br/>
        <w:t>Як боротися з бідою?</w:t>
      </w:r>
    </w:p>
    <w:p>
      <w:r>
        <w:br/>
        <w:t>Ласі до мишви коти,</w:t>
      </w:r>
    </w:p>
    <w:p>
      <w:r>
        <w:br/>
        <w:t>А він бридиться мишвою!</w:t>
      </w:r>
    </w:p>
    <w:p>
      <w:r>
        <w:br/>
        <w:t>Всіх про все він розпитав,</w:t>
      </w:r>
    </w:p>
    <w:p>
      <w:r>
        <w:br/>
        <w:t>Обійшов місця знайомі.</w:t>
      </w:r>
    </w:p>
    <w:p>
      <w:r>
        <w:br/>
        <w:t>Врешті на роботу став</w:t>
      </w:r>
    </w:p>
    <w:p>
      <w:r>
        <w:br/>
        <w:t>У центральнім гастрономі.</w:t>
      </w:r>
    </w:p>
    <w:p>
      <w:r>
        <w:br/>
        <w:t>Не втікати ж з міста в ліс,</w:t>
      </w:r>
    </w:p>
    <w:p>
      <w:r>
        <w:br/>
        <w:t>Якось тут потрібно жити...</w:t>
      </w:r>
    </w:p>
    <w:p>
      <w:r>
        <w:br/>
        <w:t>Кіт пішов на компроміс</w:t>
      </w:r>
    </w:p>
    <w:p>
      <w:r>
        <w:br/>
        <w:t>І найнявсь... мишей ловити.</w:t>
      </w:r>
    </w:p>
    <w:p>
      <w:r>
        <w:br/>
        <w:t>Не подумайте, що він</w:t>
      </w:r>
    </w:p>
    <w:p>
      <w:r>
        <w:br/>
        <w:t>Записався в мишоїди.</w:t>
      </w:r>
    </w:p>
    <w:p>
      <w:r>
        <w:br/>
        <w:t>Готувати магазин</w:t>
      </w:r>
    </w:p>
    <w:p>
      <w:r>
        <w:br/>
        <w:t>Мав йому за труд обіди.</w:t>
      </w:r>
    </w:p>
    <w:p>
      <w:r>
        <w:br/>
        <w:t>Склали договір такий:</w:t>
      </w:r>
    </w:p>
    <w:p>
      <w:r>
        <w:br/>
        <w:t>Кіт — лови щодня дві миші,</w:t>
      </w:r>
    </w:p>
    <w:p>
      <w:r>
        <w:br/>
        <w:t>А зате і їж, і пий,</w:t>
      </w:r>
    </w:p>
    <w:p>
      <w:r>
        <w:br/>
        <w:t>І проспися в теплій ніші.</w:t>
      </w:r>
    </w:p>
    <w:p>
      <w:r>
        <w:br/>
        <w:t>Не життя, а благодать!</w:t>
      </w:r>
    </w:p>
    <w:p>
      <w:r>
        <w:br/>
        <w:t>(Вже дали коту завдаток),</w:t>
      </w:r>
    </w:p>
    <w:p>
      <w:r>
        <w:br/>
        <w:t>Але як же вполювать</w:t>
      </w:r>
    </w:p>
    <w:p>
      <w:r>
        <w:br/>
        <w:t>Неприємних тих мишаток?</w:t>
      </w:r>
    </w:p>
    <w:p>
      <w:r>
        <w:br/>
        <w:t>Чи нанести капканів,</w:t>
      </w:r>
    </w:p>
    <w:p>
      <w:r>
        <w:br/>
        <w:t>Хитрих пасток на полиці?</w:t>
      </w:r>
    </w:p>
    <w:p>
      <w:r>
        <w:br/>
        <w:t>Чи, немов на кабанів,</w:t>
      </w:r>
    </w:p>
    <w:p>
      <w:r>
        <w:br/>
        <w:t>Йти й стріляти із рушниці?</w:t>
      </w:r>
    </w:p>
    <w:p>
      <w:r>
        <w:br/>
        <w:t>Чи, мов рибу, гнати в сак?</w:t>
      </w:r>
    </w:p>
    <w:p>
      <w:r>
        <w:br/>
        <w:t>Чи ласо метати звинні?</w:t>
      </w:r>
    </w:p>
    <w:p>
      <w:r>
        <w:br/>
        <w:t>Чи ловити просто так —</w:t>
      </w:r>
    </w:p>
    <w:p>
      <w:r>
        <w:br/>
        <w:t>Лапою — бабах! — по спині?</w:t>
      </w:r>
    </w:p>
    <w:p>
      <w:r>
        <w:br/>
        <w:t>Ні, не зможе кіт Мартин,</w:t>
      </w:r>
    </w:p>
    <w:p>
      <w:r>
        <w:br/>
        <w:t>Мов коти брутальні й хижі,</w:t>
      </w:r>
    </w:p>
    <w:p>
      <w:r>
        <w:br/>
        <w:t>Полювати! Краще згин,</w:t>
      </w:r>
    </w:p>
    <w:p>
      <w:r>
        <w:br/>
        <w:t>Ніж торкнутися до миші.</w:t>
      </w:r>
    </w:p>
    <w:p>
      <w:r>
        <w:br/>
        <w:t>Він дістав собі ціпок,</w:t>
      </w:r>
    </w:p>
    <w:p>
      <w:r>
        <w:br/>
        <w:t>Добру палицю пастушу,</w:t>
      </w:r>
    </w:p>
    <w:p>
      <w:r>
        <w:br/>
        <w:t>І від нірки — ні на крок,</w:t>
      </w:r>
    </w:p>
    <w:p>
      <w:r>
        <w:br/>
        <w:t>Жде, чекає в одну душу.</w:t>
      </w:r>
    </w:p>
    <w:p>
      <w:r>
        <w:br/>
        <w:t>Він хвостом обгородив</w:t>
      </w:r>
    </w:p>
    <w:p>
      <w:r>
        <w:br/>
        <w:t>Мишачу нору дбайливо.</w:t>
      </w:r>
    </w:p>
    <w:p>
      <w:r>
        <w:br/>
        <w:t>Буде ловля всім на здив,</w:t>
      </w:r>
    </w:p>
    <w:p>
      <w:r>
        <w:br/>
        <w:t>Скоро має статись диво!</w:t>
      </w:r>
    </w:p>
    <w:p>
      <w:r>
        <w:br/>
        <w:t>Миша з нірки в нірку шасть,</w:t>
      </w:r>
    </w:p>
    <w:p>
      <w:r>
        <w:br/>
        <w:t>Наче вітер на толоці.</w:t>
      </w:r>
    </w:p>
    <w:p>
      <w:r>
        <w:br/>
        <w:t>Кіт як палицею дасть</w:t>
      </w:r>
    </w:p>
    <w:p>
      <w:r>
        <w:br/>
        <w:t>По хвості з усеї моці!&lt;br /&gt;</w:t>
        <w:br/>
        <w:t>Ах, мій хвостику, це ти!</w:t>
      </w:r>
    </w:p>
    <w:p>
      <w:r>
        <w:br/>
        <w:t>Кіт аж плакав з болю й муки.</w:t>
      </w:r>
    </w:p>
    <w:p>
      <w:r>
        <w:br/>
        <w:t>Не досягнуто мети,</w:t>
      </w:r>
    </w:p>
    <w:p>
      <w:r>
        <w:br/>
        <w:t>Та досягнуто науки.</w:t>
      </w:r>
    </w:p>
    <w:p>
      <w:r>
        <w:br/>
        <w:t>4</w:t>
      </w:r>
    </w:p>
    <w:p>
      <w:r>
        <w:br/>
        <w:t>Якось кіт Мартин вночі</w:t>
      </w:r>
    </w:p>
    <w:p>
      <w:r>
        <w:br/>
        <w:t>На даху сидів і мріяв...</w:t>
      </w:r>
    </w:p>
    <w:p>
      <w:r>
        <w:br/>
        <w:t>Мов рисунок на парчі,</w:t>
      </w:r>
    </w:p>
    <w:p>
      <w:r>
        <w:br/>
        <w:t>Золотом світився Київ.</w:t>
      </w:r>
    </w:p>
    <w:p>
      <w:r>
        <w:br/>
        <w:t>Зорями ряхтіла вись,</w:t>
      </w:r>
    </w:p>
    <w:p>
      <w:r>
        <w:br/>
        <w:t>Але місяць був так близько,</w:t>
      </w:r>
    </w:p>
    <w:p>
      <w:r>
        <w:br/>
        <w:t>Що до нього дотягтись</w:t>
      </w:r>
    </w:p>
    <w:p>
      <w:r>
        <w:br/>
        <w:t>Міг би лапою котисько.</w:t>
      </w:r>
    </w:p>
    <w:p>
      <w:r>
        <w:br/>
        <w:t>Білий місяць із вишин</w:t>
      </w:r>
    </w:p>
    <w:p>
      <w:r>
        <w:br/>
        <w:t>Пахнув, як буката сиру.</w:t>
      </w:r>
    </w:p>
    <w:p>
      <w:r>
        <w:br/>
        <w:t>А до сиру кіт Мартин</w:t>
      </w:r>
    </w:p>
    <w:p>
      <w:r>
        <w:br/>
        <w:t>Завжди мав охоту щиру.</w:t>
      </w:r>
    </w:p>
    <w:p>
      <w:r>
        <w:br/>
        <w:t>Він стрибнув з розгону — раз!</w:t>
      </w:r>
    </w:p>
    <w:p>
      <w:r>
        <w:br/>
        <w:t>Повен пристрасного жару,</w:t>
      </w:r>
    </w:p>
    <w:p>
      <w:r>
        <w:br/>
        <w:t>Як паркан чи перелаз,</w:t>
      </w:r>
    </w:p>
    <w:p>
      <w:r>
        <w:br/>
        <w:t>Перескочив темну хмару.</w:t>
      </w:r>
    </w:p>
    <w:p>
      <w:r>
        <w:br/>
        <w:t>Став на місяці. Привіт!</w:t>
      </w:r>
    </w:p>
    <w:p>
      <w:r>
        <w:br/>
        <w:t>Сир під ним і сир навколо.</w:t>
      </w:r>
    </w:p>
    <w:p>
      <w:r>
        <w:br/>
        <w:t>...Їв його голодний кіт,</w:t>
      </w:r>
    </w:p>
    <w:p>
      <w:r>
        <w:br/>
        <w:t>Їв, аж у боках кололо.</w:t>
      </w:r>
    </w:p>
    <w:p>
      <w:r>
        <w:br/>
        <w:t>Потім сон його зморив,</w:t>
      </w:r>
    </w:p>
    <w:p>
      <w:r>
        <w:br/>
        <w:t>Кіт заснув, немов на лаві,</w:t>
      </w:r>
    </w:p>
    <w:p>
      <w:r>
        <w:br/>
        <w:t>В сні мурликав-говорив</w:t>
      </w:r>
    </w:p>
    <w:p>
      <w:r>
        <w:br/>
        <w:t>До котят слова ласкаві.</w:t>
      </w:r>
    </w:p>
    <w:p>
      <w:r>
        <w:br/>
        <w:t>Втім збудився. Що це? Тьху!</w:t>
      </w:r>
    </w:p>
    <w:p>
      <w:r>
        <w:br/>
        <w:t>Вже під ним не сир, а бляха.</w:t>
      </w:r>
    </w:p>
    <w:p>
      <w:r>
        <w:br/>
        <w:t>Він збудився на даху —</w:t>
      </w:r>
    </w:p>
    <w:p>
      <w:r>
        <w:br/>
        <w:t>Впав із неба бідолаха.</w:t>
      </w:r>
    </w:p>
    <w:p>
      <w:r>
        <w:br/>
        <w:t>5</w:t>
      </w:r>
    </w:p>
    <w:p>
      <w:r>
        <w:br/>
        <w:t>Народився кіт Мартин</w:t>
      </w:r>
    </w:p>
    <w:p>
      <w:r>
        <w:br/>
        <w:t>В гаражі, на передмісті,</w:t>
      </w:r>
    </w:p>
    <w:p>
      <w:r>
        <w:br/>
        <w:t>Де стояло сто машин,</w:t>
      </w:r>
    </w:p>
    <w:p>
      <w:r>
        <w:br/>
        <w:t>А можливо, навіть двісті.</w:t>
      </w:r>
    </w:p>
    <w:p>
      <w:r>
        <w:br/>
        <w:t>Щойно очі він продер,</w:t>
      </w:r>
    </w:p>
    <w:p>
      <w:r>
        <w:br/>
        <w:t>Вже хотів за руль сідати.</w:t>
      </w:r>
    </w:p>
    <w:p>
      <w:r>
        <w:br/>
        <w:t>— Ти — мій вроджений шофер!</w:t>
      </w:r>
    </w:p>
    <w:p>
      <w:r>
        <w:br/>
        <w:t>Тішилась котяча мати.</w:t>
      </w:r>
    </w:p>
    <w:p>
      <w:r>
        <w:br/>
        <w:t>Ах, які були часи!</w:t>
      </w:r>
    </w:p>
    <w:p>
      <w:r>
        <w:br/>
        <w:t>Всі йому давали їстки,</w:t>
      </w:r>
    </w:p>
    <w:p>
      <w:r>
        <w:br/>
        <w:t>Той — сальця, той ковбаси,</w:t>
      </w:r>
    </w:p>
    <w:p>
      <w:r>
        <w:br/>
        <w:t>А той — риб'ячі охвістки.</w:t>
      </w:r>
    </w:p>
    <w:p>
      <w:r>
        <w:br/>
        <w:t>І чому котів життя</w:t>
      </w:r>
    </w:p>
    <w:p>
      <w:r>
        <w:br/>
        <w:t>Жалісне й несамовите:</w:t>
      </w:r>
    </w:p>
    <w:p>
      <w:r>
        <w:br/>
        <w:t>Люблять — доки ти котя,</w:t>
      </w:r>
    </w:p>
    <w:p>
      <w:r>
        <w:br/>
        <w:t>Виріс — починають бити.</w:t>
      </w:r>
    </w:p>
    <w:p>
      <w:r>
        <w:br/>
        <w:t>Там не стань, а там не сядь,</w:t>
      </w:r>
    </w:p>
    <w:p>
      <w:r>
        <w:br/>
        <w:t>Геть! — єдина співомовка.</w:t>
      </w:r>
    </w:p>
    <w:p>
      <w:r>
        <w:br/>
        <w:t>Улюлюкають, кричать</w:t>
      </w:r>
    </w:p>
    <w:p>
      <w:r>
        <w:br/>
        <w:t>На кота, немов на вовка.</w:t>
      </w:r>
    </w:p>
    <w:p>
      <w:r>
        <w:br/>
        <w:t>Де ж ті діти-голуби,</w:t>
      </w:r>
    </w:p>
    <w:p>
      <w:r>
        <w:br/>
        <w:t>Де ж те ніжне благочинство?</w:t>
      </w:r>
    </w:p>
    <w:p>
      <w:r>
        <w:br/>
        <w:t>Так герой наш від журби</w:t>
      </w:r>
    </w:p>
    <w:p>
      <w:r>
        <w:br/>
        <w:t>Пригадав своє дитинство.</w:t>
      </w:r>
    </w:p>
    <w:p>
      <w:r>
        <w:br/>
        <w:t>Що ж, коли нема чудес,</w:t>
      </w:r>
    </w:p>
    <w:p>
      <w:r>
        <w:br/>
        <w:t>Треба їх творить самому.&lt;br /&gt;</w:t>
        <w:br/>
        <w:t>Кіт голодний був, як пес,</w:t>
      </w:r>
    </w:p>
    <w:p>
      <w:r>
        <w:br/>
        <w:t>Він би їв уже й солому!</w:t>
      </w:r>
    </w:p>
    <w:p>
      <w:r>
        <w:br/>
        <w:t>Грали в животі чорти,</w:t>
      </w:r>
    </w:p>
    <w:p>
      <w:r>
        <w:br/>
        <w:t>Хоч берися камінь гризти!</w:t>
      </w:r>
    </w:p>
    <w:p>
      <w:r>
        <w:br/>
        <w:t>А чому б то не піти,</w:t>
      </w:r>
    </w:p>
    <w:p>
      <w:r>
        <w:br/>
        <w:t>Не найнятися в таксисти?</w:t>
      </w:r>
    </w:p>
    <w:p>
      <w:r>
        <w:br/>
        <w:t>І пішов. "А де права?" —</w:t>
      </w:r>
    </w:p>
    <w:p>
      <w:r>
        <w:br/>
        <w:t>Позіхнув начальник смачно.</w:t>
      </w:r>
    </w:p>
    <w:p>
      <w:r>
        <w:br/>
        <w:t>Але кіт на ті слова</w:t>
      </w:r>
    </w:p>
    <w:p>
      <w:r>
        <w:br/>
        <w:t>Посміхнувсь багатозначно.</w:t>
      </w:r>
    </w:p>
    <w:p>
      <w:r>
        <w:br/>
        <w:t>Миттю скочив до керма</w:t>
      </w:r>
    </w:p>
    <w:p>
      <w:r>
        <w:br/>
        <w:t>("Волга" поруч там стояла.)</w:t>
      </w:r>
    </w:p>
    <w:p>
      <w:r>
        <w:br/>
        <w:t>Хоч у нього прав нема,</w:t>
      </w:r>
    </w:p>
    <w:p>
      <w:r>
        <w:br/>
        <w:t>Та натура є зухвала.</w:t>
      </w:r>
    </w:p>
    <w:p>
      <w:r>
        <w:br/>
        <w:t>З місця — газ і розворот —</w:t>
      </w:r>
    </w:p>
    <w:p>
      <w:r>
        <w:br/>
        <w:t>Показав своє мистецтво.</w:t>
      </w:r>
    </w:p>
    <w:p>
      <w:r>
        <w:br/>
        <w:t>Дивувавсь йому народ —</w:t>
      </w:r>
    </w:p>
    <w:p>
      <w:r>
        <w:br/>
        <w:t>Все шоферське молодецтво.</w:t>
      </w:r>
    </w:p>
    <w:p>
      <w:r>
        <w:br/>
        <w:t>Що ж, дали права!</w:t>
      </w:r>
    </w:p>
    <w:p>
      <w:r>
        <w:br/>
        <w:t>Вже кіт їде, пісеньку муркоче.</w:t>
      </w:r>
    </w:p>
    <w:p>
      <w:r>
        <w:br/>
        <w:t>Вже зеленим оком світ</w:t>
      </w:r>
    </w:p>
    <w:p>
      <w:r>
        <w:br/>
        <w:t>Знадити до себе хоче.</w:t>
      </w:r>
    </w:p>
    <w:p>
      <w:r>
        <w:br/>
        <w:t>Де той перший пасажир?</w:t>
      </w:r>
    </w:p>
    <w:p>
      <w:r>
        <w:br/>
        <w:t>Хто ж то буде — кіт не знає.</w:t>
      </w:r>
    </w:p>
    <w:p>
      <w:r>
        <w:br/>
        <w:t>Крізь шумливий людський вир,</w:t>
      </w:r>
    </w:p>
    <w:p>
      <w:r>
        <w:br/>
        <w:t>Мов на крилах, пролітає.</w:t>
      </w:r>
    </w:p>
    <w:p>
      <w:r>
        <w:br/>
        <w:t>Гей, Мартине, ти не спиш?</w:t>
      </w:r>
    </w:p>
    <w:p>
      <w:r>
        <w:br/>
        <w:t>Будь уважним на роботі!</w:t>
      </w:r>
    </w:p>
    <w:p>
      <w:r>
        <w:br/>
        <w:t>Втім з будинку сіра миш</w:t>
      </w:r>
    </w:p>
    <w:p>
      <w:r>
        <w:br/>
        <w:t>Вибігла, як дух із плоті.</w:t>
      </w:r>
    </w:p>
    <w:p>
      <w:r>
        <w:br/>
        <w:t>Кіт — на газ! А миш давай</w:t>
      </w:r>
    </w:p>
    <w:p>
      <w:r>
        <w:br/>
        <w:t>Тротуарами тікати.</w:t>
      </w:r>
    </w:p>
    <w:p>
      <w:r>
        <w:br/>
        <w:t>Із-за рогу тут трамвай</w:t>
      </w:r>
    </w:p>
    <w:p>
      <w:r>
        <w:br/>
        <w:t>Виїхав — о рідна мати!</w:t>
      </w:r>
    </w:p>
    <w:p>
      <w:r>
        <w:br/>
        <w:t>Миш — під нього, а Мартин</w:t>
      </w:r>
    </w:p>
    <w:p>
      <w:r>
        <w:br/>
        <w:t>В те залізо трах з розгону...</w:t>
      </w:r>
    </w:p>
    <w:p>
      <w:r>
        <w:br/>
        <w:t>Скрегіт гальм, горіння шин,</w:t>
      </w:r>
    </w:p>
    <w:p>
      <w:r>
        <w:br/>
        <w:t>Крики з вулиці й вагону.</w:t>
      </w:r>
    </w:p>
    <w:p>
      <w:r>
        <w:br/>
        <w:t>Позбігалась дітвора,</w:t>
      </w:r>
    </w:p>
    <w:p>
      <w:r>
        <w:br/>
        <w:t>Йде й міліція поважно.</w:t>
      </w:r>
    </w:p>
    <w:p>
      <w:r>
        <w:br/>
        <w:t>— В лобовому склі діра!</w:t>
      </w:r>
    </w:p>
    <w:p>
      <w:r>
        <w:br/>
        <w:t>— На таке й дивиться страшно!</w:t>
      </w:r>
    </w:p>
    <w:p>
      <w:r>
        <w:br/>
        <w:t>Є машина. Де ж водій?</w:t>
      </w:r>
    </w:p>
    <w:p>
      <w:r>
        <w:br/>
        <w:t>На даху. Він ліг на спину</w:t>
      </w:r>
    </w:p>
    <w:p>
      <w:r>
        <w:br/>
        <w:t>І кляне характер свій,</w:t>
      </w:r>
    </w:p>
    <w:p>
      <w:r>
        <w:br/>
        <w:t>Миш, ненависну тварину!</w:t>
      </w:r>
    </w:p>
    <w:p>
      <w:r>
        <w:br/>
        <w:t>Підвезти її хотів,</w:t>
      </w:r>
    </w:p>
    <w:p>
      <w:r>
        <w:br/>
        <w:t>А вона дурна — навтьоки.</w:t>
      </w:r>
    </w:p>
    <w:p>
      <w:r>
        <w:br/>
        <w:t>Кіт сердито муркотів</w:t>
      </w:r>
    </w:p>
    <w:p>
      <w:r>
        <w:br/>
        <w:t>І лизав обдерті боки.</w:t>
      </w:r>
    </w:p>
    <w:p>
      <w:r>
        <w:br/>
        <w:t>6</w:t>
      </w:r>
    </w:p>
    <w:p>
      <w:r>
        <w:br/>
        <w:t>Березневої пори,</w:t>
      </w:r>
    </w:p>
    <w:p>
      <w:r>
        <w:br/>
        <w:t>Як дерева чорні й голі,</w:t>
      </w:r>
    </w:p>
    <w:p>
      <w:r>
        <w:br/>
        <w:t>Кіт Мартин любив двори</w:t>
      </w:r>
    </w:p>
    <w:p>
      <w:r>
        <w:br/>
        <w:t>Оглядати на Подолі.</w:t>
      </w:r>
    </w:p>
    <w:p>
      <w:r>
        <w:br/>
        <w:t>Закавулочки малі, —</w:t>
      </w:r>
    </w:p>
    <w:p>
      <w:r>
        <w:br/>
        <w:t>Давні домики й садиби.</w:t>
      </w:r>
    </w:p>
    <w:p>
      <w:r>
        <w:br/>
        <w:t>Гарно там, як на селі,</w:t>
      </w:r>
    </w:p>
    <w:p>
      <w:r>
        <w:br/>
        <w:t>А ще й чути запах риби.</w:t>
      </w:r>
    </w:p>
    <w:p>
      <w:r>
        <w:br/>
        <w:t>В надвечірній тихий час,&lt;br /&gt;</w:t>
        <w:br/>
        <w:t>Біля Житнього базару,</w:t>
      </w:r>
    </w:p>
    <w:p>
      <w:r>
        <w:br/>
        <w:t>Рибку він збирав не раз,</w:t>
      </w:r>
    </w:p>
    <w:p>
      <w:r>
        <w:br/>
        <w:t>Наче срібло, з тротуару.</w:t>
      </w:r>
    </w:p>
    <w:p>
      <w:r>
        <w:br/>
        <w:t>А коли вже неба дзвін</w:t>
      </w:r>
    </w:p>
    <w:p>
      <w:r>
        <w:br/>
        <w:t>Осявали ясні зорі,</w:t>
      </w:r>
    </w:p>
    <w:p>
      <w:r>
        <w:br/>
        <w:t>Ах, любив співати він</w:t>
      </w:r>
    </w:p>
    <w:p>
      <w:r>
        <w:br/>
        <w:t>На даху в котячім хорі.</w:t>
      </w:r>
    </w:p>
    <w:p>
      <w:r>
        <w:br/>
        <w:t>Ось і нині кіт прийшов</w:t>
      </w:r>
    </w:p>
    <w:p>
      <w:r>
        <w:br/>
        <w:t>Поспівать з товаришами.</w:t>
      </w:r>
    </w:p>
    <w:p>
      <w:r>
        <w:br/>
        <w:t>Привітався: — Але гов —</w:t>
      </w:r>
    </w:p>
    <w:p>
      <w:r>
        <w:br/>
        <w:t>Що це трапилося з вами?!</w:t>
      </w:r>
    </w:p>
    <w:p>
      <w:r>
        <w:br/>
        <w:t>Друзі — в смутку та в журбі:</w:t>
      </w:r>
    </w:p>
    <w:p>
      <w:r>
        <w:br/>
        <w:t>— Диригент помер, небоже.</w:t>
      </w:r>
    </w:p>
    <w:p>
      <w:r>
        <w:br/>
        <w:t>І не снилося тобі,</w:t>
      </w:r>
    </w:p>
    <w:p>
      <w:r>
        <w:br/>
        <w:t>Що таке случитись може...</w:t>
      </w:r>
    </w:p>
    <w:p>
      <w:r>
        <w:br/>
        <w:t>Плачуть тенори й баси,</w:t>
      </w:r>
    </w:p>
    <w:p>
      <w:r>
        <w:br/>
        <w:t>Баритони та сопрано.</w:t>
      </w:r>
    </w:p>
    <w:p>
      <w:r>
        <w:br/>
        <w:t>— Хто з'єднає голоси</w:t>
      </w:r>
    </w:p>
    <w:p>
      <w:r>
        <w:br/>
        <w:t>Так майстерно і старанно?</w:t>
      </w:r>
    </w:p>
    <w:p>
      <w:r>
        <w:br/>
        <w:t>— Заспокойтеся, коти,</w:t>
      </w:r>
    </w:p>
    <w:p>
      <w:r>
        <w:br/>
        <w:t>Не візьму я з вас ні цента,</w:t>
      </w:r>
    </w:p>
    <w:p>
      <w:r>
        <w:br/>
        <w:t>Але можу помогти —</w:t>
      </w:r>
    </w:p>
    <w:p>
      <w:r>
        <w:br/>
        <w:t>Буду вам за диригента!</w:t>
      </w:r>
    </w:p>
    <w:p>
      <w:r>
        <w:br/>
        <w:t>Так промовив кіт Мартин</w:t>
      </w:r>
    </w:p>
    <w:p>
      <w:r>
        <w:br/>
        <w:t>І подумав: "Баламуте,</w:t>
      </w:r>
    </w:p>
    <w:p>
      <w:r>
        <w:br/>
        <w:t>Як це — ні в город, ні в тин —</w:t>
      </w:r>
    </w:p>
    <w:p>
      <w:r>
        <w:br/>
        <w:t>Хочеш диригентом бути!</w:t>
      </w:r>
    </w:p>
    <w:p>
      <w:r>
        <w:br/>
        <w:t>Та який же ти артист,</w:t>
      </w:r>
    </w:p>
    <w:p>
      <w:r>
        <w:br/>
        <w:t>Як не вмієш нот читати,</w:t>
      </w:r>
    </w:p>
    <w:p>
      <w:r>
        <w:br/>
        <w:t>Ти — брехун, авантюрист,</w:t>
      </w:r>
    </w:p>
    <w:p>
      <w:r>
        <w:br/>
        <w:t>Бий тебе котяча мати!"</w:t>
      </w:r>
    </w:p>
    <w:p>
      <w:r>
        <w:br/>
        <w:t>— Ну, ставайте, — він почав</w:t>
      </w:r>
    </w:p>
    <w:p>
      <w:r>
        <w:br/>
        <w:t>Щось наспівувати соло. —</w:t>
      </w:r>
    </w:p>
    <w:p>
      <w:r>
        <w:br/>
        <w:t>Все забути! Жодних справ!</w:t>
      </w:r>
    </w:p>
    <w:p>
      <w:r>
        <w:br/>
        <w:t>Тісно збийтеся в півколо!</w:t>
      </w:r>
    </w:p>
    <w:p>
      <w:r>
        <w:br/>
        <w:t>А тепер: "Няв! Няв! Няв! Няв!"</w:t>
      </w:r>
    </w:p>
    <w:p>
      <w:r>
        <w:br/>
        <w:t>Він подав потрібну ноту.</w:t>
      </w:r>
    </w:p>
    <w:p>
      <w:r>
        <w:br/>
        <w:t>Лапки догори підняв,</w:t>
      </w:r>
    </w:p>
    <w:p>
      <w:r>
        <w:br/>
        <w:t>Бідний аж блищить од поту.</w:t>
      </w:r>
    </w:p>
    <w:p>
      <w:r>
        <w:br/>
        <w:t>Діяв кіт у той момент —</w:t>
      </w:r>
    </w:p>
    <w:p>
      <w:r>
        <w:br/>
        <w:t>До найменшої деталі —</w:t>
      </w:r>
    </w:p>
    <w:p>
      <w:r>
        <w:br/>
        <w:t>Як покійний диригент.</w:t>
      </w:r>
    </w:p>
    <w:p>
      <w:r>
        <w:br/>
        <w:t>Мавпував! Що ж буде далі?</w:t>
      </w:r>
    </w:p>
    <w:p>
      <w:r>
        <w:br/>
        <w:t>Далі все пішло на п'ять.</w:t>
      </w:r>
    </w:p>
    <w:p>
      <w:r>
        <w:br/>
        <w:t>Кіт забув про сумнів-сором:</w:t>
      </w:r>
    </w:p>
    <w:p>
      <w:r>
        <w:br/>
        <w:t>Може й дурень керувать</w:t>
      </w:r>
    </w:p>
    <w:p>
      <w:r>
        <w:br/>
        <w:t>Добре вишколеним хором.</w:t>
      </w:r>
    </w:p>
    <w:p>
      <w:r>
        <w:br/>
        <w:t>Ой, який чудовий спів</w:t>
      </w:r>
    </w:p>
    <w:p>
      <w:r>
        <w:br/>
        <w:t>Піднімався аж до неба!</w:t>
      </w:r>
    </w:p>
    <w:p>
      <w:r>
        <w:br/>
        <w:t>Кіт Мартин стогнав, сопів,</w:t>
      </w:r>
    </w:p>
    <w:p>
      <w:r>
        <w:br/>
        <w:t>Помагав усім, де треба.</w:t>
      </w:r>
    </w:p>
    <w:p>
      <w:r>
        <w:br/>
        <w:t>Втім, надбігли слухачі,</w:t>
      </w:r>
    </w:p>
    <w:p>
      <w:r>
        <w:br/>
        <w:t>Люди із того ж будинку,</w:t>
      </w:r>
    </w:p>
    <w:p>
      <w:r>
        <w:br/>
        <w:t>З криками: "Нема вночі</w:t>
      </w:r>
    </w:p>
    <w:p>
      <w:r>
        <w:br/>
        <w:t>Від котів нам супочинку!"</w:t>
      </w:r>
    </w:p>
    <w:p>
      <w:r>
        <w:br/>
        <w:t>Хтось на крівлю вже спішить;</w:t>
      </w:r>
    </w:p>
    <w:p>
      <w:r>
        <w:br/>
        <w:t>Виліз. "Бийте, — репетує, —</w:t>
      </w:r>
    </w:p>
    <w:p>
      <w:r>
        <w:br/>
        <w:t>Та не того, хто нявчить,</w:t>
      </w:r>
    </w:p>
    <w:p>
      <w:r>
        <w:br/>
        <w:t>А того, хто диригує!"</w:t>
      </w:r>
    </w:p>
    <w:p>
      <w:r>
        <w:br/>
        <w:t>Тут попався наш артист!&lt;br /&gt;</w:t>
        <w:br/>
        <w:t>В мент найвищої рулади</w:t>
      </w:r>
    </w:p>
    <w:p>
      <w:r>
        <w:br/>
        <w:t>Хтось піймав його за хвіст</w:t>
      </w:r>
    </w:p>
    <w:p>
      <w:r>
        <w:br/>
        <w:t>Й ну лупити без пощади.</w:t>
      </w:r>
    </w:p>
    <w:p>
      <w:r>
        <w:br/>
        <w:t>Кіт завмер, як неживий,</w:t>
      </w:r>
    </w:p>
    <w:p>
      <w:r>
        <w:br/>
        <w:t>Був здивований до краю:</w:t>
      </w:r>
    </w:p>
    <w:p>
      <w:r>
        <w:br/>
        <w:t>"Отакої! Бий, не бий,</w:t>
      </w:r>
    </w:p>
    <w:p>
      <w:r>
        <w:br/>
        <w:t>Я своєї доспіваю!"</w:t>
      </w:r>
    </w:p>
    <w:p>
      <w:r>
        <w:br/>
        <w:t>— А, це ти збираєш тут</w:t>
      </w:r>
    </w:p>
    <w:p>
      <w:r>
        <w:br/>
        <w:t>Вечорниці, супостате?!</w:t>
      </w:r>
    </w:p>
    <w:p>
      <w:r>
        <w:br/>
        <w:t>Ти — хормейстер? Свій дебют</w:t>
      </w:r>
    </w:p>
    <w:p>
      <w:r>
        <w:br/>
        <w:t>Будеш довго пам'ятати!</w:t>
      </w:r>
    </w:p>
    <w:p>
      <w:r>
        <w:br/>
        <w:t>Дряпаючи, ніби рись,</w:t>
      </w:r>
    </w:p>
    <w:p>
      <w:r>
        <w:br/>
        <w:t>Кіт наш вирвався на волю.</w:t>
      </w:r>
    </w:p>
    <w:p>
      <w:r>
        <w:br/>
        <w:t>"Вік живи і вік учись, —</w:t>
      </w:r>
    </w:p>
    <w:p>
      <w:r>
        <w:br/>
        <w:t>Думав, стогнучи від болю. —</w:t>
      </w:r>
    </w:p>
    <w:p>
      <w:r>
        <w:br/>
        <w:t>Нащо я ходив туди,</w:t>
      </w:r>
    </w:p>
    <w:p>
      <w:r>
        <w:br/>
        <w:t>На котячі співи здуру.</w:t>
      </w:r>
    </w:p>
    <w:p>
      <w:r>
        <w:br/>
        <w:t>Нащо вклав такі труди</w:t>
      </w:r>
    </w:p>
    <w:p>
      <w:r>
        <w:br/>
        <w:t>В ту свою диригентуру!"</w:t>
      </w:r>
    </w:p>
    <w:p>
      <w:r>
        <w:br/>
        <w:t>7</w:t>
      </w:r>
    </w:p>
    <w:p>
      <w:r>
        <w:br/>
        <w:t>Кіт Мартин мав довгий хвіст</w:t>
      </w:r>
    </w:p>
    <w:p>
      <w:r>
        <w:br/>
        <w:t>І пишався цим немало.</w:t>
      </w:r>
    </w:p>
    <w:p>
      <w:r>
        <w:br/>
        <w:t>Кіт Мартин був урбаніст,</w:t>
      </w:r>
    </w:p>
    <w:p>
      <w:r>
        <w:br/>
        <w:t>Та любив сметану й сало.</w:t>
      </w:r>
    </w:p>
    <w:p>
      <w:r>
        <w:br/>
        <w:t>Мрійник-ледар, котик-зух</w:t>
      </w:r>
    </w:p>
    <w:p>
      <w:r>
        <w:br/>
        <w:t>Помисли плекав незвичні:</w:t>
      </w:r>
    </w:p>
    <w:p>
      <w:r>
        <w:br/>
        <w:t>От якби корів пастух</w:t>
      </w:r>
    </w:p>
    <w:p>
      <w:r>
        <w:br/>
        <w:t>Вигнав на дахи столичні!</w:t>
      </w:r>
    </w:p>
    <w:p>
      <w:r>
        <w:br/>
        <w:t>Жив би тут Мартин-спанько,</w:t>
      </w:r>
    </w:p>
    <w:p>
      <w:r>
        <w:br/>
        <w:t>Тут була б його домівка,</w:t>
      </w:r>
    </w:p>
    <w:p>
      <w:r>
        <w:br/>
        <w:t>І стояло б молоко</w:t>
      </w:r>
    </w:p>
    <w:p>
      <w:r>
        <w:br/>
        <w:t>В ринвах, наче та дощівка.</w:t>
      </w:r>
    </w:p>
    <w:p>
      <w:r>
        <w:br/>
        <w:t>Мрії дивні, запашні,</w:t>
      </w:r>
    </w:p>
    <w:p>
      <w:r>
        <w:br/>
        <w:t>Та не будеш ними ситий.</w:t>
      </w:r>
    </w:p>
    <w:p>
      <w:r>
        <w:br/>
        <w:t>"Треба йти в село мені,</w:t>
      </w:r>
    </w:p>
    <w:p>
      <w:r>
        <w:br/>
        <w:t>Там, напевно, краще жити!"</w:t>
      </w:r>
    </w:p>
    <w:p>
      <w:r>
        <w:br/>
        <w:t>Кіт подумав — і за мить</w:t>
      </w:r>
    </w:p>
    <w:p>
      <w:r>
        <w:br/>
        <w:t>Був на київськім вокзалі.</w:t>
      </w:r>
    </w:p>
    <w:p>
      <w:r>
        <w:br/>
        <w:t>Шасть — і вже в купе сидить,</w:t>
      </w:r>
    </w:p>
    <w:p>
      <w:r>
        <w:br/>
        <w:t>І снує думки зухвалі.</w:t>
      </w:r>
    </w:p>
    <w:p>
      <w:r>
        <w:br/>
        <w:t>Потяг рушив. Ну й дива!</w:t>
      </w:r>
    </w:p>
    <w:p>
      <w:r>
        <w:br/>
        <w:t>Кіт не бачив ще такого —</w:t>
      </w:r>
    </w:p>
    <w:p>
      <w:r>
        <w:br/>
        <w:t>І будинки, й дерева —</w:t>
      </w:r>
    </w:p>
    <w:p>
      <w:r>
        <w:br/>
        <w:t>Все кудись іде від нього.</w:t>
      </w:r>
    </w:p>
    <w:p>
      <w:r>
        <w:br/>
        <w:t>На полицю кіт заліз —</w:t>
      </w:r>
    </w:p>
    <w:p>
      <w:r>
        <w:br/>
        <w:t>Там приємно, м'яко, сухо —</w:t>
      </w:r>
    </w:p>
    <w:p>
      <w:r>
        <w:br/>
        <w:t>І заснув під стук коліс...</w:t>
      </w:r>
    </w:p>
    <w:p>
      <w:r>
        <w:br/>
        <w:t>Втім беруть його за вухо!</w:t>
      </w:r>
    </w:p>
    <w:p>
      <w:r>
        <w:br/>
        <w:t>Це з'явився провідник.</w:t>
      </w:r>
    </w:p>
    <w:p>
      <w:r>
        <w:br/>
        <w:t>— Де квиток? — Квитка не маю.</w:t>
      </w:r>
    </w:p>
    <w:p>
      <w:r>
        <w:br/>
        <w:t>— Як же ти сюди проник,</w:t>
      </w:r>
    </w:p>
    <w:p>
      <w:r>
        <w:br/>
        <w:t>Неотесаний гультяю?</w:t>
      </w:r>
    </w:p>
    <w:p>
      <w:r>
        <w:br/>
        <w:t>Кіт мовчить, а той на зло</w:t>
      </w:r>
    </w:p>
    <w:p>
      <w:r>
        <w:br/>
        <w:t>Причепився, як оскома.</w:t>
      </w:r>
    </w:p>
    <w:p>
      <w:r>
        <w:br/>
        <w:t>— Ти куди? — Та я в село!</w:t>
      </w:r>
    </w:p>
    <w:p>
      <w:r>
        <w:br/>
        <w:t>— А! В село? Так ти вже дома!</w:t>
      </w:r>
    </w:p>
    <w:p>
      <w:r>
        <w:br/>
        <w:t>І жбурляє він кота</w:t>
      </w:r>
    </w:p>
    <w:p>
      <w:r>
        <w:br/>
        <w:t>Крізь вікно посеред поля,</w:t>
      </w:r>
    </w:p>
    <w:p>
      <w:r>
        <w:br/>
        <w:t>Просто в золоті жита,</w:t>
      </w:r>
    </w:p>
    <w:p>
      <w:r>
        <w:br/>
        <w:t>В тихе степове роздолля.&lt;br /&gt;</w:t>
        <w:br/>
        <w:t>Кіт не вдарився, та лиш</w:t>
      </w:r>
    </w:p>
    <w:p>
      <w:r>
        <w:br/>
        <w:t>Трохи походив у житі,</w:t>
      </w:r>
    </w:p>
    <w:p>
      <w:r>
        <w:br/>
        <w:t>Перед ним з'явилась миш,</w:t>
      </w:r>
    </w:p>
    <w:p>
      <w:r>
        <w:br/>
        <w:t>Мабуть, щонайбільша в світі.</w:t>
      </w:r>
    </w:p>
    <w:p>
      <w:r>
        <w:br/>
        <w:t>Kiт Мартин знепритомнів</w:t>
      </w:r>
    </w:p>
    <w:p>
      <w:r>
        <w:br/>
        <w:t>Від огиди і від жаху.</w:t>
      </w:r>
    </w:p>
    <w:p>
      <w:r>
        <w:br/>
        <w:t>Він пролежав кілька днів</w:t>
      </w:r>
    </w:p>
    <w:p>
      <w:r>
        <w:br/>
        <w:t>Біля степового шляху.</w:t>
      </w:r>
    </w:p>
    <w:p>
      <w:r>
        <w:br/>
        <w:t>Вставши, кіт побрів туди,</w:t>
      </w:r>
    </w:p>
    <w:p>
      <w:r>
        <w:br/>
        <w:t>Де — почув — співали півні.</w:t>
      </w:r>
    </w:p>
    <w:p>
      <w:r>
        <w:br/>
        <w:t>До села чи слободи</w:t>
      </w:r>
    </w:p>
    <w:p>
      <w:r>
        <w:br/>
        <w:t>Йшов, як люди йдуть мандрівні.</w:t>
      </w:r>
    </w:p>
    <w:p>
      <w:r>
        <w:br/>
        <w:t>Він здаля уздрів село,</w:t>
      </w:r>
    </w:p>
    <w:p>
      <w:r>
        <w:br/>
        <w:t>Стайні, трактори, солому...</w:t>
      </w:r>
    </w:p>
    <w:p>
      <w:r>
        <w:br/>
        <w:t>Ну, а що там з ним було,</w:t>
      </w:r>
    </w:p>
    <w:p>
      <w:r>
        <w:br/>
        <w:t>Ми розкажемо потому.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кота Мартина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