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Пригода з автобусом</w:t>
      </w:r>
    </w:p>
    <w:p>
      <w:r>
        <w:br/>
        <w:t xml:space="preserve"> &lt;p&gt;1</w:t>
      </w:r>
    </w:p>
    <w:p>
      <w:r>
        <w:br/>
        <w:t>На вулицях міста усе поспішає: ідуть пішоходи, несуться трамваї, автобуси мчать, пробігають таксі. Усі поспішають, працюють усі.</w:t>
      </w:r>
    </w:p>
    <w:p>
      <w:r>
        <w:br/>
        <w:t>І був там автобус — великий такий, блискучий, червоний і дуже швидкий. Одне тільки лихо: куди б він не їхав, завжди буркотів, працювать не хотів:</w:t>
      </w:r>
    </w:p>
    <w:p>
      <w:r>
        <w:br/>
        <w:t>— Не хочу возити</w:t>
      </w:r>
    </w:p>
    <w:p>
      <w:r>
        <w:br/>
        <w:t>по місту людей.</w:t>
      </w:r>
    </w:p>
    <w:p>
      <w:r>
        <w:br/>
        <w:t>Не хочу гудіти,</w:t>
      </w:r>
    </w:p>
    <w:p>
      <w:r>
        <w:br/>
        <w:t>катати дітей.</w:t>
      </w:r>
    </w:p>
    <w:p>
      <w:r>
        <w:br/>
        <w:t>Візьму та втечу,</w:t>
      </w:r>
    </w:p>
    <w:p>
      <w:r>
        <w:br/>
        <w:t>і поїду я сам</w:t>
      </w:r>
    </w:p>
    <w:p>
      <w:r>
        <w:br/>
        <w:t>співати-гудіти</w:t>
      </w:r>
    </w:p>
    <w:p>
      <w:r>
        <w:br/>
        <w:t>полям і лісам.</w:t>
      </w:r>
    </w:p>
    <w:p>
      <w:r>
        <w:br/>
        <w:t>І от серед ночі, як люди поснули, в автобуса очі ураз спалахнули. Тихенько, поважно сирена гудить. І двері гаража відкрилися вмить.</w:t>
      </w:r>
    </w:p>
    <w:p>
      <w:r>
        <w:br/>
        <w:t>І виїхав з нього автобус врочисто шукати дорогу по сонному місту. Шофера немає, ніхто не сидить. Він сам повертає туди і сюди. Повз темні будинки, заводи та міст виблискують шини великих коліс.</w:t>
      </w:r>
    </w:p>
    <w:p>
      <w:r>
        <w:br/>
        <w:t>Останні будинки лишились позаду. І їде автобус по полю у ліс.</w:t>
      </w:r>
    </w:p>
    <w:p>
      <w:r>
        <w:br/>
        <w:t>2</w:t>
      </w:r>
    </w:p>
    <w:p>
      <w:r>
        <w:br/>
        <w:t>Освітлює місяць</w:t>
      </w:r>
    </w:p>
    <w:p>
      <w:r>
        <w:br/>
        <w:t>м'який моріжок.</w:t>
      </w:r>
    </w:p>
    <w:p>
      <w:r>
        <w:br/>
        <w:t>Зайчатка зійшлися</w:t>
      </w:r>
    </w:p>
    <w:p>
      <w:r>
        <w:br/>
        <w:t>в веселий танок,</w:t>
      </w:r>
    </w:p>
    <w:p>
      <w:r>
        <w:br/>
        <w:t>і білки стрибають</w:t>
      </w:r>
    </w:p>
    <w:p>
      <w:r>
        <w:br/>
        <w:t>на мшистому пні,</w:t>
      </w:r>
    </w:p>
    <w:p>
      <w:r>
        <w:br/>
        <w:t>і птахи співають —</w:t>
      </w:r>
    </w:p>
    <w:p>
      <w:r>
        <w:br/>
        <w:t>радіють весні.</w:t>
      </w:r>
    </w:p>
    <w:p>
      <w:r>
        <w:br/>
        <w:t>Та що це? Ой, що там так страшно гуде, крізь морок-темноту по лісі іде?</w:t>
      </w:r>
    </w:p>
    <w:p>
      <w:r>
        <w:br/>
        <w:t>Злякались звірята, сховались в кущах і дивляться здалека: що там за жах?</w:t>
      </w:r>
    </w:p>
    <w:p>
      <w:r>
        <w:br/>
        <w:t>Це їде автобус по лісі вночі. Великі колеса ламають кущі. І вогняним поглядом два ліхтарі, мов очі, вп'ялись в лісові чагарі.</w:t>
      </w:r>
    </w:p>
    <w:p>
      <w:r>
        <w:br/>
        <w:t>І раптом мотор закахикав і став. Колеса загрузли між стеблами трав. Сирена гуде і лютує — дарма.</w:t>
      </w:r>
    </w:p>
    <w:p>
      <w:r>
        <w:br/>
        <w:t>І охнув автобус:</w:t>
      </w:r>
    </w:p>
    <w:p>
      <w:r>
        <w:br/>
        <w:t>— Бензину нема!</w:t>
      </w:r>
    </w:p>
    <w:p>
      <w:r>
        <w:br/>
        <w:t>З</w:t>
      </w:r>
    </w:p>
    <w:p>
      <w:r>
        <w:br/>
        <w:t>Здивований ліс прокидається вранці: великий автобус стоїть на полянці. В очах-ліхтарях погасились вогні, і дужі колеса уже не страшні.</w:t>
      </w:r>
    </w:p>
    <w:p>
      <w:r>
        <w:br/>
        <w:t>Залазять в автобус звірята та звірі. Розсілись на подушках, як пасажири. Лисиця — в кабіні, неначе шофер, а птиці-синиці сідають на верх. Сідають на дахові птички-синички, приносять стеблинки, приносять травичку і вже починають гніздечка мостить.</w:t>
      </w:r>
    </w:p>
    <w:p>
      <w:r>
        <w:br/>
        <w:t>А білки-ласухи, пухнастенькі шубки, горіхи гризуть, і летять шкаралупки під напис:</w:t>
      </w:r>
    </w:p>
    <w:p>
      <w:r>
        <w:br/>
        <w:t>"Не можна плювать і смітить".</w:t>
      </w:r>
    </w:p>
    <w:p>
      <w:r>
        <w:br/>
        <w:t>А зайчики влізли з ногами на лави. А миші прогризли дірки для забави. І крутить лисиця кермо без пуття. І всюди безладдя, і всюди сміття.</w:t>
      </w:r>
    </w:p>
    <w:p>
      <w:r>
        <w:br/>
        <w:t>Нещасний автобус і плаче й зітхає:</w:t>
      </w:r>
    </w:p>
    <w:p>
      <w:r>
        <w:br/>
        <w:t>— Чому я тікав</w:t>
      </w:r>
    </w:p>
    <w:p>
      <w:r>
        <w:br/>
        <w:t>від веселих трамваїв?</w:t>
      </w:r>
    </w:p>
    <w:p>
      <w:r>
        <w:br/>
        <w:t>Навіщо тікав</w:t>
      </w:r>
    </w:p>
    <w:p>
      <w:r>
        <w:br/>
        <w:t>від хороших людей?</w:t>
      </w:r>
    </w:p>
    <w:p>
      <w:r>
        <w:br/>
        <w:t>Навіщо тікав</w:t>
      </w:r>
    </w:p>
    <w:p>
      <w:r>
        <w:br/>
        <w:t>від маленьких дітей?</w:t>
      </w:r>
    </w:p>
    <w:p>
      <w:r>
        <w:br/>
        <w:t>Щоранку мене</w:t>
      </w:r>
    </w:p>
    <w:p>
      <w:r>
        <w:br/>
        <w:t>напували бензином,</w:t>
      </w:r>
    </w:p>
    <w:p>
      <w:r>
        <w:br/>
        <w:t>і чистили боки,</w:t>
      </w:r>
    </w:p>
    <w:p>
      <w:r>
        <w:br/>
        <w:t>й ладнали машину,</w:t>
      </w:r>
    </w:p>
    <w:p>
      <w:r>
        <w:br/>
        <w:t>і всі поважали</w:t>
      </w:r>
    </w:p>
    <w:p>
      <w:r>
        <w:br/>
        <w:t>й хвалили мене,</w:t>
      </w:r>
    </w:p>
    <w:p>
      <w:r>
        <w:br/>
        <w:t>і діти маленькі</w:t>
      </w:r>
    </w:p>
    <w:p>
      <w:r>
        <w:br/>
        <w:t>любили мене.</w:t>
      </w:r>
    </w:p>
    <w:p>
      <w:r>
        <w:br/>
        <w:t>А звірі глузують з недвижних коліс і зовсім не бачать автобусних сліз, і зовсім не чують зітхань і плачу. І гірко, і боляче так втікачу...</w:t>
      </w:r>
    </w:p>
    <w:p>
      <w:r>
        <w:br/>
        <w:t>І, мабуть, автобус загинув би так. Та раптом над лісом пронісся літак.</w:t>
      </w:r>
    </w:p>
    <w:p>
      <w:r>
        <w:br/>
        <w:t>— Привіт тобі, друже! — гукнув на льоту.</w:t>
      </w:r>
    </w:p>
    <w:p>
      <w:r>
        <w:br/>
        <w:t>І крикнув автобус:</w:t>
      </w:r>
    </w:p>
    <w:p>
      <w:r>
        <w:br/>
        <w:t>— Товариш, рятуй!</w:t>
      </w:r>
    </w:p>
    <w:p>
      <w:r>
        <w:br/>
        <w:t>Літак приземлився і вимкнув мотори. Налякані звірі сховались у нори.</w:t>
      </w:r>
    </w:p>
    <w:p>
      <w:r>
        <w:br/>
        <w:t>— Що сталось? — питає.— Чого ти тут сам? Бензину немає? Так я тобі дам.</w:t>
      </w:r>
    </w:p>
    <w:p>
      <w:r>
        <w:br/>
        <w:t>І стало так весело й радісно враз. Крутнулись колеса, і пихкає газ:</w:t>
      </w:r>
    </w:p>
    <w:p>
      <w:r>
        <w:br/>
        <w:t>— Доволі, доволі</w:t>
      </w:r>
    </w:p>
    <w:p>
      <w:r>
        <w:br/>
        <w:t>по лісі блукать.</w:t>
      </w:r>
    </w:p>
    <w:p>
      <w:r>
        <w:br/>
        <w:t>Не буду ніколи</w:t>
      </w:r>
    </w:p>
    <w:p>
      <w:r>
        <w:br/>
        <w:t>я з міста тікать!</w:t>
      </w:r>
    </w:p>
    <w:p>
      <w:r>
        <w:br/>
        <w:t>І зразу ж автобус поїхав назад — від птиць та звірів до хороших хлоп'ят.</w:t>
      </w:r>
    </w:p>
    <w:p>
      <w:r>
        <w:br/>
        <w:t>— Сідайте, хлоп'ята,</w:t>
      </w:r>
    </w:p>
    <w:p>
      <w:r>
        <w:br/>
        <w:t>в автобус ураз!</w:t>
      </w:r>
    </w:p>
    <w:p>
      <w:r>
        <w:br/>
        <w:t>Я буду катати</w:t>
      </w:r>
    </w:p>
    <w:p>
      <w:r>
        <w:br/>
        <w:t>по вулицях вас.</w:t>
      </w:r>
    </w:p>
    <w:p>
      <w:r>
        <w:br/>
        <w:t>Навколо трамваї,</w:t>
      </w:r>
    </w:p>
    <w:p>
      <w:r>
        <w:br/>
        <w:t>дзвінки голосні.</w:t>
      </w:r>
    </w:p>
    <w:p>
      <w:r>
        <w:br/>
        <w:t>Хлоп'ята співають</w:t>
      </w:r>
    </w:p>
    <w:p>
      <w:r>
        <w:br/>
        <w:t>веселі пісні.</w:t>
      </w:r>
    </w:p>
    <w:p>
      <w:r>
        <w:br/>
        <w:t>А з неба, з-під хмари,</w:t>
      </w:r>
    </w:p>
    <w:p>
      <w:r>
        <w:br/>
        <w:t>підспівує в такт</w:t>
      </w:r>
    </w:p>
    <w:p>
      <w:r>
        <w:br/>
        <w:t>хороший товариш —</w:t>
      </w:r>
    </w:p>
    <w:p>
      <w:r>
        <w:br/>
        <w:t>веселий літак.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Пригода з автобусом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