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Прага з пальцями дощу</w:t>
      </w:r>
    </w:p>
    <w:p>
      <w:r>
        <w:br/>
        <w:t xml:space="preserve"> Ні, це не в чомусь,&lt;br /&gt;</w:t>
        <w:br/>
        <w:t>Що можна викласти у красі чи у стилі,&lt;br /&gt;</w:t>
        <w:br/>
        <w:t>Це не Порохова башта, і не Староміська площа,&lt;br /&gt;</w:t>
        <w:br/>
        <w:t>і не Карлів міст,&lt;br /&gt;</w:t>
        <w:br/>
        <w:t>I не стара, й не нова Прага,&lt;br /&gt;</w:t>
        <w:br/>
        <w:t>Це не в чомусь, що можна знищити,&lt;br /&gt;</w:t>
        <w:br/>
        <w:t>це не в чомусь, що можна відбудувати,&lt;br /&gt;</w:t>
        <w:br/>
        <w:t>Це не в твоїх легендах, це не в красі твоїй, Праго,&lt;br /&gt;</w:t>
        <w:br/>
        <w:t>Те, що одна ти на світі, та й будеш такою,&lt;br /&gt;</w:t>
        <w:br/>
        <w:t>якби тебе і зруйнували.&lt;br /&gt;</w:t>
        <w:br/>
        <w:t>Поезія твоя до того складна, і я так її старанно вгадую,&lt;br /&gt;</w:t>
        <w:br/>
        <w:t>Як угадуєм тільки думки обожнюваних жінок,&lt;br /&gt;</w:t>
        <w:br/>
        <w:t>Не можна тебе описати, не можна тебе змалювати,&lt;br /&gt;</w:t>
        <w:br/>
        <w:t>не можна поставити перед тобою дзеркало.&lt;br /&gt;</w:t>
        <w:br/>
        <w:t>Якби я тебе не спізнав, то й сама б ти себе не спізнала.&lt;br /&gt;</w:t>
        <w:br/>
        <w:t>Ні, це не в чомусь,&lt;br /&gt;</w:t>
        <w:br/>
        <w:t>Не в чомусь, що можна сказати добірною мовою,&lt;br /&gt;</w:t>
        <w:br/>
        <w:t>що можна написати у путівнику,&lt;br /&gt;</w:t>
        <w:br/>
        <w:t>Воно — в усьому твоєму єстві, у його таємничій системі:&lt;br /&gt;</w:t>
        <w:br/>
        <w:t>У тім, як сидить на чолі твоїм птах,&lt;br /&gt;</w:t>
        <w:br/>
        <w:t>У тім, як дитина гукає до мами,&lt;br /&gt;</w:t>
        <w:br/>
        <w:t>коли йдуть повз барочні скульптури,&lt;br /&gt;</w:t>
        <w:br/>
        <w:t>У тім, як їде велосипедист, наспівуючи баладу,&lt;br /&gt;</w:t>
        <w:br/>
        <w:t>У тім, як пахнуть трамваї,&lt;br /&gt;</w:t>
        <w:br/>
        <w:t>коли дзвонять лоретанські дзвоники,&lt;br /&gt;</w:t>
        <w:br/>
        <w:t>У тім, як росте елегантність незграбна&lt;br /&gt;</w:t>
        <w:br/>
        <w:t>на тлі твоїх складів і храмів,&lt;br /&gt;</w:t>
        <w:br/>
        <w:t>У тім, як смакує сосиска в підвалах часів&lt;br /&gt;</w:t>
        <w:br/>
        <w:t>Тридцятилітньої війни,&lt;br /&gt;</w:t>
        <w:br/>
        <w:t>У тім, як луна чеська мова посеред безлюдної площі,&lt;br /&gt;</w:t>
        <w:br/>
        <w:t>У тім, як збиваєм ціну тобі, вибираючи грампластинки,&lt;br /&gt;</w:t>
        <w:br/>
        <w:t>У тім, як стаєш ти мертвою на листівках у листоноші,&lt;br /&gt;</w:t>
        <w:br/>
        <w:t>У тім, як знімається мірка із огрядних жінок&lt;br /&gt;</w:t>
        <w:br/>
        <w:t>що у них — імена твоїх вулиць,&lt;br /&gt;</w:t>
        <w:br/>
        <w:t>У тім, як виблискує шибка, коли сонце заходить&lt;br /&gt;</w:t>
        <w:br/>
        <w:t>за Петришн&lt;br /&gt;</w:t>
        <w:br/>
        <w:t>Я один із тих чоловіків і жінок,&lt;br /&gt;</w:t>
        <w:br/>
        <w:t>яких я люблю і якими я гребую,&lt;br /&gt;</w:t>
        <w:br/>
        <w:t>Може, трішечки кращий за них,&lt;br /&gt;</w:t>
        <w:br/>
        <w:t>бо нічого не хочу й говорю як коли відверто,&lt;br /&gt;</w:t>
        <w:br/>
        <w:t>I тому, що в мене невгамовна пристрасть,&lt;br /&gt;</w:t>
        <w:br/>
        <w:t>і таку ж я шукаю в тобі,&lt;br /&gt;</w:t>
        <w:br/>
        <w:t>Донька нинішнього полудня і далеких-далеких століть.&lt;br /&gt;</w:t>
        <w:br/>
        <w:t>Я не хочу нічого, тільки бути твоїм язиком,&lt;br /&gt;</w:t>
        <w:br/>
        <w:t>Я — твій стиснутий акордеон, я — твій язик,&lt;br /&gt;</w:t>
        <w:br/>
        <w:t>Язик твоїх дзвонів, а також твого дощу,&lt;br /&gt;</w:t>
        <w:br/>
        <w:t>Язик твоїх грон виноградних,&lt;br /&gt;</w:t>
        <w:br/>
        <w:t>а також твоїх нічліжок,&lt;br /&gt;</w:t>
        <w:br/>
        <w:t>Язик твоїх кволих черниць, а також твоїх шоферів,&lt;br /&gt;</w:t>
        <w:br/>
        <w:t>Язик твоєї пихи, а також твоєї меланхолії,&lt;br /&gt;</w:t>
        <w:br/>
        <w:t>Язик твоїх змагань із плавання,&lt;br /&gt;</w:t>
        <w:br/>
        <w:t>а також твоїх середніх шкіл,&lt;br /&gt;</w:t>
        <w:br/>
        <w:t>Язик твоїх офіціантів, а також твого грипу,&lt;br /&gt;</w:t>
        <w:br/>
        <w:t>Язик твоїх троянд, а також буженини твоєї,&lt;br /&gt;</w:t>
        <w:br/>
        <w:t>Язик твоїх плетених крісел, а також твоїх весіль,&lt;br /&gt;</w:t>
        <w:br/>
        <w:t>Язик твоєї трави, а також твоїх курантів,&lt;br /&gt;</w:t>
        <w:br/>
        <w:t>Язик твоїх телефонів-автоматів,&lt;br /&gt;</w:t>
        <w:br/>
        <w:t>а також твоїх вчительок музики,&lt;br /&gt;</w:t>
        <w:br/>
        <w:t>Язик твоїх вихідних, а також твоїх гребель,&lt;br /&gt;</w:t>
        <w:br/>
        <w:t>Язик твого пожежницького ріжка, а також твоїх легенд,&lt;br /&gt;</w:t>
        <w:br/>
        <w:t>Я лише твій язик, що ожив.&lt;br /&gt;</w:t>
        <w:br/>
        <w:t>Яке там прощання,&lt;br /&gt;</w:t>
        <w:br/>
        <w:t>Коли хочу постійно тебе наслухати і навіть у сні.&lt;br /&gt;</w:t>
        <w:br/>
        <w:t>О, якби ти з'явилась така, як, стократ тебе знаю,&lt;br /&gt;</w:t>
        <w:br/>
        <w:t>і така, яку досі не знав,&lt;br /&gt;</w:t>
        <w:br/>
        <w:t>О, якби ти з'явилась такою, як тебе я хотів би знати!&lt;br /&gt;</w:t>
        <w:br/>
        <w:t>В заповітах поколінню наступному залишаю свій&lt;br /&gt;</w:t>
        <w:br/>
        <w:t>досвід малий і глибоке зітхання&lt;br /&gt;</w:t>
        <w:br/>
        <w:t>Над безкінечною піснею, яка будить мене й присипляє:&lt;br /&gt;</w:t>
        <w:br/>
        <w:t>Пригадайте мене,&lt;br /&gt;</w:t>
        <w:br/>
        <w:t>Що я жив, що ходив я Прагою,&lt;br /&gt;</w:t>
        <w:br/>
        <w:t>Що учив я любити її інакше, ніж досі любили,&lt;br /&gt;</w:t>
        <w:br/>
        <w:t>Що учив я любити її як подругу і як чужинку,&lt;br /&gt;</w:t>
        <w:br/>
        <w:t>Що учив я любити її вільним серцем вільного чоловіка&lt;br /&gt;</w:t>
        <w:br/>
        <w:t>вільних мрій і прагнень,&lt;br /&gt;</w:t>
        <w:br/>
        <w:t>Що учив я любити її як живу, у якої — майбутнє,&lt;br /&gt;</w:t>
        <w:br/>
        <w:t>Як її рідний син і як чужинець.</w:t>
      </w:r>
    </w:p>
    <w:p>
      <w:r>
        <w:br/>
        <w:t>Плач і смійся, розгойдуй усі свої дзвони,&lt;br /&gt;</w:t>
        <w:br/>
        <w:t>Як прагнув я розгойдати всі дзвони моєї пам'яті!&lt;br /&gt;</w:t>
        <w:br/>
        <w:t>Адже час летить, я б хотів ще багато,&lt;br /&gt;</w:t>
        <w:br/>
        <w:t>багато про таке сказати,&lt;br /&gt;</w:t>
        <w:br/>
        <w:t>Час летить, а я так іще мало про тебе сказав,&lt;br /&gt;</w:t>
        <w:br/>
        <w:t>Час летить і засвічує зорі прадавні над Прагою.</w:t>
      </w:r>
    </w:p>
    <w:p>
      <w:r>
        <w:br/>
        <w:t>Перекладач: Володимир Житник&lt;br /&gt;</w:t>
        <w:br/>
        <w:t>--------------------------------------------------------------</w:t>
      </w:r>
    </w:p>
    <w:p>
      <w:r>
        <w:br/>
        <w:t>Ніщо тут не відкриє таємниці!&lt;br /&gt;</w:t>
        <w:br/>
        <w:t>Ані краса ні стиль цей незбагненний&lt;br /&gt;</w:t>
        <w:br/>
        <w:t>Ні Прашна брана ані Карлів міст&lt;br /&gt;</w:t>
        <w:br/>
        <w:t>ані затишна Старомістська площа&lt;br /&gt;</w:t>
        <w:br/>
        <w:t>Ні молода ні старовинна Прага —&lt;br /&gt;</w:t>
        <w:br/>
        <w:t>Ніщо з усього сущого що можна&lt;br /&gt;</w:t>
        <w:br/>
        <w:t>руками збудували й розвалити —&lt;br /&gt;</w:t>
        <w:br/>
        <w:t>Ніщо тут не відкриє таємниці!&lt;br /&gt;</w:t>
        <w:br/>
        <w:t>Нічого тут не зможуть пояснити&lt;br /&gt;</w:t>
        <w:br/>
        <w:t>усі легенди золотої Праги&lt;br /&gt;</w:t>
        <w:br/>
        <w:t>І я заповідаю вам пражани&lt;br /&gt;</w:t>
        <w:br/>
        <w:t>своє зітхання довге на майбутнє&lt;br /&gt;</w:t>
        <w:br/>
        <w:t>Заповідаю несміливу спробу&lt;br /&gt;</w:t>
        <w:br/>
        <w:t>цієї пісні про чудове місто&lt;br /&gt;</w:t>
        <w:br/>
        <w:t>Ви згадуйте хоч іноді про мене&lt;br /&gt;</w:t>
        <w:br/>
        <w:t>Про те що жив я і ходив у Празі&lt;br /&gt;</w:t>
        <w:br/>
        <w:t>По-своєму навчав її любити&lt;br /&gt;</w:t>
        <w:br/>
        <w:t>Навчав любити наче іноземку&lt;br /&gt;</w:t>
        <w:br/>
        <w:t>і водночас немов сестричку рідну&lt;br /&gt;</w:t>
        <w:br/>
        <w:t>Любити вільним і гарячим серцем&lt;br /&gt;</w:t>
        <w:br/>
        <w:t>розкутого і дужого звитяжця&lt;br /&gt;</w:t>
        <w:br/>
        <w:t>Любити Прагу мов живу істоту&lt;br /&gt;</w:t>
        <w:br/>
        <w:t>що впевнена в майбутньому своєму</w:t>
      </w:r>
    </w:p>
    <w:p>
      <w:r>
        <w:br/>
        <w:t>Перекладач: П. Перебийніс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Прага з пальцями дощу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