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Пожар москви</w:t>
      </w:r>
    </w:p>
    <w:p>
      <w:r>
        <w:br/>
        <w:t xml:space="preserve"> Царство білого царя широко розляглося,&lt;br /&gt;</w:t>
        <w:br/>
        <w:t>Од восходу до заходу сонця простяглося:&lt;br /&gt;</w:t>
        <w:br/>
        <w:t>Є там чимало місця для сили,&lt;br /&gt;</w:t>
        <w:br/>
        <w:t>Місця чимало і для могили...&lt;br /&gt;</w:t>
        <w:br/>
        <w:t>Тісно вже в німця, тісно, і місця не раз&lt;br /&gt;</w:t>
        <w:br/>
        <w:t>Для гробовщика в його землі, либонь, не ставало;&lt;br /&gt;</w:t>
        <w:br/>
        <w:t>З силою-раттю йшов тоді німець на нас,&lt;br /&gt;</w:t>
        <w:br/>
        <w:t>Для гробовища рідную землю ми уступали,&lt;br /&gt;</w:t>
        <w:br/>
        <w:t>І до землі аж німців списами ми притинали&lt;br /&gt;</w:t>
        <w:br/>
        <w:t>І в глибоченьких, рідних, біленьких снігах ховали!</w:t>
      </w:r>
    </w:p>
    <w:p>
      <w:r>
        <w:br/>
        <w:t>Ще недалеко із миру утік&lt;br /&gt;</w:t>
        <w:br/>
        <w:t>Пам'ятний Москві і мирові рік,&lt;br /&gt;</w:t>
        <w:br/>
        <w:t>Як півберега зірочка мітлою застилала,&lt;br /&gt;</w:t>
        <w:br/>
        <w:t>За гріхи по всіх усюдах кару розмітала:&lt;br /&gt;</w:t>
        <w:br/>
        <w:t>Француз із німцем побратався, край наш псував,&lt;br /&gt;</w:t>
        <w:br/>
        <w:t>Вішав і різав людей, церкви обдирав.</w:t>
      </w:r>
    </w:p>
    <w:p>
      <w:r>
        <w:br/>
        <w:t>Як же цар загомонів, та як сипнули,&lt;br /&gt;</w:t>
        <w:br/>
        <w:t>Як з усіх кінців гостей жарнули:&lt;br /&gt;</w:t>
        <w:br/>
        <w:t>Самопали&lt;br /&gt;</w:t>
        <w:br/>
        <w:t>Як ревнули,&lt;br /&gt;</w:t>
        <w:br/>
        <w:t>Задзижчали&lt;br /&gt;</w:t>
        <w:br/>
        <w:t>Кулі, кулі,&lt;br /&gt;</w:t>
        <w:br/>
        <w:t>Засвистіли&lt;br /&gt;</w:t>
        <w:br/>
        <w:t>Стріли, стріли&lt;br /&gt;</w:t>
        <w:br/>
        <w:t>І козацький гострий спис&lt;br /&gt;</w:t>
        <w:br/>
        <w:t>В ребра ворогів поліз...&lt;br /&gt;</w:t>
        <w:br/>
        <w:t>Як од коси покоси, ворог до землі лягав,&lt;br /&gt;</w:t>
        <w:br/>
        <w:t>Кров'ю чужою землю поливав і полоскав...</w:t>
      </w:r>
    </w:p>
    <w:p>
      <w:r>
        <w:br/>
        <w:t>І козаків із могили в час той викликали,&lt;br /&gt;</w:t>
        <w:br/>
        <w:t>Щоб уставали на поміч, Москву рятували:&lt;br /&gt;</w:t>
        <w:br/>
        <w:t>Знову чубатий на конику в полі гасав,&lt;br /&gt;</w:t>
        <w:br/>
        <w:t>Москву святую із-під ворога визволяв.</w:t>
      </w:r>
    </w:p>
    <w:p>
      <w:r>
        <w:br/>
        <w:t>І наших костей полягло&lt;br /&gt;</w:t>
        <w:br/>
        <w:t>Тоді коло Москви чимало;&lt;br /&gt;</w:t>
        <w:br/>
        <w:t>Та так їх чимало було,&lt;br /&gt;</w:t>
        <w:br/>
        <w:t>Що й воску на помин не стало!</w:t>
      </w:r>
    </w:p>
    <w:p>
      <w:r>
        <w:br/>
        <w:t>Та що ж, ми одну запалили їм свічку —&lt;br /&gt;</w:t>
        <w:br/>
        <w:t>Про свічку такую ще й світ не чував,&lt;br /&gt;</w:t>
        <w:br/>
        <w:t>Яку ми спалили одну, невеличку,&lt;br /&gt;</w:t>
        <w:br/>
        <w:t>За тих рідні душі, хто нас рятува...&lt;br /&gt;</w:t>
        <w:br/>
        <w:t>І Москва, як божая свічка, огнем зайнялася,&lt;br /&gt;</w:t>
        <w:br/>
        <w:t>І Москва, як ворога кров'ю, огнем залилася,&lt;br /&gt;</w:t>
        <w:br/>
        <w:t>Як зірка з мітлою, що в небі застилала...&lt;br /&gt;</w:t>
        <w:br/>
        <w:t>Вона гуготіла, вона клекотала,&lt;br /&gt;</w:t>
        <w:br/>
        <w:t>Стогнала, тріщала, ревла і бурхала,&lt;br /&gt;</w:t>
        <w:br/>
        <w:t>Як хмари та хмари із черева дим,&lt;br /&gt;</w:t>
        <w:br/>
        <w:t>А в них гуркотів з блискавками і грім...&lt;br /&gt;</w:t>
        <w:br/>
        <w:t>Для бога спалили одну, невеличку;&lt;br /&gt;</w:t>
        <w:br/>
        <w:t>Вона ж нам од бога купила ізбаву,&lt;br /&gt;</w:t>
        <w:br/>
        <w:t>З нас тяжкую кару, мов зірка мітлою,&lt;br /&gt;</w:t>
        <w:br/>
        <w:t>Всю нечисть-чужину змела!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Пожар москви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