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Повторний час</w:t>
      </w:r>
    </w:p>
    <w:p>
      <w:r>
        <w:br/>
        <w:t xml:space="preserve"> &lt;blockquote&gt;Андрієві Деркачу&lt;/blockquote&gt;&lt;br /&gt;</w:t>
        <w:br/>
        <w:t>Цю тишу можна краяти ножем.&lt;br /&gt;</w:t>
        <w:br/>
        <w:t>Вона — достигле яблуко достоту,&lt;br /&gt;</w:t>
        <w:br/>
        <w:t>І хризантема присмерків, природа,&lt;br /&gt;</w:t>
        <w:br/>
        <w:t>Яка цвіте, блукаючи між полум’ям та сном.</w:t>
      </w:r>
    </w:p>
    <w:p>
      <w:r>
        <w:br/>
        <w:t>А іншими словами — то є тема,&lt;br /&gt;</w:t>
        <w:br/>
        <w:t>Яка продовжує лунати і тоді,&lt;br /&gt;</w:t>
        <w:br/>
        <w:t>Коли відгомоніли інші теми,&lt;br /&gt;</w:t>
        <w:br/>
        <w:t>Коли натомлені муз&amp;#250;ки розбрелися по кав’ярнях,&lt;br /&gt;</w:t>
        <w:br/>
        <w:t>І, затисн&amp;#253;вши кофри поміж ніг,&lt;br /&gt;</w:t>
        <w:br/>
        <w:t>Смакують вина прохолодні та пліткують.</w:t>
      </w:r>
    </w:p>
    <w:p>
      <w:r>
        <w:br/>
        <w:t>Цю тему можна різати ножем,&lt;br /&gt;</w:t>
        <w:br/>
        <w:t>Коли безлюдна філармонія тече&lt;br /&gt;</w:t>
        <w:br/>
        <w:t>У потойбічні вулиці, у час&lt;br /&gt;</w:t>
        <w:br/>
        <w:t>Розлучених коханців та героїв,&lt;br /&gt;</w:t>
        <w:br/>
        <w:t>Що, не сягнувши чину, в забуття&lt;br /&gt;</w:t>
        <w:br/>
        <w:t>Поволі опадають і лежать там,&lt;br /&gt;</w:t>
        <w:br/>
        <w:t>Немов метелики намоклі у квасолі,&lt;br /&gt;</w:t>
        <w:br/>
        <w:t>Пригнічені тоталітетом тиші,&lt;br /&gt;</w:t>
        <w:br/>
        <w:t>Але живі, бо все ще рання осінь,&lt;br /&gt;</w:t>
        <w:br/>
        <w:t>І божевільний — німець та філософ —&lt;br /&gt;</w:t>
        <w:br/>
        <w:t>Учив колись, що є повторний час.</w:t>
      </w:r>
    </w:p>
    <w:p>
      <w:r>
        <w:br/>
        <w:t>Приготувавши свіжий чай, ти забуваєш&lt;br /&gt;</w:t>
        <w:br/>
        <w:t>Про золотий ланцюг недолі. Ти живеш&lt;br /&gt;</w:t>
        <w:br/>
        <w:t>Так високо, що вже поняття меж&lt;br /&gt;</w:t>
        <w:br/>
        <w:t>Не є придатними для вжитку, для розмови, —&lt;br /&gt;</w:t>
        <w:br/>
        <w:t>Всі вимагають неповторності, авжеж;&lt;br /&gt;</w:t>
        <w:br/>
        <w:t>А ти повторення бажаєш і віднови.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Повторний час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