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Повторення історій</w:t>
      </w:r>
    </w:p>
    <w:p>
      <w:r>
        <w:br/>
        <w:t xml:space="preserve"> &lt;blockquote&gt;Україна – українцям?&lt;br /&gt;</w:t>
        <w:br/>
        <w:t>&lt;/blockquote&gt;&lt;br /&gt;</w:t>
        <w:br/>
        <w:t>1&lt;br /&gt;</w:t>
        <w:br/>
        <w:t>Місто-україніст, кожен тут,&lt;br /&gt;</w:t>
        <w:br/>
        <w:t>наче улюблену зброю,&lt;br /&gt;</w:t>
        <w:br/>
        <w:t>мову плекає, як слово на Суд,&lt;br /&gt;</w:t>
        <w:br/>
        <w:t>теше слова; як за курсом валют,&lt;br /&gt;</w:t>
        <w:br/>
        <w:t>стежить за їх чистотою.</w:t>
      </w:r>
    </w:p>
    <w:p>
      <w:r>
        <w:br/>
        <w:t>Класи. Ввічливі учителі&lt;br /&gt;</w:t>
        <w:br/>
        <w:t>ніжно вичісують учнів.&lt;br /&gt;</w:t>
        <w:br/>
        <w:t>Мов копійки, у голівки малі&lt;br /&gt;</w:t>
        <w:br/>
        <w:t>на синьо-жовтому рідному тлі&lt;br /&gt;</w:t>
        <w:br/>
        <w:t>фрази летять повнозвучні:</w:t>
      </w:r>
    </w:p>
    <w:p>
      <w:r>
        <w:br/>
        <w:t>"Добре вд_брити дібра добром!" –&lt;br /&gt;</w:t>
        <w:br/>
        <w:t>"Байдики бити – не злочин!" –&lt;br /&gt;</w:t>
        <w:br/>
        <w:t>все, що не описати пером,&lt;br /&gt;</w:t>
        <w:br/>
        <w:t>навіть просяклим чорним Дніпром,&lt;br /&gt;</w:t>
        <w:br/>
        <w:t>жести вберуть без скорочень –</w:t>
      </w:r>
    </w:p>
    <w:p>
      <w:r>
        <w:br/>
        <w:t>наші арійські гоп-гопаки,&lt;br /&gt;</w:t>
        <w:br/>
        <w:t>наші варязькі забави,&lt;br /&gt;</w:t>
        <w:br/>
        <w:t>наше з вивертом "навпаки",&lt;br /&gt;</w:t>
        <w:br/>
        <w:t>наші найтяжчі дяки-літаки,&lt;br /&gt;</w:t>
        <w:br/>
        <w:t>наші найвищі заграви...</w:t>
      </w:r>
    </w:p>
    <w:p>
      <w:r>
        <w:br/>
        <w:t>А зусібіч підповзають, як ніч,&lt;br /&gt;</w:t>
        <w:br/>
        <w:t>ляхи, кацапи й німота,&lt;br /&gt;</w:t>
        <w:br/>
        <w:t>газ прокладають, розорюють Січ,&lt;br /&gt;</w:t>
        <w:br/>
        <w:t>мури мурують, п’ють могорич –&lt;br /&gt;</w:t>
        <w:br/>
        <w:t>лицарі серед болота.</w:t>
      </w:r>
    </w:p>
    <w:p>
      <w:r>
        <w:br/>
        <w:t>Як жити в кайф? – Щоб вареник злітав,&lt;br /&gt;</w:t>
        <w:br/>
        <w:t>звірі тринділи і срібло –&lt;br /&gt;</w:t>
        <w:br/>
        <w:t>золото звикло текло у рукав&lt;br /&gt;</w:t>
        <w:br/>
        <w:t>і щоб сусід накарачки клякав&lt;br /&gt;</w:t>
        <w:br/>
        <w:t>й вдячно марудило бидло?</w:t>
      </w:r>
    </w:p>
    <w:p>
      <w:r>
        <w:br/>
        <w:t>З дідьком в кишені – на Вавилон!&lt;br /&gt;</w:t>
        <w:br/>
        <w:t>Скликати свистом нечистих!&lt;br /&gt;</w:t>
        <w:br/>
        <w:t>Змієві нишком відкрити кордон –&lt;br /&gt;</w:t>
        <w:br/>
        <w:t>чи проковтне й цього разу мільйон&lt;br /&gt;</w:t>
        <w:br/>
        <w:t>братчиків норовистих?</w:t>
      </w:r>
    </w:p>
    <w:p>
      <w:r>
        <w:br/>
        <w:t>"Слався, атєчества наше..." – вивчай&lt;br /&gt;</w:t>
        <w:br/>
        <w:t>рєчь найкрутішого брата!&lt;br /&gt;</w:t>
        <w:br/>
        <w:t>Річ Посполита й Орда, вибачай, –&lt;br /&gt;</w:t>
        <w:br/>
        <w:t>царська солодша зарплата.</w:t>
      </w:r>
    </w:p>
    <w:p>
      <w:r>
        <w:br/>
        <w:t>Та у Москві вже не ті москалі,&lt;br /&gt;</w:t>
        <w:br/>
        <w:t>всі вже не ті вже усюди.&lt;br /&gt;</w:t>
        <w:br/>
        <w:t>Учнями стали учителі,&lt;br /&gt;</w:t>
        <w:br/>
        <w:t>миру навчають іуди.</w:t>
      </w:r>
    </w:p>
    <w:p>
      <w:r>
        <w:br/>
        <w:t>2&lt;br /&gt;</w:t>
        <w:br/>
        <w:t>Західний шлях – це тяжіння часів&lt;br /&gt;</w:t>
        <w:br/>
        <w:t>кращих, багатших, солодших.&lt;br /&gt;</w:t>
        <w:br/>
        <w:t>Мови на Заході – стіни списів,&lt;br /&gt;</w:t>
        <w:br/>
        <w:t>слово – швидке й молодше.</w:t>
      </w:r>
    </w:p>
    <w:p>
      <w:r>
        <w:br/>
        <w:t>Право цивільне там у крові,&lt;br /&gt;</w:t>
        <w:br/>
        <w:t>виховані громадяни&lt;br /&gt;</w:t>
        <w:br/>
        <w:t>дбають про дібра, старі і нові&lt;br /&gt;</w:t>
        <w:br/>
        <w:t>чітко виконують плани.</w:t>
      </w:r>
    </w:p>
    <w:p>
      <w:r>
        <w:br/>
        <w:t>Навіть поляки за кількасот&lt;br /&gt;</w:t>
        <w:br/>
        <w:t>років на декілька метрів&lt;br /&gt;</w:t>
        <w:br/>
        <w:t>до атлантичних маревних вод&lt;br /&gt;</w:t>
        <w:br/>
        <w:t>вирвались крізь рідні нетрі.</w:t>
      </w:r>
    </w:p>
    <w:p>
      <w:r>
        <w:br/>
        <w:t>Що не кажи, єзуїт наполіг&lt;br /&gt;</w:t>
        <w:br/>
        <w:t>гризти латину по-польськи!&lt;br /&gt;</w:t>
        <w:br/>
        <w:t>Навіть поляки мають своїх&lt;br /&gt;</w:t>
        <w:br/>
        <w:t>конрадів, пап і шимборських.</w:t>
      </w:r>
    </w:p>
    <w:p>
      <w:r>
        <w:br/>
        <w:t>А в межиріччі рік на "ди-ни"&lt;br /&gt;</w:t>
        <w:br/>
        <w:t>спить маячня несусвітня,&lt;br /&gt;</w:t>
        <w:br/>
        <w:t>смачно наповнює казани&lt;br /&gt;</w:t>
        <w:br/>
        <w:t>каша тисячолітня.</w:t>
      </w:r>
    </w:p>
    <w:p>
      <w:r>
        <w:br/>
        <w:t>3&lt;br /&gt;</w:t>
        <w:br/>
        <w:t>Хто ж цього разу кашу оту&lt;br /&gt;</w:t>
        <w:br/>
        <w:t>наче отруту глитатиме?&lt;br /&gt;</w:t>
        <w:br/>
        <w:t>Наші чорноземи – нашу мету! –&lt;br /&gt;</w:t>
        <w:br/>
        <w:t>хто причарує дукатами?</w:t>
      </w:r>
    </w:p>
    <w:p>
      <w:r>
        <w:br/>
        <w:t>Дайте дулібам спокій, скрутіть&lt;br /&gt;</w:t>
        <w:br/>
        <w:t>дулі в кишенях, полянам&lt;br /&gt;</w:t>
        <w:br/>
        <w:t>дайте поля, на сармати не йдіть,&lt;br /&gt;</w:t>
        <w:br/>
        <w:t>не допечіть деревлянам!</w:t>
      </w:r>
    </w:p>
    <w:p>
      <w:r>
        <w:br/>
        <w:t>Хоче телицю ссати теля –&lt;br /&gt;</w:t>
        <w:br/>
        <w:t>дайте ж невільнику волю!&lt;br /&gt;</w:t>
        <w:br/>
        <w:t>І галичанам – їх короля,&lt;br /&gt;</w:t>
        <w:br/>
        <w:t>й батька Махна – Гуляйполю.</w:t>
      </w:r>
    </w:p>
    <w:p>
      <w:r>
        <w:br/>
        <w:t>Курвити хочуть курві сини? –&lt;br /&gt;</w:t>
        <w:br/>
        <w:t>дайте їм чортову матір!&lt;br /&gt;</w:t>
        <w:br/>
        <w:t>Дайте піплам гамерицькі штани,&lt;br /&gt;</w:t>
        <w:br/>
        <w:t>цирк, стадіон і театр.</w:t>
      </w:r>
    </w:p>
    <w:p>
      <w:r>
        <w:br/>
        <w:t>Греко-католикам – греко-католиків!&lt;br /&gt;</w:t>
        <w:br/>
        <w:t>Автокефалам – автокефалію!&lt;br /&gt;</w:t>
        <w:br/>
        <w:t>Магометанам – нафту Аллаха!&lt;br /&gt;</w:t>
        <w:br/>
        <w:t>Лєнінцям вірним – тіло нетлінне!&lt;br /&gt;</w:t>
        <w:br/>
        <w:t>Для себе ж прошу&lt;br /&gt;</w:t>
        <w:br/>
        <w:t>крапельку глузду&lt;br /&gt;</w:t>
        <w:br/>
        <w:t>та не німецького&lt;br /&gt;</w:t>
        <w:br/>
        <w:t>а з рідним перчиком,&lt;br /&gt;</w:t>
        <w:br/>
        <w:t>з ледве вловимою&lt;br /&gt;</w:t>
        <w:br/>
        <w:t>паранормальністю&lt;br /&gt;</w:t>
        <w:br/>
        <w:t>з переміщенням&lt;br /&gt;</w:t>
        <w:br/>
        <w:t>у сховки.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Повторення історій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