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Повітряні рейки</w:t>
      </w:r>
    </w:p>
    <w:p>
      <w:r>
        <w:br/>
        <w:t xml:space="preserve"> В літній ранок молодистий,&lt;br /&gt;</w:t>
        <w:br/>
        <w:t>Тільки здійме ніч фіранку&lt;br /&gt;</w:t>
        <w:br/>
        <w:t>З кам’яних будівель міста&lt;br /&gt;</w:t>
        <w:br/>
        <w:t>Вийду я на ґанок.&lt;br /&gt;</w:t>
        <w:br/>
        <w:t>Сонце зійде калиново,&lt;br /&gt;</w:t>
        <w:br/>
        <w:t>Кине бризки стріл на дахи…&lt;br /&gt;</w:t>
        <w:br/>
        <w:t>Пісню нову моторову&lt;br /&gt;</w:t>
        <w:br/>
        <w:t>Рознесуть аеро-птахи.&lt;br /&gt;</w:t>
        <w:br/>
        <w:t>Буду слухать спів мотору&lt;br /&gt;</w:t>
        <w:br/>
        <w:t>Міці повен дзвінкий говір&lt;br /&gt;</w:t>
        <w:br/>
        <w:t>Його подих – заклик вгору!&lt;br /&gt;</w:t>
        <w:br/>
        <w:t>В голубі простори.&lt;br /&gt;</w:t>
        <w:br/>
        <w:t>Кроки вгору, швидко рейси&lt;br /&gt;</w:t>
        <w:br/>
        <w:t>Звідти відгуки далекі&lt;br /&gt;</w:t>
        <w:br/>
        <w:t>Чуть; пропелер хмари сверлить&lt;br /&gt;</w:t>
        <w:br/>
        <w:t>Проклала авіа-рейки.&lt;br /&gt;</w:t>
        <w:br/>
        <w:t>Раптом… ніби ким підбитий&lt;br /&gt;</w:t>
        <w:br/>
        <w:t>Пада, шуляком донизу…&lt;br /&gt;</w:t>
        <w:br/>
        <w:t>Закрутивсь у вихрі вітру&lt;br /&gt;</w:t>
        <w:br/>
        <w:t>Слідом стьожка диму сиза.&lt;br /&gt;</w:t>
        <w:br/>
        <w:t>У тривозі б’ється серце&lt;br /&gt;</w:t>
        <w:br/>
        <w:t>Думка гостра і в’юнка&lt;br /&gt;</w:t>
        <w:br/>
        <w:t>Що, як зломить вітер в герці!&lt;br /&gt;</w:t>
        <w:br/>
        <w:t>Тонкі крила літака.&lt;br /&gt;</w:t>
        <w:br/>
        <w:t>А над містом – мертве коло&lt;br /&gt;</w:t>
        <w:br/>
        <w:t>Ось впаде і смерть…&lt;br /&gt;</w:t>
        <w:br/>
        <w:t>Та ні!&lt;br /&gt;</w:t>
        <w:br/>
        <w:t>І пропелер знов говорить&lt;br /&gt;</w:t>
        <w:br/>
        <w:t>Семафорить в голубінь!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Повітряні рейки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