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Повітряна кулька</w:t>
      </w:r>
    </w:p>
    <w:p>
      <w:r>
        <w:br/>
        <w:t xml:space="preserve"> &lt;p&gt;На повітряній кульці були дуже гарно намальовані червоні вуста, що усміхалися. Таких чудових кульок дуже мало на світі. Може, п'ять, а може, три. Ось таку кульку мала Настуся. Вона любила свою усміхнену кульку, але завжди тримала її за нитку. Настуся боялася, щоб кулька не вирвалася з рук і не подалася кудись із вітром. Або, не дай Боже, не накололася на гострі колючки рожі, що високим кущем росла на подвір'ї. Тому Настуся з кулькою не підходила до куща.</w:t>
      </w:r>
    </w:p>
    <w:p>
      <w:r>
        <w:br/>
        <w:t>— Ніколи не залітай до рожі, — наказувала Настуся кульці. — Рожа гарна, але підступна, бо має гострі колючки. Вона навіть не зверне уваги, що ти усміхаєшся до неї.</w:t>
      </w:r>
    </w:p>
    <w:p>
      <w:r>
        <w:br/>
        <w:t>Кульці було непогано в Настусі. Але інколи їй хотілося волі, вона хотіла висмикнути нитку з пальчиків дівчинки — і летіти, летіти...</w:t>
      </w:r>
    </w:p>
    <w:p>
      <w:r>
        <w:br/>
        <w:t>"Мені всюди буде добре, бо я до всіх усміхаюся, — думала кулька. — Всі радітимуть, побачивши моє усміхнене лице. Я навіть не боюся рожі: усміхнуся до неї — і вона не зробить мені жодних прикрощів".</w:t>
      </w:r>
    </w:p>
    <w:p>
      <w:r>
        <w:br/>
        <w:t>Якось Настуся випустила нитку, якою була прив'язана кулька. Побачила кулька відчинене вікно — і вилетіла крізь нього на подвір'я. Та не подалася до рожі, а відразу піднялася понад кущем, садом, будинком. Вона полинула у блакитне небо, де пливли невеликі пухнасті хмарки, їй легко летілося, бо хтось невидимий ніс її на собі.</w:t>
      </w:r>
    </w:p>
    <w:p>
      <w:r>
        <w:br/>
        <w:t>"Це, напевно, вітер, — думала кулька.— Я помандрую з ним далеко-далеко, хоч на край світу. Мені набридло сидіти на одному місці".</w:t>
      </w:r>
    </w:p>
    <w:p>
      <w:r>
        <w:br/>
        <w:t>Вона наздогнала хмаринку, з якої звисав чорний шнурок, і порівнялася з нею. На пухкій хмарці лежав малий чорний хлопець із ріжками. А той чорний шнурок — це був його хвіст. Хлопець висолопив до кульки довгого червоного язика.</w:t>
      </w:r>
    </w:p>
    <w:p>
      <w:r>
        <w:br/>
        <w:t>— Бе-е, — сказав він.</w:t>
      </w:r>
    </w:p>
    <w:p>
      <w:r>
        <w:br/>
        <w:t>Кулька усміхнулася до нього, а він у відповідь тільки насупився.</w:t>
      </w:r>
    </w:p>
    <w:p>
      <w:r>
        <w:br/>
        <w:t>— Ти чому не усміхаєшся? — запитала кулька.</w:t>
      </w:r>
    </w:p>
    <w:p>
      <w:r>
        <w:br/>
        <w:t>— Чого це я маю усміхатися? Я нічого смішного не з'їв і нічого смішного не бачу. Досить, що ти смієшся без причини, — буркнув хвостатий хлопець.</w:t>
      </w:r>
    </w:p>
    <w:p>
      <w:r>
        <w:br/>
        <w:t>— Хто ж ти такий сердитий? — запитала кулька.</w:t>
      </w:r>
    </w:p>
    <w:p>
      <w:r>
        <w:br/>
        <w:t>— Я чортик. Невже ти не чула про мене? — здивувався рогатий.</w:t>
      </w:r>
    </w:p>
    <w:p>
      <w:r>
        <w:br/>
        <w:t>— Ні, — відповіла кулька. — Моя Настуся ніколи не розповідала про тебе.</w:t>
      </w:r>
    </w:p>
    <w:p>
      <w:r>
        <w:br/>
        <w:t>— Вона, напевно, на святого Миколая дістала різку від мене, — сказав чорний хлопець. — Тому й не хоче мене згадувати.</w:t>
      </w:r>
    </w:p>
    <w:p>
      <w:r>
        <w:br/>
        <w:t>— Але ж ні, — не згодилася кулька. — Настуся дістала від святого Миколая книжку і кольорові олівці. Про різку вона не згадувала.</w:t>
      </w:r>
    </w:p>
    <w:p>
      <w:r>
        <w:br/>
        <w:t>— Твоя Настуся збрехала, — сказав чортик.— Я їй дав не одну — аж десять різок. І ніяких подарунків вона не дістала. Твоя Настуся нечемна, вередлива, погана.</w:t>
      </w:r>
    </w:p>
    <w:p>
      <w:r>
        <w:br/>
        <w:t>— Вона тебе не любить, — додав чортик. — Вона тебе ненавидить. Вона хоче проколоти тебе шпилькою або колючкою з рожі.</w:t>
      </w:r>
    </w:p>
    <w:p>
      <w:r>
        <w:br/>
        <w:t>— Такого не може бути, — засміялася кулька. — Вона мене застерігала від лиха.</w:t>
      </w:r>
    </w:p>
    <w:p>
      <w:r>
        <w:br/>
        <w:t>Кулька і хмарка з чортиком летіли поруч. Та ось чортик зірвався на ноги і нахилився до кульки.</w:t>
      </w:r>
    </w:p>
    <w:p>
      <w:r>
        <w:br/>
        <w:t>— Як добре, що ти втекла від нечемної Настусі. Нехай плаче. А ми з тобою трохи побуцаємося. У мене гарні ріжки. Я їх недавно погострив.</w:t>
      </w:r>
    </w:p>
    <w:p>
      <w:r>
        <w:br/>
        <w:t>— Е, ні! Мені не можна буцатися, — не згодилася кулька. — Я можу тріснути. Настуся оберігала мене від усього колючого.</w:t>
      </w:r>
    </w:p>
    <w:p>
      <w:r>
        <w:br/>
        <w:t>Кулька відлетіла вбік, чортик їй не сподобався.</w:t>
      </w:r>
    </w:p>
    <w:p>
      <w:r>
        <w:br/>
        <w:t>"Який поганий хлопчисько той чортик, — думала вона. — Коли б у мене був намальований язик, то я на прощання показала б йому язика".</w:t>
      </w:r>
    </w:p>
    <w:p>
      <w:r>
        <w:br/>
        <w:t>Кулька наздогнала іншу хмарку. На ній, звісивши ноги у білих підколінках, сидів вродливий хлопчик у білій довгій сорочці, за плечима у нього були білі крила. Він усміхнувся кульці і сказав:</w:t>
      </w:r>
    </w:p>
    <w:p>
      <w:r>
        <w:br/>
        <w:t>— Привіт, кулько! Тобі дуже до лиця цей усміх. Від нього усім стає радісно. Завжди усміхайся!</w:t>
      </w:r>
    </w:p>
    <w:p>
      <w:r>
        <w:br/>
        <w:t>— Хто ти, хлопчику? — запитала кулька.</w:t>
      </w:r>
    </w:p>
    <w:p>
      <w:r>
        <w:br/>
        <w:t>— Я ангелик, — відповів білокрилий хлопчик. — Я про тебе знаю, бо щойно бачив Настусю. Це чемна дівчинка. Вона дуже зажурена, плаче за тобою. Вона любить тебе, і ще їй дуже бракує твоєї усмішки.</w:t>
      </w:r>
    </w:p>
    <w:p>
      <w:r>
        <w:br/>
        <w:t>— Можливо, що так, — згодилась кулька. — Вона любить мене, — але нікуди не відпускає, весь час тримає на нитці. Хіба це любов? А я захотіла волі — і летіти, летіти...</w:t>
      </w:r>
    </w:p>
    <w:p>
      <w:r>
        <w:br/>
        <w:t>— Бути вільною — це добре, — відповів ангелик. — Але, кулько, хіба ти зараз вільна? Ти линеш тільки туди, куди забажає вітер, а не туди, куди ти бажаєш.</w:t>
      </w:r>
    </w:p>
    <w:p>
      <w:r>
        <w:br/>
        <w:t>Кулька зажурилася.</w:t>
      </w:r>
    </w:p>
    <w:p>
      <w:r>
        <w:br/>
        <w:t>— Як же мені дістатися додому, до Настусі? Я сумую за нею. Може, попросити вітра, аби він відніс мене до неї? Можливо, вітрові сподобається моя усмішка? — замислено мовила кулька.</w:t>
      </w:r>
    </w:p>
    <w:p>
      <w:r>
        <w:br/>
        <w:t>— Хоч проси його, хоч не проси — він не послухає. Вітер упертий. До того ж його не цікавлять жодні усмішки, — сказав ангелик. — Але не журися. Я допоможу тобі повернутися на землю.</w:t>
      </w:r>
    </w:p>
    <w:p>
      <w:r>
        <w:br/>
        <w:t>Ангелик злетів із хмари, взяв кульку за нитку і почав спускатися донизу. Але вітер зі злості так шпурнув кульку, що ще трохи — і нитка могла б обірватися. Тоді ангелик притулив кульку до своїх грудей. Кулька усміхалася. Її усміх, напевно, не сподобався вітрові, бо він свистів і сичав:</w:t>
      </w:r>
    </w:p>
    <w:p>
      <w:r>
        <w:br/>
        <w:t>— Чого смієшся, кулько? Я тебе шмагаю, а ти усміхаєшся? Хочеш, аби я тебе пожбурив на колючки рожі?</w:t>
      </w:r>
    </w:p>
    <w:p>
      <w:r>
        <w:br/>
        <w:t>— Ти мені нічого не вдієш, — засміялася кулька. — Мене захищає ангелик. Я усміхаюся, бо повернуся до Настусі. Вона чекає на мене, вона любить мене, і їй бракує мого усміху.</w:t>
      </w:r>
    </w:p>
    <w:p>
      <w:r>
        <w:br/>
        <w:t>На землі ангелик став невидимим, але кулька відчувала, як він пригортає її. Настуся побачила усміхнену кульку, вхопила її за нитку, притулила до себе і розцілувала в рум'яні щоки. Дівчинка щасливо усміхалася, як і сама кулька.</w:t>
      </w:r>
    </w:p>
    <w:p>
      <w:r>
        <w:br/>
        <w:t>— Люба моя кулько, — сказала Настуся, — я тішуся, що ти повернулася до мене. Мені було сумно без твоєї усмішки.</w:t>
      </w:r>
    </w:p>
    <w:p>
      <w:r>
        <w:br/>
        <w:t>Кулька підвела очі до неба. По ньому пливли тільки білі пухнасті хмарки. Кулька усміхалася до них. Вона знала, що на одній із хмаринок сидить ангелик, звісивши ноги у білих підколінках. Ангелик напевно бачить її щасливу усмішку. І він також усміхається.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Повітряна кулька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