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Повіяли вітри буйні...</w:t>
      </w:r>
    </w:p>
    <w:p>
      <w:r>
        <w:br/>
        <w:t xml:space="preserve"> Повіяли вітри буйні&lt;br /&gt;</w:t>
        <w:br/>
        <w:t>Да над синім морем;&lt;br /&gt;</w:t>
        <w:br/>
        <w:t>Забилося серце моє&lt;br /&gt;</w:t>
        <w:br/>
        <w:t>Перед лютим горем.</w:t>
      </w:r>
    </w:p>
    <w:p>
      <w:r>
        <w:br/>
        <w:t>Повіяли вітри буйні&lt;br /&gt;</w:t>
        <w:br/>
        <w:t>З холодного краю;&lt;br /&gt;</w:t>
        <w:br/>
        <w:t>Розлучили з дівчиною,&lt;br /&gt;</w:t>
        <w:br/>
        <w:t>Котру я кохаю.</w:t>
      </w:r>
    </w:p>
    <w:p>
      <w:r>
        <w:br/>
        <w:t>Да не вітри: люди злії&lt;br /&gt;</w:t>
        <w:br/>
        <w:t>Мені се зробили;&lt;br /&gt;</w:t>
        <w:br/>
        <w:t>Самі мене звели з нею,&lt;br /&gt;</w:t>
        <w:br/>
        <w:t>Самі й розлучили.</w:t>
      </w:r>
    </w:p>
    <w:p>
      <w:r>
        <w:br/>
        <w:t>Перестали вітри буйні,&lt;br /&gt;</w:t>
        <w:br/>
        <w:t>Всюди стало тихо;&lt;br /&gt;</w:t>
        <w:br/>
        <w:t>А у мене, нещасного,&lt;br /&gt;</w:t>
        <w:br/>
        <w:t>Все на серці лихо.</w:t>
      </w:r>
    </w:p>
    <w:p>
      <w:r>
        <w:br/>
        <w:t>Як листочок одірваний&lt;br /&gt;</w:t>
        <w:br/>
        <w:t>Зелений весною,&lt;br /&gt;</w:t>
        <w:br/>
        <w:t>Як травиця покошена.&lt;br /&gt;</w:t>
        <w:br/>
        <w:t>На зорі косою.</w:t>
      </w:r>
    </w:p>
    <w:p>
      <w:r>
        <w:br/>
        <w:t>Поки роса не обсохне,&lt;br /&gt;</w:t>
        <w:br/>
        <w:t>Поти й зеленіє;&lt;br /&gt;</w:t>
        <w:br/>
        <w:t>Не ростиме вона більше,&lt;br /&gt;</w:t>
        <w:br/>
        <w:t>Як сонце пригріє.</w:t>
      </w:r>
    </w:p>
    <w:p>
      <w:r>
        <w:br/>
        <w:t>Нескошена травиця&lt;br /&gt;</w:t>
        <w:br/>
        <w:t>Сонечка бажала;&lt;br /&gt;</w:t>
        <w:br/>
        <w:t>А тепер на теє зійде,&lt;br /&gt;</w:t>
        <w:br/>
        <w:t>Щоб скорій зав'яла.</w:t>
      </w:r>
    </w:p>
    <w:p>
      <w:r>
        <w:br/>
        <w:t>І листочок зелененький&lt;br /&gt;</w:t>
        <w:br/>
        <w:t>Зсохне й пожовтіє;&lt;br /&gt;</w:t>
        <w:br/>
        <w:t>Так і моє серце бідне&lt;br /&gt;</w:t>
        <w:br/>
        <w:t>Молодим змарніє.</w:t>
      </w:r>
    </w:p>
    <w:p>
      <w:r>
        <w:br/>
        <w:t>І в мене неначе в грудях&lt;br /&gt;</w:t>
        <w:br/>
        <w:t>Дещо одірвалось;&lt;br /&gt;</w:t>
        <w:br/>
        <w:t>Не легше мені на серці,&lt;br /&gt;</w:t>
        <w:br/>
        <w:t>А ще гірше сталось.</w:t>
      </w:r>
    </w:p>
    <w:p>
      <w:r>
        <w:br/>
        <w:t>Очі мавши, я не бачу&lt;br /&gt;</w:t>
        <w:br/>
        <w:t>Радосного в світі;&lt;br /&gt;</w:t>
        <w:br/>
        <w:t>Все обридло, все огидло,&lt;br /&gt;</w:t>
        <w:br/>
        <w:t>Не хочу більш жити.</w:t>
      </w:r>
    </w:p>
    <w:p>
      <w:r>
        <w:br/>
        <w:t>Ніч темная мені як день,&lt;br /&gt;</w:t>
        <w:br/>
        <w:t>А місяць як сонце;&lt;br /&gt;</w:t>
        <w:br/>
        <w:t>Плачу! плачу! один, бідний,&lt;br /&gt;</w:t>
        <w:br/>
        <w:t>Сівши пів оконце.</w:t>
      </w:r>
    </w:p>
    <w:p>
      <w:r>
        <w:br/>
        <w:t>Чого? — Спитаться у мене —&lt;br /&gt;</w:t>
        <w:br/>
        <w:t>Я і сам не знаю;&lt;br /&gt;</w:t>
        <w:br/>
        <w:t>Чого серце тяжко б'ється,&lt;br /&gt;</w:t>
        <w:br/>
        <w:t>Чого я бажаю?</w:t>
      </w:r>
    </w:p>
    <w:p>
      <w:r>
        <w:br/>
        <w:t>Любив, кохав я дівчину,&lt;br /&gt;</w:t>
        <w:br/>
        <w:t>І вона клялася,&lt;br /&gt;</w:t>
        <w:br/>
        <w:t>Що кохає мене дуже,&lt;br /&gt;</w:t>
        <w:br/>
        <w:t>Далі й продалася.</w:t>
      </w:r>
    </w:p>
    <w:p>
      <w:r>
        <w:br/>
        <w:t>За худобу проміняла,&lt;br /&gt;</w:t>
        <w:br/>
        <w:t>Серцю було тяжко;&lt;br /&gt;</w:t>
        <w:br/>
        <w:t>Я кохав її по правді,&lt;br /&gt;</w:t>
        <w:br/>
        <w:t>Забуть було важко.</w:t>
      </w:r>
    </w:p>
    <w:p>
      <w:r>
        <w:br/>
        <w:t>Не раз плакала зі мною,&lt;br /&gt;</w:t>
        <w:br/>
        <w:t>Не раз і сміялась;&lt;br /&gt;</w:t>
        <w:br/>
        <w:t>Казала, що тільки в світі&lt;br /&gt;</w:t>
        <w:br/>
        <w:t>Мною і втішалась.</w:t>
      </w:r>
    </w:p>
    <w:p>
      <w:r>
        <w:br/>
        <w:t>Як побачу, було, слізки —&lt;br /&gt;</w:t>
        <w:br/>
        <w:t>В грудях важко стане,&lt;br /&gt;</w:t>
        <w:br/>
        <w:t>Прошу, було: "Не плач, серце", —&lt;br /&gt;</w:t>
        <w:br/>
        <w:t>Поки перестане.</w:t>
      </w:r>
    </w:p>
    <w:p>
      <w:r>
        <w:br/>
        <w:t>Зате ж, було, як веселу,&lt;br /&gt;</w:t>
        <w:br/>
        <w:t>Де я її стріну,&lt;br /&gt;</w:t>
        <w:br/>
        <w:t>Щасливіший всіх на світі&lt;br /&gt;</w:t>
        <w:br/>
        <w:t>Був на ту годину.</w:t>
      </w:r>
    </w:p>
    <w:p>
      <w:r>
        <w:br/>
        <w:t>Тепер бачитись ніколи&lt;br /&gt;</w:t>
        <w:br/>
        <w:t>Не хочу я з нею;&lt;br /&gt;</w:t>
        <w:br/>
        <w:t>Не люблю я людей в світі&lt;br /&gt;</w:t>
        <w:br/>
        <w:t>З такою душею.</w:t>
      </w:r>
    </w:p>
    <w:p>
      <w:r>
        <w:br/>
        <w:t>Що божаться не по правді&lt;br /&gt;</w:t>
        <w:br/>
        <w:t>Да душу ламають;&lt;br /&gt;</w:t>
        <w:br/>
        <w:t>Такії уже ніколи&lt;br /&gt;</w:t>
        <w:br/>
        <w:t>Добрі не бувають.</w:t>
      </w:r>
    </w:p>
    <w:p>
      <w:r>
        <w:br/>
        <w:t>Дак не сеє серце моє&lt;br /&gt;</w:t>
        <w:br/>
        <w:t>Дуже так турбує;&lt;br /&gt;</w:t>
        <w:br/>
        <w:t>Не од сього душа моя&lt;br /&gt;</w:t>
        <w:br/>
        <w:t>Бідная сумує.</w:t>
      </w:r>
    </w:p>
    <w:p>
      <w:r>
        <w:br/>
        <w:t>А такий вже уродився,&lt;br /&gt;</w:t>
        <w:br/>
        <w:t>Мабуть, я на світі;&lt;br /&gt;</w:t>
        <w:br/>
        <w:t>Безталанний і безщасний,&lt;br /&gt;</w:t>
        <w:br/>
        <w:t>Щоб вік свій тужити.</w:t>
      </w:r>
    </w:p>
    <w:p>
      <w:r>
        <w:br/>
        <w:t>Ой повійте, вітри буйні!&lt;br /&gt;</w:t>
        <w:br/>
        <w:t>Застогни, дубрава;&lt;br /&gt;</w:t>
        <w:br/>
        <w:t>Нехай піде на злих людей&lt;br /&gt;</w:t>
        <w:br/>
        <w:t>Всюди худа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Повіяли вітри буйні...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