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Повернешся у рідний край...</w:t>
      </w:r>
    </w:p>
    <w:p>
      <w:r>
        <w:br/>
        <w:t xml:space="preserve"> Йосип Бродський&lt;br /&gt;</w:t>
        <w:br/>
        <w:t>Повeрнешся у рідний край...</w:t>
      </w:r>
    </w:p>
    <w:p>
      <w:r>
        <w:br/>
        <w:t>Перекладач: К. Шахова</w:t>
      </w:r>
    </w:p>
    <w:p>
      <w:r>
        <w:br/>
        <w:t>Повeрнешся у рідний край. То що ж.&lt;br /&gt;</w:t>
        <w:br/>
        <w:t>Дивись навкруг, кому ти ще потрібний,&lt;br /&gt;</w:t>
        <w:br/>
        <w:t>кому тепер ти в друзі попадеш?&lt;br /&gt;</w:t>
        <w:br/>
        <w:t>Повeрнешся, купи собі до хліба</w:t>
      </w:r>
    </w:p>
    <w:p>
      <w:r>
        <w:br/>
        <w:t>якого-небудь доброго вина,&lt;br /&gt;</w:t>
        <w:br/>
        <w:t>дивися у вікно та міркуй потроху:&lt;br /&gt;</w:t>
        <w:br/>
        <w:t>у всім твоя, лише твоя вина,&lt;br /&gt;</w:t>
        <w:br/>
        <w:t>і добре так. Спасибі. Слава Богу.</w:t>
      </w:r>
    </w:p>
    <w:p>
      <w:r>
        <w:br/>
        <w:t>Як добре, всіх провин не вести лік,&lt;br /&gt;</w:t>
        <w:br/>
        <w:t>як добре, що ні з ким ти не пов'язаний,&lt;br /&gt;</w:t>
        <w:br/>
        <w:t>як добре, що кохати цілий вік&lt;br /&gt;</w:t>
        <w:br/>
        <w:t>тебе ніде ніхто не зобов'язаний.</w:t>
      </w:r>
    </w:p>
    <w:p>
      <w:r>
        <w:br/>
        <w:t>Як добре, що в пітьму із свого дому&lt;br /&gt;</w:t>
        <w:br/>
        <w:t>чиясь рука тебе не проводжала,&lt;br /&gt;</w:t>
        <w:br/>
        <w:t>як добре в світі цім тобі самому&lt;br /&gt;</w:t>
        <w:br/>
        <w:t>крізь галас пішки рушити з вокзалу.</w:t>
      </w:r>
    </w:p>
    <w:p>
      <w:r>
        <w:br/>
        <w:t>Як добре, до вітчизни поспішати&lt;br /&gt;</w:t>
        <w:br/>
        <w:t>й себе спіймати у нещирім слові&lt;br /&gt;</w:t>
        <w:br/>
        <w:t>і раптом зрозуміти, що душа&lt;br /&gt;</w:t>
        <w:br/>
        <w:t>турбується про переміни нові.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Повернешся у рідний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