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в ґалапаґос</w:t>
      </w:r>
    </w:p>
    <w:p>
      <w:r>
        <w:br/>
        <w:t xml:space="preserve"> 1.</w:t>
      </w:r>
    </w:p>
    <w:p>
      <w:r>
        <w:br/>
        <w:t>&lt;br /&gt;</w:t>
        <w:br/>
        <w:t>ошалілий комівояжер</w:t>
      </w:r>
    </w:p>
    <w:p>
      <w:r>
        <w:br/>
        <w:t>на блідій долоні короваю</w:t>
      </w:r>
    </w:p>
    <w:p>
      <w:r>
        <w:br/>
        <w:t>вибирає з двох великих жертв</w:t>
      </w:r>
    </w:p>
    <w:p>
      <w:r>
        <w:br/>
        <w:t>ту котра пелюстки обриває</w:t>
      </w:r>
    </w:p>
    <w:p>
      <w:r>
        <w:br/>
        <w:t>&lt;br /&gt;</w:t>
        <w:br/>
        <w:t>лементом зачаєним – ад'ю! —</w:t>
      </w:r>
    </w:p>
    <w:p>
      <w:r>
        <w:br/>
        <w:t>по столу почаївської площі</w:t>
      </w:r>
    </w:p>
    <w:p>
      <w:r>
        <w:br/>
        <w:t>він піде у лаю – малаю</w:t>
      </w:r>
    </w:p>
    <w:p>
      <w:r>
        <w:br/>
        <w:t>скуштувати в реготі всеношнім</w:t>
      </w:r>
    </w:p>
    <w:p>
      <w:r>
        <w:br/>
        <w:t>&lt;br /&gt;</w:t>
        <w:br/>
        <w:t>відспіває магнетичний хор</w:t>
      </w:r>
    </w:p>
    <w:p>
      <w:r>
        <w:br/>
        <w:t>на пастелізовані тополі</w:t>
      </w:r>
    </w:p>
    <w:p>
      <w:r>
        <w:br/>
        <w:t>половінь вдягне йому капор</w:t>
      </w:r>
    </w:p>
    <w:p>
      <w:r>
        <w:br/>
        <w:t>аби він возрадувавсь в капорі</w:t>
      </w:r>
    </w:p>
    <w:p>
      <w:r>
        <w:br/>
        <w:t>&lt;br /&gt;</w:t>
        <w:br/>
        <w:t>2.</w:t>
      </w:r>
    </w:p>
    <w:p>
      <w:r>
        <w:br/>
        <w:t>&lt;br /&gt;</w:t>
        <w:br/>
        <w:t>зріднився кров'ю з містом купленим</w:t>
      </w:r>
    </w:p>
    <w:p>
      <w:r>
        <w:br/>
        <w:t>так як зрідняються з хвостом</w:t>
      </w:r>
    </w:p>
    <w:p>
      <w:r>
        <w:br/>
        <w:t>дитину винесу до купелі</w:t>
      </w:r>
    </w:p>
    <w:p>
      <w:r>
        <w:br/>
        <w:t>кудися далеко...</w:t>
      </w:r>
    </w:p>
    <w:p>
      <w:r>
        <w:br/>
        <w:t>на плутон</w:t>
      </w:r>
    </w:p>
    <w:p>
      <w:r>
        <w:br/>
        <w:t>&lt;br /&gt;</w:t>
        <w:br/>
        <w:t>бо місто сп'яну переплутало</w:t>
      </w:r>
    </w:p>
    <w:p>
      <w:r>
        <w:br/>
        <w:t>ґалапаґос і піреней</w:t>
      </w:r>
    </w:p>
    <w:p>
      <w:r>
        <w:br/>
        <w:t>блукають корсиканки лутаві</w:t>
      </w:r>
    </w:p>
    <w:p>
      <w:r>
        <w:br/>
        <w:t>немов умочені у глей</w:t>
      </w:r>
    </w:p>
    <w:p>
      <w:r>
        <w:br/>
        <w:t>&lt;br /&gt;</w:t>
        <w:br/>
        <w:t>блукають нендзи поскрибовані</w:t>
      </w:r>
    </w:p>
    <w:p>
      <w:r>
        <w:br/>
        <w:t>із кельменець у біївці</w:t>
      </w:r>
    </w:p>
    <w:p>
      <w:r>
        <w:br/>
        <w:t>на голову як в улоговину</w:t>
      </w:r>
    </w:p>
    <w:p>
      <w:r>
        <w:br/>
        <w:t>лягли понуро дві вівці</w:t>
      </w:r>
    </w:p>
    <w:p>
      <w:r>
        <w:br/>
        <w:t>&lt;br /&gt;</w:t>
        <w:br/>
        <w:t>і ремиґають упокорені</w:t>
      </w:r>
    </w:p>
    <w:p>
      <w:r>
        <w:br/>
        <w:t>і тужно ластиться оса</w:t>
      </w:r>
    </w:p>
    <w:p>
      <w:r>
        <w:br/>
        <w:t>&lt;br /&gt;</w:t>
        <w:br/>
        <w:t>переламавши крони й корені</w:t>
      </w:r>
    </w:p>
    <w:p>
      <w:r>
        <w:br/>
        <w:t>гряде новітній ренесанс</w:t>
      </w:r>
    </w:p>
    <w:p>
      <w:r>
        <w:br/>
        <w:t>&lt;br /&gt;</w:t>
        <w:br/>
        <w:t>3.</w:t>
      </w:r>
    </w:p>
    <w:p>
      <w:r>
        <w:br/>
        <w:t>&lt;br /&gt;</w:t>
        <w:br/>
        <w:t>дихай на воду і на пінгвіна</w:t>
      </w:r>
    </w:p>
    <w:p>
      <w:r>
        <w:br/>
        <w:t>піна збирається на посторонках</w:t>
      </w:r>
    </w:p>
    <w:p>
      <w:r>
        <w:br/>
        <w:t>падає з неба пісня як піна</w:t>
      </w:r>
    </w:p>
    <w:p>
      <w:r>
        <w:br/>
        <w:t>на безіменних на посторонніх</w:t>
      </w:r>
    </w:p>
    <w:p>
      <w:r>
        <w:br/>
        <w:t>&lt;br /&gt;</w:t>
        <w:br/>
        <w:t>нумо латаймо наші когорти</w:t>
      </w:r>
    </w:p>
    <w:p>
      <w:r>
        <w:br/>
        <w:t>нумо заплачмо за дульсинею</w:t>
      </w:r>
    </w:p>
    <w:p>
      <w:r>
        <w:br/>
        <w:t>кличте команду знічений нортон</w:t>
      </w:r>
    </w:p>
    <w:p>
      <w:r>
        <w:br/>
        <w:t>щоб посміятися хором над нею</w:t>
      </w:r>
    </w:p>
    <w:p>
      <w:r>
        <w:br/>
        <w:t>&lt;br /&gt;</w:t>
        <w:br/>
        <w:t>гаспидні мури</w:t>
      </w:r>
    </w:p>
    <w:p>
      <w:r>
        <w:br/>
        <w:t>міхи покори</w:t>
      </w:r>
    </w:p>
    <w:p>
      <w:r>
        <w:br/>
        <w:t>голі хрести</w:t>
      </w:r>
    </w:p>
    <w:p>
      <w:r>
        <w:br/>
        <w:t>і похрестичі босі</w:t>
      </w:r>
    </w:p>
    <w:p>
      <w:r>
        <w:br/>
        <w:t>тужно і ніжно</w:t>
      </w:r>
    </w:p>
    <w:p>
      <w:r>
        <w:br/>
        <w:t>світить аврора</w:t>
      </w:r>
    </w:p>
    <w:p>
      <w:r>
        <w:br/>
        <w:t>коням і людям</w:t>
      </w:r>
    </w:p>
    <w:p>
      <w:r>
        <w:br/>
        <w:t>в місті тобосі</w:t>
      </w:r>
    </w:p>
    <w:p>
      <w:r>
        <w:br/>
        <w:t>&lt;br /&gt;</w:t>
        <w:br/>
        <w:t>4.</w:t>
      </w:r>
    </w:p>
    <w:p>
      <w:r>
        <w:br/>
        <w:t>&lt;br /&gt;</w:t>
        <w:br/>
        <w:t>намалювавши на лиці</w:t>
      </w:r>
    </w:p>
    <w:p>
      <w:r>
        <w:br/>
        <w:t>перестарілу маску жриці</w:t>
      </w:r>
    </w:p>
    <w:p>
      <w:r>
        <w:br/>
        <w:t>я вибираю двох мерців</w:t>
      </w:r>
    </w:p>
    <w:p>
      <w:r>
        <w:br/>
        <w:t>на ці різдвяні вечорниці</w:t>
      </w:r>
    </w:p>
    <w:p>
      <w:r>
        <w:br/>
        <w:t>&lt;br /&gt;</w:t>
        <w:br/>
        <w:t>утрьох посьорбавши куті</w:t>
      </w:r>
    </w:p>
    <w:p>
      <w:r>
        <w:br/>
        <w:t>і перекинувши по чарці</w:t>
      </w:r>
    </w:p>
    <w:p>
      <w:r>
        <w:br/>
        <w:t>ми пригадаємо катів</w:t>
      </w:r>
    </w:p>
    <w:p>
      <w:r>
        <w:br/>
        <w:t>з яких цей світ колись почався</w:t>
      </w:r>
    </w:p>
    <w:p>
      <w:r>
        <w:br/>
        <w:t>&lt;br /&gt;</w:t>
        <w:br/>
        <w:t>благословить не бог а босх</w:t>
      </w:r>
    </w:p>
    <w:p>
      <w:r>
        <w:br/>
        <w:t>рукою відгорнувши ґражди</w:t>
      </w:r>
    </w:p>
    <w:p>
      <w:r>
        <w:br/>
        <w:t>і ми підем в ґалапаґос</w:t>
      </w:r>
    </w:p>
    <w:p>
      <w:r>
        <w:br/>
        <w:t>спокійно</w:t>
      </w:r>
    </w:p>
    <w:p>
      <w:r>
        <w:br/>
        <w:t>гордо</w:t>
      </w:r>
    </w:p>
    <w:p>
      <w:r>
        <w:br/>
        <w:t>і назавжди!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в ґалапаґос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