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Повернення</w:t>
      </w:r>
    </w:p>
    <w:p>
      <w:r>
        <w:br/>
        <w:t xml:space="preserve"> ПОВЕРНЕННЯ</w:t>
      </w:r>
    </w:p>
    <w:p>
      <w:r>
        <w:br/>
        <w:t>1.&lt;br /&gt;</w:t>
        <w:br/>
        <w:t>Ми зачинались зі скрипу коліс,&lt;br /&gt;</w:t>
        <w:br/>
        <w:t>З мокрого блиску бруківки. Ми генно&lt;br /&gt;</w:t>
        <w:br/>
        <w:t>Закарбували обличчя буденне&lt;br /&gt;</w:t>
        <w:br/>
        <w:t>Хижого часу. З поточених риз,&lt;br /&gt;</w:t>
        <w:br/>
        <w:t>З бурого шмаття катованих, із&lt;br /&gt;</w:t>
        <w:br/>
        <w:t>Ніжного шовку ми шили знамена&lt;br /&gt;</w:t>
        <w:br/>
        <w:t>І розправляли могутні рамена,&lt;br /&gt;</w:t>
        <w:br/>
        <w:t>І підкидали у вогнища хмиз.</w:t>
      </w:r>
    </w:p>
    <w:p>
      <w:r>
        <w:br/>
        <w:t>2.&lt;br /&gt;</w:t>
        <w:br/>
        <w:t>Не загортай мене, не загортай.&lt;br /&gt;</w:t>
        <w:br/>
        <w:t>Я вся тремчу, а тіло світить місячно.&lt;br /&gt;</w:t>
        <w:br/>
        <w:t>Я вийшла з безконечних повертань –&lt;br /&gt;</w:t>
        <w:br/>
        <w:t>Готуй на ложе теплу шкіру лисячу.</w:t>
      </w:r>
    </w:p>
    <w:p>
      <w:r>
        <w:br/>
        <w:t>Не загортай. Я сором віджену.&lt;br /&gt;</w:t>
        <w:br/>
        <w:t>Стікає воском наша ніч беззоряна.&lt;br /&gt;</w:t>
        <w:br/>
        <w:t>Зліпи собі із марева жону,&lt;br /&gt;</w:t>
        <w:br/>
        <w:t>Таку, із сяйвом місячним, спрозорену.</w:t>
      </w:r>
    </w:p>
    <w:p>
      <w:r>
        <w:br/>
        <w:t>3.&lt;br /&gt;</w:t>
        <w:br/>
        <w:t>У чорних зливах – звивниці гадючі&lt;br /&gt;</w:t>
        <w:br/>
        <w:t>Зі срібла, що дається задарма.&lt;br /&gt;</w:t>
        <w:br/>
        <w:t>У зимних мурах келії пітьма –&lt;br /&gt;</w:t>
        <w:br/>
        <w:t>І хижо свіять очі всевидючі.</w:t>
      </w:r>
    </w:p>
    <w:p>
      <w:r>
        <w:br/>
        <w:t>Біля розп’яття складено ножі.&lt;br /&gt;</w:t>
        <w:br/>
        <w:t>Гамселить в вікна злива кулаками.&lt;br /&gt;</w:t>
        <w:br/>
        <w:t>То чи нема лукавого між вами,&lt;br /&gt;</w:t>
        <w:br/>
        <w:t>Погорді малослівнії мужі?&lt;br /&gt;</w:t>
        <w:br/>
        <w:t>Не мовлено. Не стулено очей.&lt;br /&gt;</w:t>
        <w:br/>
        <w:t>І в темряві, зібгавши плащ недбало,&lt;br /&gt;</w:t>
        <w:br/>
        <w:t>Хтось витягне з-за пазухи кресало –&lt;br /&gt;</w:t>
        <w:br/>
        <w:t>Й червоний пломінь пальці обпече.</w:t>
      </w:r>
    </w:p>
    <w:p>
      <w:r>
        <w:br/>
        <w:t>4.&lt;br /&gt;</w:t>
        <w:br/>
        <w:t>До чаші губи обпекти.&lt;br /&gt;</w:t>
        <w:br/>
        <w:t>Вогонь облизує полінця.&lt;br /&gt;</w:t>
        <w:br/>
        <w:t>Парує, спінений по вінця,&lt;br /&gt;</w:t>
        <w:br/>
        <w:t>Напій хмільної гіркоти.</w:t>
      </w:r>
    </w:p>
    <w:p>
      <w:r>
        <w:br/>
        <w:t>Я не віддам тобі цю мить.&lt;br /&gt;</w:t>
        <w:br/>
        <w:t>Ти маєш все в твердій правиці.&lt;br /&gt;</w:t>
        <w:br/>
        <w:t>Для тебе замки і пивниці,&lt;br /&gt;</w:t>
        <w:br/>
        <w:t>І зброя золотом горить.</w:t>
      </w:r>
    </w:p>
    <w:p>
      <w:r>
        <w:br/>
        <w:t>Я не віддам тобі цих сліз,&lt;br /&gt;</w:t>
        <w:br/>
        <w:t>Щоб ти в пітьмі крихкого ранку,&lt;br /&gt;</w:t>
        <w:br/>
        <w:t>Лишивши темнокосу бранку,&lt;br /&gt;</w:t>
        <w:br/>
        <w:t>Не згадував про скрип коліс.</w:t>
      </w:r>
    </w:p>
    <w:p>
      <w:r>
        <w:br/>
        <w:t>Вони будили нас, коли Ми, заворожені і тихі,&lt;br /&gt;</w:t>
        <w:br/>
        <w:t>Тілами, повними утіхи,&lt;br /&gt;</w:t>
        <w:br/>
        <w:t>Переплітаючись, пливли</w:t>
      </w:r>
    </w:p>
    <w:p>
      <w:r>
        <w:br/>
        <w:t>Морями сонними. Та в ніч&lt;br /&gt;</w:t>
        <w:br/>
        <w:t>Вдирався скрип коліс. І кволо&lt;br /&gt;</w:t>
        <w:br/>
        <w:t>Крізь потаємне забороло&lt;br /&gt;</w:t>
        <w:br/>
        <w:t>Цідились промені сумні.</w:t>
      </w:r>
    </w:p>
    <w:p>
      <w:r>
        <w:br/>
        <w:t>5.&lt;br /&gt;</w:t>
        <w:br/>
        <w:t>Дороги. Курява. Плащі&lt;br /&gt;</w:t>
        <w:br/>
        <w:t>Тяжкі від вітру. Йдуть обози.&lt;br /&gt;</w:t>
        <w:br/>
        <w:t>Щити черкають об мечі.&lt;br /&gt;</w:t>
        <w:br/>
        <w:t>Вітри пекучі сушать сльози&lt;br /&gt;</w:t>
        <w:br/>
        <w:t>Запалених очей. Похід.&lt;br /&gt;</w:t>
        <w:br/>
        <w:t>Риплять розтріскані колеса.&lt;br /&gt;</w:t>
        <w:br/>
        <w:t>І зір, задивлений на схід,&lt;br /&gt;</w:t>
        <w:br/>
        <w:t>Шукає сонця в безнебессі.&lt;br /&gt;</w:t>
        <w:br/>
        <w:t>Тримають обрій на плечах&lt;br /&gt;</w:t>
        <w:br/>
        <w:t>Дороги, здимлені і сиві,&lt;br /&gt;</w:t>
        <w:br/>
        <w:t>Упавши ницма. І мовчать&lt;br /&gt;</w:t>
        <w:br/>
        <w:t>Брати, суворі і щасливі.</w:t>
      </w:r>
    </w:p>
    <w:p>
      <w:r>
        <w:br/>
        <w:t>6.&lt;br /&gt;</w:t>
        <w:br/>
        <w:t>Птиці чужі повертають. Ячать безголосо.&lt;br /&gt;</w:t>
        <w:br/>
        <w:t>Шолом вінцем обіймає прозоре чоло.&lt;br /&gt;</w:t>
        <w:br/>
        <w:t>Плащ обвисає додолу підбитим крилом,&lt;br /&gt;</w:t>
        <w:br/>
        <w:t>І на душі, як на прощі, голодно і босо.</w:t>
      </w:r>
    </w:p>
    <w:p>
      <w:r>
        <w:br/>
        <w:t>Порх сідає на вії. То степ розгортає&lt;br /&gt;</w:t>
        <w:br/>
        <w:t>Саван не тканий ніким із невільниць твоїх.&lt;br /&gt;</w:t>
        <w:br/>
        <w:t>Сонце вкладається в головах сонних доріг.&lt;br /&gt;</w:t>
        <w:br/>
        <w:t>І поміж тишу трава проростає. І тая</w:t>
      </w:r>
    </w:p>
    <w:p>
      <w:r>
        <w:br/>
        <w:t>Вічна твоя нерозгадана мука в стеблину&lt;br /&gt;</w:t>
        <w:br/>
        <w:t>Переливається. Журно шепоче трава:&lt;br /&gt;</w:t>
        <w:br/>
        <w:t>Переживаю живих я, жива я, жива.&lt;br /&gt;</w:t>
        <w:br/>
        <w:t>Перепочинь, розчинись у мені на хвилину</w:t>
      </w:r>
    </w:p>
    <w:p>
      <w:r>
        <w:br/>
        <w:t>Ти, в кого очі запалені маревом степу,&lt;br /&gt;</w:t>
        <w:br/>
        <w:t>Ти, в кого пальці вросли у руків’я меча.&lt;br /&gt;</w:t>
        <w:br/>
        <w:t>Птиці чужі в небесах безголосо ячать.&lt;br /&gt;</w:t>
        <w:br/>
        <w:t>Дихає кінь під крило тобі вогко і тепло.</w:t>
      </w:r>
    </w:p>
    <w:p>
      <w:r>
        <w:br/>
        <w:t>7.&lt;br /&gt;</w:t>
        <w:br/>
        <w:t>Ти повернувся на щиті.&lt;br /&gt;</w:t>
        <w:br/>
        <w:t>Слова, як луни у проваллі,&lt;br /&gt;</w:t>
        <w:br/>
        <w:t>Пусті. Ти очі мав зухвалі,&lt;br /&gt;</w:t>
        <w:br/>
        <w:t>А ще мав кучері густі.&lt;br /&gt;</w:t>
        <w:br/>
        <w:t>Ти повернувся на щиті.&lt;br /&gt;</w:t>
        <w:br/>
        <w:t>І спис покали із тобою.&lt;br /&gt;</w:t>
        <w:br/>
        <w:t>Ти не кохався із журбою&lt;br /&gt;</w:t>
        <w:br/>
        <w:t>І не тужив на самоті.</w:t>
      </w:r>
    </w:p>
    <w:p>
      <w:r>
        <w:br/>
        <w:t>Ти мав рамена, як щити.&lt;br /&gt;</w:t>
        <w:br/>
        <w:t>Ти знався на мечах і винах.&lt;br /&gt;</w:t>
        <w:br/>
        <w:t>Ти порохом затер сивини.&lt;br /&gt;</w:t>
        <w:br/>
        <w:t>То як же, як же мудрий ти,</w:t>
      </w:r>
    </w:p>
    <w:p>
      <w:r>
        <w:br/>
        <w:t>З погордим глумом на устах,&lt;br /&gt;</w:t>
        <w:br/>
        <w:t>Дозволив, за чиїм велінням,&lt;br /&gt;</w:t>
        <w:br/>
        <w:t>Щоб я, котра була лиш тінню,&lt;br /&gt;</w:t>
        <w:br/>
        <w:t>Тебе приймала зі щита?!.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Повернення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