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Повернеться додому. В підвечір’я&lt;br /&gt;</w:t>
        <w:br/>
        <w:t>Постукає новесенький костиль&lt;br /&gt;</w:t>
        <w:br/>
        <w:t>Замість руки. Устами чорно-сірими&lt;br /&gt;</w:t>
        <w:br/>
        <w:t>Ледь вимовить до матері: прости…</w:t>
      </w:r>
    </w:p>
    <w:p>
      <w:r>
        <w:br/>
        <w:t>Відмовиться від чарки і обіду,&lt;br /&gt;</w:t>
        <w:br/>
        <w:t>Давитиметься прісним пирогом,&lt;br /&gt;</w:t>
        <w:br/>
        <w:t>І за поріг не вийде, де сусіди&lt;br /&gt;</w:t>
        <w:br/>
        <w:t>Намарне дожидатимуть його.</w:t>
      </w:r>
    </w:p>
    <w:p>
      <w:r>
        <w:br/>
        <w:t>Довгенько поправлятиме фіранки,&lt;br /&gt;</w:t>
        <w:br/>
        <w:t>І не підніме навіть голови&lt;br /&gt;</w:t>
        <w:br/>
        <w:t>Як скаже батько: буде спершу тяжко,&lt;br /&gt;</w:t>
        <w:br/>
        <w:t>Але ж ти повернувся. Ти — живий…</w:t>
      </w:r>
    </w:p>
    <w:p>
      <w:r>
        <w:br/>
        <w:t>Та так і не заладиться розмова…&lt;br /&gt;</w:t>
        <w:br/>
        <w:t>Застигне світло тоскне і бліде,&lt;br /&gt;</w:t>
        <w:br/>
        <w:t>Зігнеться мати над столом святковим:&lt;br /&gt;</w:t>
        <w:br/>
        <w:t>— Не руште мамо, вона ще прийде…</w:t>
      </w:r>
    </w:p>
    <w:p>
      <w:r>
        <w:br/>
        <w:t>Затерпне жінка перед образами,&lt;br /&gt;</w:t>
        <w:br/>
        <w:t>Тремтячі руки здійме до чола:&lt;br /&gt;</w:t>
        <w:br/>
        <w:t>— Ох сину, ти ж її роками&lt;br /&gt;</w:t>
        <w:br/>
        <w:t>Відштовхував, казав щоб не ждала.</w:t>
      </w:r>
    </w:p>
    <w:p>
      <w:r>
        <w:br/>
        <w:t>І стільки сліз пролито, скільки муки!&lt;br /&gt;</w:t>
        <w:br/>
        <w:t>А поголос, недобрі язики?..&lt;br /&gt;</w:t>
        <w:br/>
        <w:t>Він дивиться на двері і на… руку,&lt;br /&gt;</w:t>
        <w:br/>
        <w:t>Зітхає: мамо, нащо їй такий?..</w:t>
      </w:r>
    </w:p>
    <w:p>
      <w:r>
        <w:br/>
        <w:t>І гнеться під важкими обручами,&lt;br /&gt;</w:t>
        <w:br/>
        <w:t>Тарілки геть злітають зі стола.&lt;br /&gt;</w:t>
        <w:br/>
        <w:t>…Та двері вже цвітуть під кулачками,&lt;br /&gt;</w:t>
        <w:br/>
        <w:t>А в нього замість рук аж два крила.</w:t>
      </w:r>
    </w:p>
    <w:p>
      <w:r>
        <w:br/>
        <w:t>Дівча сміється, тішиться і плаче,&lt;br /&gt;</w:t>
        <w:br/>
        <w:t>І вихорить по хаті буревій:&lt;br /&gt;</w:t>
        <w:br/>
        <w:t>— Тепер не відштовхнеш мене, козаче,&lt;br /&gt;</w:t>
        <w:br/>
        <w:t>Тепер не відпущу, тепер ти мій!</w:t>
      </w:r>
    </w:p>
    <w:p>
      <w:r>
        <w:br/>
        <w:t>Він супиться, а дівчина танцює,&lt;br /&gt;</w:t>
        <w:br/>
        <w:t>А за дверима креш різноголось:&lt;br /&gt;</w:t>
        <w:br/>
        <w:t>— Не утечеш, як так тебе цілують!&lt;br /&gt;</w:t>
        <w:br/>
        <w:t>Батьки втирають сльози: п о ч а л о сь…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