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Посвяти Василеві Стефанику</w:t>
      </w:r>
    </w:p>
    <w:p>
      <w:r>
        <w:br/>
        <w:t xml:space="preserve"> &lt;p&gt;ДОБРИЙ ВЕЧІР, ПАНЕ-БРАТЕ!..</w:t>
      </w:r>
    </w:p>
    <w:p>
      <w:r>
        <w:br/>
        <w:t>(Етюд, відчитаний на літературному вечорі в честь товариша Василя Стефаника)</w:t>
      </w:r>
    </w:p>
    <w:p>
      <w:r>
        <w:br/>
        <w:t>Серед маю-весни, як помірки горбами розгорнули свої зелені хліба і напроти сонця їх вигрівали, а зозуля дурила мужиків щастям — урожаєм,— прийшов він на мужицький світ на ниві, яку дєдя орали, а мати від межі відсапували.</w:t>
      </w:r>
    </w:p>
    <w:p>
      <w:r>
        <w:br/>
        <w:t>Свіжіська рілля вхопила його першенький плач і сховала під скиби, аби там кільчився, та й ріс, та й колосився ґаздам на пожиток.</w:t>
      </w:r>
    </w:p>
    <w:p>
      <w:r>
        <w:br/>
        <w:t>Дєдя скочили у яр до кернички і три дзбанки студеної води вилляли на дитину.</w:t>
      </w:r>
    </w:p>
    <w:p>
      <w:r>
        <w:br/>
        <w:t>Мати хустку з голови здоймили і дитину обвили та кип-тариком обтулили.</w:t>
      </w:r>
    </w:p>
    <w:p>
      <w:r>
        <w:br/>
        <w:t>Жайворонки злетілися і над дитиною збили крильцями та й заголосили, аж дєдя і мати жахнулися.</w:t>
      </w:r>
    </w:p>
    <w:p>
      <w:r>
        <w:br/>
        <w:t>Зачули то перепелиці і дали полям знати.</w:t>
      </w:r>
    </w:p>
    <w:p>
      <w:r>
        <w:br/>
        <w:t>Усі чічки розцвілися, усі зела наблизилися, усі хліба підоймилися, усі межі позбігалися.</w:t>
      </w:r>
    </w:p>
    <w:p>
      <w:r>
        <w:br/>
        <w:t>Дєдя казали, що укрутили би жайворонкам в'язи за тото, що дитині ворожать жайворонячу долю, а мати до дитини лебеділи.</w:t>
      </w:r>
    </w:p>
    <w:p>
      <w:r>
        <w:br/>
        <w:t>Та що тільки тою дитиною врадувалося зеленее поле, із керничок вилетів вітрець і обкрутився над дитиною та й прикликав хмари і закрив сонце перед її оченятами.</w:t>
      </w:r>
    </w:p>
    <w:p>
      <w:r>
        <w:br/>
        <w:t>А відтак прилетіли чорні птахи та й все поле вкрили і закрякали.</w:t>
      </w:r>
    </w:p>
    <w:p>
      <w:r>
        <w:br/>
        <w:t>А відтак і поле, і небо почорніло, а з села прийшла буря і дитину ніччю уповила.</w:t>
      </w:r>
    </w:p>
    <w:p>
      <w:r>
        <w:br/>
        <w:t>Тота буря десь усі співанки та й плачі із сіл позбирала, усі мужицькі кості ломила, усі мужицькі душі із цвинтарів на панські лани гнала, усі собаки на мужиків тровила.</w:t>
      </w:r>
    </w:p>
    <w:p>
      <w:r>
        <w:br/>
        <w:t>Розгримілися громи — і земля під пшеницями задрижала, розблискалися блискавиці і його долю над селом виписували, розіллялися води і його щастя сполікували та й у ріку забирали...</w:t>
      </w:r>
    </w:p>
    <w:p>
      <w:r>
        <w:br/>
        <w:t>Збоялися за дитину жайворонки і хотіли її крильцями накрити.</w:t>
      </w:r>
    </w:p>
    <w:p>
      <w:r>
        <w:br/>
        <w:t>Але мама поклали її у пазуху та й тулили до свого серця і плакали, що небо із бурею на її дитину змовилося та й її керваву дорогу призначило.</w:t>
      </w:r>
    </w:p>
    <w:p>
      <w:r>
        <w:br/>
        <w:t>А дєдя сердилися, що у полі роботи не скінчили.</w:t>
      </w:r>
    </w:p>
    <w:p>
      <w:r>
        <w:br/>
        <w:t>А помірки мамин плач і дєдеву сердитість у села передавали.</w:t>
      </w:r>
    </w:p>
    <w:p>
      <w:r>
        <w:br/>
        <w:t>А як заклекотів кований віз і дєдя везли у село і маму, і дитину, то жайворонки летіли мокріські за возом і так жалібно співали, що всі села на дорогу повиходили.</w:t>
      </w:r>
    </w:p>
    <w:p>
      <w:r>
        <w:br/>
        <w:t>Мужики прижмурювали свої глибокі очі і розпізнавали, що цю дитину птахи у неба випросили, аби ввесь смуток із сіл зібрала та й аби його буйним вітром вгору передала. Та й казали, що цей хлопець буде сонечком села гріти і землю дощиком росити.</w:t>
      </w:r>
    </w:p>
    <w:p>
      <w:r>
        <w:br/>
        <w:t>А дєдя казали, що пуста їх надія, бо сонце є на тото, аби мужиків на вуголь перепалювати, а взимі із снігу лід робити, а дощі мають мужицьку працю ріками забирати, бур'янами хліб убивати, у стиртах зерно кільчити, землю розколювати, хати валити, мужицьку радість топити...</w:t>
      </w:r>
    </w:p>
    <w:p>
      <w:r>
        <w:br/>
        <w:t>Сёла перечили дєдеві і свої очі на дитину клали.</w:t>
      </w:r>
    </w:p>
    <w:p>
      <w:r>
        <w:br/>
        <w:t>І розтворили свої ворота, аби дитину приймити, аби її пригостити.</w:t>
      </w:r>
    </w:p>
    <w:p>
      <w:r>
        <w:br/>
        <w:t>І вислали свою кленину, та й дубину, та й садовину, аби дитину привітати.</w:t>
      </w:r>
    </w:p>
    <w:p>
      <w:r>
        <w:br/>
        <w:t>І прокопали широку та довгу дорогу, аби дитина під хмарами не блудила.</w:t>
      </w:r>
    </w:p>
    <w:p>
      <w:r>
        <w:br/>
        <w:t>І свої співанки у колисці стелили, аби вони дитині серце обвивали, аби дитина м'яке серце мала.</w:t>
      </w:r>
    </w:p>
    <w:p>
      <w:r>
        <w:br/>
        <w:t>І своїми слізьми дитину купали, свій біль у діточе серце переливали...</w:t>
      </w:r>
    </w:p>
    <w:p>
      <w:r>
        <w:br/>
        <w:t>І своїми мозілями його голову гладили, аби дитина з мозолів їх гадки у свою головку брала.</w:t>
      </w:r>
    </w:p>
    <w:p>
      <w:r>
        <w:br/>
        <w:t>І своїми грудьми на дитину дихали, аби росла живо, аби сили набирала, аби на ню муха не сідала.</w:t>
      </w:r>
    </w:p>
    <w:p>
      <w:r>
        <w:br/>
        <w:t>І садами повішеників а ріками потоплеників показували, аби дитина страх мала.</w:t>
      </w:r>
    </w:p>
    <w:p>
      <w:r>
        <w:br/>
        <w:t>І свої квітки перед неї клали, аби її оченята грали. А на тоті квітки сонечко пускали, аби у тоті оченята сідало.</w:t>
      </w:r>
    </w:p>
    <w:p>
      <w:r>
        <w:br/>
        <w:t>І ранішню росу з-під червоного неба збирали та й дитині пити давали...</w:t>
      </w:r>
    </w:p>
    <w:p>
      <w:r>
        <w:br/>
        <w:t>Дєдя ковтали сухим пальцем дитині у чоло, а мама і сестричка Марійка цілували його у ноги.</w:t>
      </w:r>
    </w:p>
    <w:p>
      <w:r>
        <w:br/>
        <w:t>Та й таким хлібом виплекали дитину, і вона стала вростати у серце села і стала село любити, як зерно ріллю...</w:t>
      </w:r>
    </w:p>
    <w:p>
      <w:r>
        <w:br/>
        <w:t>А як цей хлопець розперезаний став дорогою штрикати та буяти, то сёла на цю свою дорогу понакидали каміння та терня, аби він свої ніжки гартував і кервавив. Та й. старі леміші, та й серпи і коси йому під ноги кидали. А відтак пускали його на покіс на гостру стерню, а відтак на ліщиновий зруб у хащу.</w:t>
      </w:r>
    </w:p>
    <w:p>
      <w:r>
        <w:br/>
        <w:t>А як він свої ніжки скервавив, тоді казали йому білими ручками гостру трощу рвати, і бодяки виполювати, і грань з ватри вуйкам у люльку подавати, і сонце у пригорщі брати та селами попід вікна розносити.</w:t>
      </w:r>
    </w:p>
    <w:p>
      <w:r>
        <w:br/>
        <w:t>А як він свої ручки попік і скервавив, тоді післали його, у школу, аби учився тихо сидіти, та й тихо ходити, та й тихо говорити і головку хилити...</w:t>
      </w:r>
    </w:p>
    <w:p>
      <w:r>
        <w:br/>
        <w:t>Але він не піддавався і рвався, як жайворонок із клітки. Утікав вікнами у поле і літав під сонце, та головкою ловився неба, та шукав,квіток у хмарах.</w:t>
      </w:r>
    </w:p>
    <w:p>
      <w:r>
        <w:br/>
        <w:t>Біг на сіножать, яку нори знорили, а води зрили, і клав свої млини на срібних водах.</w:t>
      </w:r>
    </w:p>
    <w:p>
      <w:r>
        <w:br/>
        <w:t>Спускав білі рукави, як лебідь, і літав понад тими вівсами, та ячменями, та житами, та пшеницями, що вусатими колосками його серце злегонька кололи.</w:t>
      </w:r>
    </w:p>
    <w:p>
      <w:r>
        <w:br/>
        <w:t>Біг у тоті трави, серед яких земля цвіла, а його сестричка Марійка вівці пасла і йому прошивку вишивала. Тота прошивка кліпала і усміхалася до нього, як дуга на хмарнім небі. Не було краси понад сестру Марію, понад її уставки, як зорі...</w:t>
      </w:r>
    </w:p>
    <w:p>
      <w:r>
        <w:br/>
        <w:t>Ловив білу хмарку очима та шпотався межами. Переганявся із мотилями та журавлями і грузив ніжки млаковинами.</w:t>
      </w:r>
    </w:p>
    <w:p>
      <w:r>
        <w:br/>
        <w:t>Говорив із довгими, крученими скибами, як із маминими коралями, і ховався у борозну, як у мамин приділок, та слухав, як небо своїми жайворонками над ріллею голосить.</w:t>
      </w:r>
    </w:p>
    <w:p>
      <w:r>
        <w:br/>
        <w:t>Брів хлібами і шукав синьої квітки.</w:t>
      </w:r>
    </w:p>
    <w:p>
      <w:r>
        <w:br/>
        <w:t>Брів ріками і підоймав сині камінчики.</w:t>
      </w:r>
    </w:p>
    <w:p>
      <w:r>
        <w:br/>
        <w:t>Брів цвинтарями і синіми губками говорив із мужицькими душами. /</w:t>
      </w:r>
    </w:p>
    <w:p>
      <w:r>
        <w:br/>
        <w:t>Бігав до ровесників, що у мішках на дощі чужі вівці пасли.</w:t>
      </w:r>
    </w:p>
    <w:p>
      <w:r>
        <w:br/>
        <w:t>Забігав до вуйків, що під сонцем з голоду пухли і від пропасниці студеніли.</w:t>
      </w:r>
    </w:p>
    <w:p>
      <w:r>
        <w:br/>
        <w:t>Забігав до сивих бабок, що, всіма полишені, на печі головами в стіну били і ждали смерті, як рідної мами.</w:t>
      </w:r>
    </w:p>
    <w:p>
      <w:r>
        <w:br/>
        <w:t>Підбігав до сивих мужиків, що доробилися палиці і торби і лишень попід плоти ходили та під церквою хрестилися синіми руками і ручки простягали.</w:t>
      </w:r>
    </w:p>
    <w:p>
      <w:r>
        <w:br/>
        <w:t>Підслухував, як третинники тільки у сні мріли про грудку землі, яку уміли би на грудях тримати і без сказів красно орати.</w:t>
      </w:r>
    </w:p>
    <w:p>
      <w:r>
        <w:br/>
        <w:t>Заглядав крізь вікна ще й там, де мужики своє горе в го-рівці топили, свою кров пили і зубами скреготали.</w:t>
      </w:r>
    </w:p>
    <w:p>
      <w:r>
        <w:br/>
        <w:t>І бачив, як рідні діти із мамою п'яних татів по голові у розум били.</w:t>
      </w:r>
    </w:p>
    <w:p>
      <w:r>
        <w:br/>
        <w:t>І чув, як земля дише, зітхає, марніє і журиться хлібом...</w:t>
      </w:r>
    </w:p>
    <w:p>
      <w:r>
        <w:br/>
        <w:t>Чув, як зона мужиків посилає, щоб просили у сонця теплого проміння, у хмар дощику дрібного, у зір долі..</w:t>
      </w:r>
    </w:p>
    <w:p>
      <w:r>
        <w:br/>
        <w:t>Видів, що мужики з порожніми руками вертали, і ями собі копали, і свої душі на покуту віддавали.</w:t>
      </w:r>
    </w:p>
    <w:p>
      <w:r>
        <w:br/>
        <w:t>І приріс він до села серцем і душею.</w:t>
      </w:r>
    </w:p>
    <w:p>
      <w:r>
        <w:br/>
        <w:t>Але пізнали його серце дєдя і мама та й щось обрадились і зачесали його красно, та й умили, та й &amp;білу сорочку убрали, та й у місто післали, аби тото молоденьке серце із селом розлучити.</w:t>
      </w:r>
    </w:p>
    <w:p>
      <w:r>
        <w:br/>
        <w:t>І лишили його в місті, і казали йому з міста у село більше не вертати...</w:t>
      </w:r>
    </w:p>
    <w:p>
      <w:r>
        <w:br/>
        <w:t>Та зачули тото зеленії поля і хати біленькі і післали до нього тугу із дружками, щоби його завернули.</w:t>
      </w:r>
    </w:p>
    <w:p>
      <w:r>
        <w:br/>
        <w:t>Туга його із ніг валила, але не завернула.</w:t>
      </w:r>
    </w:p>
    <w:p>
      <w:r>
        <w:br/>
        <w:t>Тоді післали за ним села свою красу краснооку.</w:t>
      </w:r>
    </w:p>
    <w:p>
      <w:r>
        <w:br/>
        <w:t>Краса його звеселила, але не завернула.</w:t>
      </w:r>
    </w:p>
    <w:p>
      <w:r>
        <w:br/>
        <w:t>Тоді добули села із грудей свою любов і до нього розіслали.</w:t>
      </w:r>
    </w:p>
    <w:p>
      <w:r>
        <w:br/>
        <w:t>Він притулив любов до серця, але не вернувся. Тоді вислали 'д нему села свій біль тяженький. Він той біль спер у своїм серці і ще не вертався. Тоді післали за ним села свою розпуку чорну. А розпука взяла його за ручку, як малу дитину, і у села завернула.</w:t>
      </w:r>
    </w:p>
    <w:p>
      <w:r>
        <w:br/>
        <w:t>І аж тоді він із усіма післанцями у села вернувся.</w:t>
      </w:r>
    </w:p>
    <w:p>
      <w:r>
        <w:br/>
        <w:t>І шукав сестрички і мами, аби пожалуватись перед ними, що його розпука отроїла.</w:t>
      </w:r>
    </w:p>
    <w:p>
      <w:r>
        <w:br/>
        <w:t>Але мама і сестричка лежали в гробі і лиш вишневим цвітом 'д нему заговорили, щоби із свого серця та й своєї душі переливав отрую у слово. Але не у тото слово, що легонько ластівкою під сонцем літає, лиш у тото слово, що мужикам у горлі застрягає і білим каменем кам'яніє.</w:t>
      </w:r>
    </w:p>
    <w:p>
      <w:r>
        <w:br/>
        <w:t>І поет послухав сестри і мами...</w:t>
      </w:r>
    </w:p>
    <w:p>
      <w:r>
        <w:br/>
        <w:t>І брав сонячний промінь, як свічку, у руки і шукав тих недоповіджених слів, що в мужицьких серцях закаменіли.</w:t>
      </w:r>
    </w:p>
    <w:p>
      <w:r>
        <w:br/>
        <w:t>І ходив селами, і добував тоті слова, і переливав у тії слова отрую із свого серця і з душі своєї.</w:t>
      </w:r>
    </w:p>
    <w:p>
      <w:r>
        <w:br/>
        <w:t>А над тими його селами звисала розпука.</w:t>
      </w:r>
    </w:p>
    <w:p>
      <w:r>
        <w:br/>
        <w:t>Земля із сіл всю силу забирає, і люди гинуть, як мухи.</w:t>
      </w:r>
    </w:p>
    <w:p>
      <w:r>
        <w:br/>
        <w:t>Вже і його подруга, і його браття, та й його дєдя вишнями зацвіли.</w:t>
      </w:r>
    </w:p>
    <w:p>
      <w:r>
        <w:br/>
        <w:t>Вже села, гей рілля, почорніли.</w:t>
      </w:r>
    </w:p>
    <w:p>
      <w:r>
        <w:br/>
        <w:t>Такі тоті мужики на тих помірках бідовані, такі труджені, такі похилені, як порожні колоски, на сонці сушені, як скошені трави, повалені, як сухий хворост, поломані...</w:t>
      </w:r>
    </w:p>
    <w:p>
      <w:r>
        <w:br/>
        <w:t>Всі свої рани розкривають, всі свої сльози норами виливають, ввесь свій біль на сонце видобувають, всю свою тугу ріками розливають, всю свою розпуку чорними хмарами перед ним розкладають.</w:t>
      </w:r>
    </w:p>
    <w:p>
      <w:r>
        <w:br/>
        <w:t>Такі тоті люди розжалені, такі розболені, такі засмучені, такі поранені!</w:t>
      </w:r>
    </w:p>
    <w:p>
      <w:r>
        <w:br/>
        <w:t>Що слово скажуть, то зуби затискають, що оком глянуть, то кров стинають, що руку простягнуть, то серце прошивають.</w:t>
      </w:r>
    </w:p>
    <w:p>
      <w:r>
        <w:br/>
        <w:t>А він тоті німі роти золотим долотом підважує, тоті завмерлі слова серцем огріває, у тоті виплакані очі блискавиці кладе, тоті простягнені ручки до серця завертає.</w:t>
      </w:r>
    </w:p>
    <w:p>
      <w:r>
        <w:br/>
        <w:t>І сонце до них прихилює.</w:t>
      </w:r>
    </w:p>
    <w:p>
      <w:r>
        <w:br/>
        <w:t>А вони під сонцем розмерзаються, в своїм серці добріють, співанки співають і розливом розливаються.</w:t>
      </w:r>
    </w:p>
    <w:p>
      <w:r>
        <w:br/>
        <w:t>А як їх слова із грудей відриваються, то зараз десь із-під чорних скиб чорні хмари здіймаються і в жолобах їх тварей роями насідають.</w:t>
      </w:r>
    </w:p>
    <w:p>
      <w:r>
        <w:br/>
        <w:t>А він і тоті чорні рої ловить, і над камінними словами, як опирів, розкладає.</w:t>
      </w:r>
    </w:p>
    <w:p>
      <w:r>
        <w:br/>
        <w:t>А тоті опирі людей насамперед лякають, а відтак зубе-ляють та сідлають і женуть стернями та бодяками, ланами та помірками, хащами та корчами, ставами та лугами,— а відтак беруть із людей душу.</w:t>
      </w:r>
    </w:p>
    <w:p>
      <w:r>
        <w:br/>
        <w:t>А хоть тоті душі уміють літати, ніде вони не відлітають, ніде не утікають, лиш на своїх вуглах ночують, на своїх хрестах та на серпах та лемішах свою покуту спокутовують.</w:t>
      </w:r>
    </w:p>
    <w:p>
      <w:r>
        <w:br/>
        <w:t>І тоді тікає від них сонце у море.</w:t>
      </w:r>
    </w:p>
    <w:p>
      <w:r>
        <w:br/>
        <w:t>І лишаються вони самі-саміські серед темної ночі.</w:t>
      </w:r>
    </w:p>
    <w:p>
      <w:r>
        <w:br/>
        <w:t>Але поет поклав їм церкву і всіх їх скликає, за ними білі голуби розсилає, аби у цій церкві сідали та й аби йому свою кривду розказували і аби показували, хто за них гріх має мати?</w:t>
      </w:r>
    </w:p>
    <w:p>
      <w:r>
        <w:br/>
        <w:t>Та й кожній душі поклав він камінний престол та й замаїв його цвітом.</w:t>
      </w:r>
    </w:p>
    <w:p>
      <w:r>
        <w:br/>
        <w:t>А люди йдуть у ту церкву та й розпізнають кожну душу.</w:t>
      </w:r>
    </w:p>
    <w:p>
      <w:r>
        <w:br/>
        <w:t>А дедеві вишеньки розцвілися та й заговорили: "Не клади, синку, престолів чорній розпуці та й талану не збавляйся!"</w:t>
      </w:r>
    </w:p>
    <w:p>
      <w:r>
        <w:br/>
        <w:t>"Не бійтеся,— каже,— дєдю, я вашого талану не змарную!"</w:t>
      </w:r>
    </w:p>
    <w:p>
      <w:r>
        <w:br/>
        <w:t>"А чого ж від тебе такий смуток віє?"</w:t>
      </w:r>
    </w:p>
    <w:p>
      <w:r>
        <w:br/>
        <w:t>"Сказали мені мама, що я затроений!"</w:t>
      </w:r>
    </w:p>
    <w:p>
      <w:r>
        <w:br/>
        <w:t>І тоді з дедевої вишеньки полетів цвіт на мамину могилу. І, мабуть, дєдя із мамою із-за нього посварилися, бо на той цвіт роса впала. А сонце зійшло керваве, і тоту росу запалило, і селами обносило. І села горіли, як керваве море...</w:t>
      </w:r>
    </w:p>
    <w:p>
      <w:r>
        <w:br/>
        <w:t>Помірки вилися, як скажені, і з'їдали мужицьку силу. Мужики ослабали, і своїх дітей на своє місце клали, і, конаючи, землю цілували та й дітям наказували, щоби тую землю зубами тримали.</w:t>
      </w:r>
    </w:p>
    <w:p>
      <w:r>
        <w:br/>
        <w:t>А мужицькі душі прилітали 'д нему, як бджілки до квіту, і просилися на ніч у його церкву.</w:t>
      </w:r>
    </w:p>
    <w:p>
      <w:r>
        <w:br/>
        <w:t>А поетове серце розпукалося — а поетова душа плакала...</w:t>
      </w:r>
    </w:p>
    <w:p>
      <w:r>
        <w:br/>
        <w:t>Поклав серце і душу на мамину могилу і вилляв з них всю отруту на зелену мураву.</w:t>
      </w:r>
    </w:p>
    <w:p>
      <w:r>
        <w:br/>
        <w:t>Тоді померкли його очі, посиніли уста і руки і задеревіли ноги, і він чув, як уся сила з нього зійшла,— та й упав на могилу і лежав, як прядиво...</w:t>
      </w:r>
    </w:p>
    <w:p>
      <w:r>
        <w:br/>
        <w:t>Повиділа тото мамина вишенька та й його пробудила і до нього заговорила:</w:t>
      </w:r>
    </w:p>
    <w:p>
      <w:r>
        <w:br/>
        <w:t>"Не збувайся, синку, ні свого болю, ні розпуки, бо збудешся сили та й життя свого!.."</w:t>
      </w:r>
    </w:p>
    <w:p>
      <w:r>
        <w:br/>
        <w:t>І поет прокинувся і спрагненими устами спивав, як дитина, всю свою отруту.</w:t>
      </w:r>
    </w:p>
    <w:p>
      <w:r>
        <w:br/>
        <w:t>І як він її знов випив, то почув у собі силу, гейби другий раз на мужицький світ народився.</w:t>
      </w:r>
    </w:p>
    <w:p>
      <w:r>
        <w:br/>
        <w:t>І поклонився мамі, та й підніс голову, та й ішов у село під вечірню годину.</w:t>
      </w:r>
    </w:p>
    <w:p>
      <w:r>
        <w:br/>
        <w:t>Такий дужий та ясний, як весняний вечір.</w:t>
      </w:r>
    </w:p>
    <w:p>
      <w:r>
        <w:br/>
        <w:t>А над ним мерехтіли його камінні слова, гей зорі...</w:t>
      </w:r>
    </w:p>
    <w:p>
      <w:r>
        <w:br/>
        <w:t>Зрадувалися ниви і своїми житами та пшеницями йому поклонилися.</w:t>
      </w:r>
    </w:p>
    <w:p>
      <w:r>
        <w:br/>
        <w:t>Зрадувалися кернички долинами і нарвали синіх квіток із своєї мурави та й уплели йому віночок.</w:t>
      </w:r>
    </w:p>
    <w:p>
      <w:r>
        <w:br/>
        <w:t>А весняний вітрець той вінок йому на голову звіяв.</w:t>
      </w:r>
    </w:p>
    <w:p>
      <w:r>
        <w:br/>
        <w:t>Поклонилися йому запашні сади своїми молоденькими головками.</w:t>
      </w:r>
    </w:p>
    <w:p>
      <w:r>
        <w:br/>
        <w:t>Поклонилися йому шумні луги своїми соловейками.</w:t>
      </w:r>
    </w:p>
    <w:p>
      <w:r>
        <w:br/>
        <w:t>Поклонилися йому білені хати своїми челядинами.</w:t>
      </w:r>
    </w:p>
    <w:p>
      <w:r>
        <w:br/>
        <w:t>Повиходили з хат ґазди і ґаздині й галузки цвіту йому під ноги метали, до його зорей чорні ручки простягали і його вітали:</w:t>
      </w:r>
    </w:p>
    <w:p>
      <w:r>
        <w:br/>
        <w:t>"Добрий вечір, пане-брате, твоїм зорям і тобі!"</w:t>
      </w:r>
    </w:p>
    <w:p>
      <w:r>
        <w:br/>
        <w:t>ЖЕЛАНИЯ</w:t>
      </w:r>
    </w:p>
    <w:p>
      <w:r>
        <w:br/>
        <w:t>Ой, Василю, пане-брате, ялося ти жити, Ялося ти сороківці в коморі лічити. Сорокізців бербениці, овець чередами, Та й як Дунай пшениченьку всіми левадами.</w:t>
      </w:r>
    </w:p>
    <w:p>
      <w:r>
        <w:br/>
        <w:t>Ялося ти, пане-брате, сірі воли мати — Тонкі ниви мужицькії у розгін орати, У розгін орати — співанки співати, Аби земля здригалася, аби чула мати.</w:t>
      </w:r>
    </w:p>
    <w:p>
      <w:r>
        <w:br/>
        <w:t>Ялося ти, пане-брате, мід-горівку пити — Темненької ночі-бурі шинкарку любити, Аби твої бистрі очі супочивок мали... Аби твої тяжкі думки грались і літали... Аби твої буйні мрії ні раз не німіли... Аби тебе твої ручки ні раз не зболіли!..</w:t>
      </w:r>
    </w:p>
    <w:p>
      <w:r>
        <w:br/>
        <w:t>ЙОГО КРОВ Земля стогне-ридає...</w:t>
      </w:r>
    </w:p>
    <w:p>
      <w:r>
        <w:br/>
        <w:t>А вони на чорній ріллі родяться, як чорні цвіркуни. Сонце їх пражить, а вони плачуть під межами у розпругах, та й мамину роботу стримують, та й мамині співанки проганяють.</w:t>
      </w:r>
    </w:p>
    <w:p>
      <w:r>
        <w:br/>
        <w:t>Але за сонцем та й за мамами біжить ніч темна, та й загонить їх у хатки темні, як печери, та й навперед ватри кладе, та й у маминих сльозах купає.</w:t>
      </w:r>
    </w:p>
    <w:p>
      <w:r>
        <w:br/>
        <w:t>А дєді, що переломані з помірків вернули, підкидають їх, як гарбузами, і пінкою з молока їх годують.</w:t>
      </w:r>
    </w:p>
    <w:p>
      <w:r>
        <w:br/>
        <w:t>І бахурі ростуть, як хліб увесні.</w:t>
      </w:r>
    </w:p>
    <w:p>
      <w:r>
        <w:br/>
        <w:t>І на вінику по хаті брикають, і дєдю за.чупер мичуть, і з мами хустку здіймають.</w:t>
      </w:r>
    </w:p>
    <w:p>
      <w:r>
        <w:br/>
        <w:t>Ростуть такі чорнобриві, як гвоздики, такі червоні, як калина.</w:t>
      </w:r>
    </w:p>
    <w:p>
      <w:r>
        <w:br/>
        <w:t>Або такі, як папірчики, тоненькі, як лен, дрібненькі. Або такі, як сухий бур'ян, зів'ялі. Або як щенята коло голої кістки...</w:t>
      </w:r>
    </w:p>
    <w:p>
      <w:r>
        <w:br/>
        <w:t>Або такі, що рідний батько кидає їх у річку, аби більше не перемерзали і не голодували.</w:t>
      </w:r>
    </w:p>
    <w:p>
      <w:r>
        <w:br/>
        <w:t>Та й є їх тільки, що батьки просять на них чуми.</w:t>
      </w:r>
    </w:p>
    <w:p>
      <w:r>
        <w:br/>
        <w:t>Але всі вони сяють живими очима та й шукають дуги на полю та й керничок ясних.</w:t>
      </w:r>
    </w:p>
    <w:p>
      <w:r>
        <w:br/>
        <w:t>А мами йдуть з міста і гулють їх 'д собі червоними яблуками і біленькими булками.</w:t>
      </w:r>
    </w:p>
    <w:p>
      <w:r>
        <w:br/>
        <w:t>Та лишень вони привчаться по землі ходити, вже вони в роботі, вже стернею ноги колять, вже худібкою журяться, у яслах ночують, кулаки харчують, сльозами вмиваються.</w:t>
      </w:r>
    </w:p>
    <w:p>
      <w:r>
        <w:br/>
        <w:t>А коли хлопці у неділю зірвуть у полі зелений колос і собі під церквою личко гладять, то батьки їх за цю марнотратність картають і хліб шанувати бучками навчають.</w:t>
      </w:r>
    </w:p>
    <w:p>
      <w:r>
        <w:br/>
        <w:t>А дівчатам мами червоні губки запирають, аби співанками втомленим батькам серця не підтинали...</w:t>
      </w:r>
    </w:p>
    <w:p>
      <w:r>
        <w:br/>
        <w:t>Ще видко їх сліди, куди вони бігали, ще чути їх дитячий голос, що дзвенить, як дзвінки на лошаках, а вже вони у ярмо упряжені, вже їх головки похилені, вже їх очі хмарою заступлені. Вже роса їсть їм ноги, а сонце спалює красу з личка і оре чоло та й потом силу у землю стягає.</w:t>
      </w:r>
    </w:p>
    <w:p>
      <w:r>
        <w:br/>
        <w:t>З мозілів кладуть собі хати, аби в них мучитись і каратись.</w:t>
      </w:r>
    </w:p>
    <w:p>
      <w:r>
        <w:br/>
        <w:t>Бо мужики на то роджені, що де що в світі є найгірше, то вони мають то спожити, а що де в світі є найтяжче, то вони мають то виконати.</w:t>
      </w:r>
    </w:p>
    <w:p>
      <w:r>
        <w:br/>
        <w:t>Чи він багач, чи він бідний, кожний не має ні супокою, ні радості ніякої.</w:t>
      </w:r>
    </w:p>
    <w:p>
      <w:r>
        <w:br/>
        <w:t>Як парубки з дівчатами повінчаються, то так начеб під воду пірнули, начеб по коліна у землю вбились,— вже їх ніхто не побачить між людьми, вже вони забувають бесіду, вже до себе слова не говорять, вже тільки журяться.</w:t>
      </w:r>
    </w:p>
    <w:p>
      <w:r>
        <w:br/>
        <w:t>Бо господар цілу зиму не випускає з рук ціпа, цілу весну чепіг, а ціле літо кісся з косою.</w:t>
      </w:r>
    </w:p>
    <w:p>
      <w:r>
        <w:br/>
        <w:t>Бо ґаздиня вже не цвіте на подвір'ю, вже дитину несе на лан у кориті, вже пражиться на сонці.</w:t>
      </w:r>
    </w:p>
    <w:p>
      <w:r>
        <w:br/>
        <w:t>Вже над ними чорна жура звисає, вже вони чорними долонями ловляться землі і падають, втомою повалені.</w:t>
      </w:r>
    </w:p>
    <w:p>
      <w:r>
        <w:br/>
        <w:t>Або перелякані утікають у ланцах у місто або за гори, за води, але тоті сільські ланци в'їдаються в їх тіло і ще дужче їх ранять і калічуть.</w:t>
      </w:r>
    </w:p>
    <w:p>
      <w:r>
        <w:br/>
        <w:t>І вони одні одних благають: "Возьміт та вгатіт нам сокиру, отут у печінки, най тота жовч трісне".</w:t>
      </w:r>
    </w:p>
    <w:p>
      <w:r>
        <w:br/>
        <w:t>Намагаються говорити до себе, намагаються горівкою свій біль перепалювати, але перепалюють тільки своє серце...</w:t>
      </w:r>
    </w:p>
    <w:p>
      <w:r>
        <w:br/>
        <w:t>Гримають головами об підлогу церкви, але з богом за барки не ловляться...</w:t>
      </w:r>
    </w:p>
    <w:p>
      <w:r>
        <w:br/>
        <w:t>Гнуться і скручуються у вужевку і в болоті пручаються і валяються...</w:t>
      </w:r>
    </w:p>
    <w:p>
      <w:r>
        <w:br/>
        <w:t>І знов підоймаються і дітей своїх у холод снопів кидають, а свої страшні лиця до неба обертають... У землю живцем потають...</w:t>
      </w:r>
    </w:p>
    <w:p>
      <w:r>
        <w:br/>
        <w:t>І з глибокої землі чути, як їх серця б'ються і від жовчі тріскають.</w:t>
      </w:r>
    </w:p>
    <w:p>
      <w:r>
        <w:br/>
        <w:t>Вони стогнуть і ревуть з болю, а ніч кладе їх, як каменів, одно коло одного і нашіптує їм до сну: "Будете бідувати та й ще раз бідувати до гробної дошки!"</w:t>
      </w:r>
    </w:p>
    <w:p>
      <w:r>
        <w:br/>
        <w:t>Вже вони входять у старість, вже своєї молодості конем не здогонять.</w:t>
      </w:r>
    </w:p>
    <w:p>
      <w:r>
        <w:br/>
        <w:t>Вже кладуть на грунт синів своїх та й їм наказують, як їх на смерть убирати мають.</w:t>
      </w:r>
    </w:p>
    <w:p>
      <w:r>
        <w:br/>
        <w:t>Вже дід слухає, як коло воріт піп бабі прощі каже, а ввесь мир плаче та й хата вікнами плаче.</w:t>
      </w:r>
    </w:p>
    <w:p>
      <w:r>
        <w:br/>
        <w:t>І він просить бога, щоб не дав йому гнилої лежі, і виглядає смерті, як рідної мами.</w:t>
      </w:r>
    </w:p>
    <w:p>
      <w:r>
        <w:br/>
        <w:t>Бо так воно вже є, і нічого діяти! Бо і його ноги набреніли, як скляні бервена, а кості спорохнявіли.</w:t>
      </w:r>
    </w:p>
    <w:p>
      <w:r>
        <w:br/>
        <w:t>Бо ж треба йому було якийсь раз в життю дванадцятий сніп зжати, та й зв'язати, та й у кланю скласти, та й якийсь раз горб перекопати, та й обсапати, та й хлібом обсіяти.</w:t>
      </w:r>
    </w:p>
    <w:p>
      <w:r>
        <w:br/>
        <w:t>І падуть люди у пропасть, начеб їх хто стручував у темну прірву...</w:t>
      </w:r>
    </w:p>
    <w:p>
      <w:r>
        <w:br/>
        <w:t>І душаться люди у божій землі і приймають кару від людей і від бога...</w:t>
      </w:r>
    </w:p>
    <w:p>
      <w:r>
        <w:br/>
        <w:t>І з-під землі стогне і ридає море...</w:t>
      </w:r>
    </w:p>
    <w:p>
      <w:r>
        <w:br/>
        <w:t>То море мужицької розпуки у землі піниться, клекотить, переварюється і на жужелицю перепалюється...</w:t>
      </w:r>
    </w:p>
    <w:p>
      <w:r>
        <w:br/>
        <w:t>І земля розтріскується, а тото море вибухає чорною лавою із дна та й селами розливається.</w:t>
      </w:r>
    </w:p>
    <w:p>
      <w:r>
        <w:br/>
        <w:t>Отік тото лава, отік тото мармур, отік тото перецалена кров жбухає із серця поета і ввесь мужицький біль у мужицьке море зливає, аби воно у розпуці застигало, аби напротив неба кривавими зорями світило та й аби схід сонця купало...</w:t>
      </w:r>
    </w:p>
    <w:p>
      <w:r>
        <w:br/>
        <w:t>ПІД ОСІНЬ</w:t>
      </w:r>
    </w:p>
    <w:p>
      <w:r>
        <w:br/>
        <w:t>Присвячую тов. Василеві Стефаникові</w:t>
      </w:r>
    </w:p>
    <w:p>
      <w:r>
        <w:br/>
        <w:t>Та кувала зозулечка та й он там на гілці!</w:t>
      </w:r>
    </w:p>
    <w:p>
      <w:r>
        <w:br/>
        <w:t>Та що Василь за господар? Де воли, де вівці?</w:t>
      </w:r>
    </w:p>
    <w:p>
      <w:r>
        <w:br/>
        <w:t>Та де його обороги, кедрові палати,</w:t>
      </w:r>
    </w:p>
    <w:p>
      <w:r>
        <w:br/>
        <w:t>Де шпихлірі, злото-срібло, червоні дукати?</w:t>
      </w:r>
    </w:p>
    <w:p>
      <w:r>
        <w:br/>
        <w:t>Та що Василь за господар? Де його достатки? Нема дітям на кулешу, нема на податки! Співав весну, співав літо й під осінь співає — За мужицьку лиху долю світ свій коротає...</w:t>
      </w:r>
    </w:p>
    <w:p>
      <w:r>
        <w:br/>
        <w:t>Та чи тобі, ба й Василю, ані раз не банно, Та як бачиш десь у людей і гроші, і манну? Не банно ми за багатством ані за ланами, Лиш банно ми за весною та й за співанками. Ще банно ми, пане-брате, за шумом пшениці, За білими неділями, шепотом керниці.</w:t>
      </w:r>
    </w:p>
    <w:p>
      <w:r>
        <w:br/>
        <w:t>Зимну осінь, пане-брате, переосіную, • Але тої України не перебаную!</w:t>
      </w:r>
    </w:p>
    <w:p>
      <w:r>
        <w:br/>
        <w:t>Та що Василь за господар? Криваві реберця, Розлилися чорні ріки з мужицького серця!..</w:t>
      </w:r>
    </w:p>
    <w:p>
      <w:r>
        <w:br/>
        <w:t>СТЕФАНИКОВІ МУЖИКИ</w:t>
      </w:r>
    </w:p>
    <w:p>
      <w:r>
        <w:br/>
        <w:t>Всі вони у розпуці, бо земля не тільки скорчилася, але і спісніла та не родить, а лише з'їдає мужицьку силу, а весь світ хоче, щоб мужик йому дав харч і одежину, та рівночасно жалує йому землі і вільності.</w:t>
      </w:r>
    </w:p>
    <w:p>
      <w:r>
        <w:br/>
        <w:t>Ця його розпука ще більше росте під теперішню добу у нас — як росте небезпека круглої сироти, киненої межи вовки і шакали.</w:t>
      </w:r>
    </w:p>
    <w:p>
      <w:r>
        <w:br/>
        <w:t>Серед мужиків усього світу наш мужик у найгіршім положенню, з якого не може знайти виходу. Злягає на нього що раз, то інша і що раз, то лютіша форма кріпацтва, поневолення і голоду і давить його, як скала. І ніхто його не шкодує, ніхто йому не помагає, а навпаки: кожний його використовує. Його помірки стонкли вже, як батоги, якими він себе тільки батожить, бо нагодувати його вони вже не годні і тільки забирають йому його слабу силу.</w:t>
      </w:r>
    </w:p>
    <w:p>
      <w:r>
        <w:br/>
        <w:t>Його трагічність знайшла у творах Стефаника свій величний вислів.</w:t>
      </w:r>
    </w:p>
    <w:p>
      <w:r>
        <w:br/>
        <w:t>Зобразив він її так тими словами, які висказав, як також тими недомовленими словами, що висять чорними хмарами над кождим його стогоном і жахають собою дужче, чим похорони мерців.</w:t>
      </w:r>
    </w:p>
    <w:p>
      <w:r>
        <w:br/>
        <w:t>Марко Вовчок був оповідачем, Франко був обсерватором-дослідником, Мартович — сатириком-фотографом [...], Коцюбинський — малярем, а Стефаник є поетом мужицької розпуки.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Посвяти Василеві Стефанику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