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Посвята</w:t>
      </w:r>
    </w:p>
    <w:p>
      <w:r>
        <w:br/>
        <w:t xml:space="preserve"> Володимиру Луціву — великому галичанину&lt;br /&gt;</w:t>
        <w:br/>
        <w:t>у діаспорі, що рідною піснею і бандурою&lt;br /&gt;</w:t>
        <w:br/>
        <w:t>славив Україну в усьому світі.</w:t>
      </w:r>
    </w:p>
    <w:p>
      <w:r>
        <w:br/>
        <w:t>Ви, Маестро, вродились,&lt;br /&gt;</w:t>
        <w:br/>
        <w:t>де легіт в Карпатах гуля,&lt;br /&gt;</w:t>
        <w:br/>
        <w:t>І де Бистриці шепіт хвилює замріяне серце.&lt;br /&gt;</w:t>
        <w:br/>
        <w:t>Теплим золотом осені спогад в душі відізветься,&lt;br /&gt;</w:t>
        <w:br/>
        <w:t>І ще безліч разів&lt;br /&gt;</w:t>
        <w:br/>
        <w:t>буде снитись кохана земля.</w:t>
      </w:r>
    </w:p>
    <w:p>
      <w:r>
        <w:br/>
        <w:t>Тут, на отчих стежках,&lt;br /&gt;</w:t>
        <w:br/>
        <w:t>Ваша доля і помислів слід.&lt;br /&gt;</w:t>
        <w:br/>
        <w:t>Тож на березі Темзи (як би Вам серед див не жилося)&lt;br /&gt;</w:t>
        <w:br/>
        <w:t>І полишене місто, і дитинства сумне відголосся&lt;br /&gt;</w:t>
        <w:br/>
        <w:t>Не забудуться, ні,&lt;br /&gt;</w:t>
        <w:br/>
        <w:t>до похилих в будуччині літ.</w:t>
      </w:r>
    </w:p>
    <w:p>
      <w:r>
        <w:br/>
        <w:t>Україна Вас кличе —&lt;br /&gt;</w:t>
        <w:br/>
        <w:t>і Ви йдете до неї щораз,&lt;br /&gt;</w:t>
        <w:br/>
        <w:t>І несете пісні, як дитина до матері слово.&lt;br /&gt;</w:t>
        <w:br/>
        <w:t>А за Вами летить закосичена квітами слава,&lt;br /&gt;</w:t>
        <w:br/>
        <w:t>І про неї відлуння&lt;br /&gt;</w:t>
        <w:br/>
        <w:t>в Надвірній утішує нас.</w:t>
      </w:r>
    </w:p>
    <w:p>
      <w:r>
        <w:br/>
        <w:t>Ви, Маестро, такі,&lt;br /&gt;</w:t>
        <w:br/>
        <w:t>наче пісня в годину гірку,&lt;br /&gt;</w:t>
        <w:br/>
        <w:t>Як поезія ранку, що наснилася променям сонця.&lt;br /&gt;</w:t>
        <w:br/>
        <w:t>І не вигадка світла, і не казка премудра, не сон це,&lt;br /&gt;</w:t>
        <w:br/>
        <w:t>А велике життя,&lt;br /&gt;</w:t>
        <w:br/>
        <w:t>Що тече у безсмертя ріку.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