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Поснули вілли і сповились млами…</w:t>
      </w:r>
    </w:p>
    <w:p>
      <w:r>
        <w:br/>
        <w:t xml:space="preserve"> Поснули вілли і сповились млами,&lt;br /&gt;</w:t>
        <w:br/>
        <w:t>Як мусліновим серпанком навіси,&lt;br /&gt;</w:t>
        <w:br/>
        <w:t>А біля молу сонні кипариси&lt;br /&gt;</w:t>
        <w:br/>
        <w:t>Стоять, як скорбні вдови над гробами.&lt;br /&gt;</w:t>
        <w:br/>
        <w:t>Кругом так тихо! Лиш безкрає море&lt;br /&gt;</w:t>
        <w:br/>
        <w:t>Шумить, хвилює, б’ється до каміння,&lt;br /&gt;</w:t>
        <w:br/>
        <w:t>І мов радіє з власного терпіння&lt;br /&gt;</w:t>
        <w:br/>
        <w:t>І на граніті сонні груди поре.&lt;br /&gt;</w:t>
        <w:br/>
        <w:t>І дух мій вічно бореться зусильно&lt;br /&gt;</w:t>
        <w:br/>
        <w:t>Із традиційним ідолом мірноти&lt;br /&gt;</w:t>
        <w:br/>
        <w:t>І умирає на верхах Голготи&lt;br /&gt;</w:t>
        <w:br/>
        <w:t>І, мов каліка, падає безсильно.&lt;br /&gt;</w:t>
        <w:br/>
        <w:t>І чую, чую, що ніяк не змога&lt;br /&gt;</w:t>
        <w:br/>
        <w:t>Позбутись мого ворога і пана,&lt;br /&gt;</w:t>
        <w:br/>
        <w:t>І дух схиляєсь під ярмом тирана,&lt;br /&gt;</w:t>
        <w:br/>
        <w:t>А в серці плаче немічна тривога.&lt;br /&gt;</w:t>
        <w:br/>
        <w:t>Щасливе море! Ти не знаєш сили,&lt;br /&gt;</w:t>
        <w:br/>
        <w:t>Яка дрімає в безднах твого лона!&lt;br /&gt;</w:t>
        <w:br/>
        <w:t>А я дрожу на тихий голос дзвона&lt;br /&gt;</w:t>
        <w:br/>
        <w:t>Й дивлюся з жахом на німі могили.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Поснули вілли і сповились млами…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