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Пошився в дурні</w:t>
      </w:r>
    </w:p>
    <w:p>
      <w:r>
        <w:br/>
        <w:t xml:space="preserve"> &lt;p&gt;Переходячи на інше місце, партизанський загін забув у землянці свою стінну газету. Так вона потрапила до рук німецького коменданта. Він прочитав її, надміру зрадів і наказав скликати сходку.</w:t>
      </w:r>
    </w:p>
    <w:p>
      <w:r>
        <w:br/>
        <w:t>— Ви не вірили,— звернувся він до селян,— з яких душогубів складається партизанський загін. Так-от, слухайте, що вони самі про себе пишуть: "Я, партизан Ковеза, забив уже сімнадцять окупантів, беру на себе зобов'язання до Жовтневих свят довести рахунок до тридцяти". Ну, чули?</w:t>
      </w:r>
    </w:p>
    <w:p>
      <w:r>
        <w:br/>
        <w:t>— Чули, чули,— загомоніли селяни.— Отакий орел, а було ж таке утле. Читайте далі, спасибі вам, інтересна газетка!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Пошився в дурні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