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Попелюшка</w:t>
      </w:r>
    </w:p>
    <w:p>
      <w:r>
        <w:br/>
        <w:t xml:space="preserve"> &lt;p&gt;У далекій від нас країні жила собі одна заможна вдова з трьома дочками. Дві з них були їй рідні, а третя — пасербиця. Вдова своїх доньок дуже любила, гарно їх одягала й усі їхні примхи сповняла. А вже ту, нерідну доньку, так ненавиділа, що ані наїстись як слід їй не давала, тільки все лаяла та до праці силувала. Ще й на світ не благословиться, а вже та бідна пасербиця була на роботі, вже й сонце давно лягло спочивати, а вона все ще мусила працю кінчати. А тим часом навіть за спільний стіл сісти не сміла. Та й як же їй було з такими панянками попліч сідати, коли ж ходила вона в старих лахах, а спала просто на долівці, під піччю! Цілими днями й доброго слова ні від кого не чула, бо мачуха все її вичитувала, а сестри коли й озивались до неї, то лише з глумом і глузуванням. Найбільше ж усі чіплялись до неї за те, що вона раз у раз була замазана попелом. Тому й звали її не хресним найменням, а вигадали для неї прізвисько Попелюшка.</w:t>
      </w:r>
    </w:p>
    <w:p>
      <w:r>
        <w:br/>
        <w:t>Так і животіла з дня на день сирота Попелюшка. А коли ж стало їй шістнадцять років, вилюдніла вона, випросталась, стала гнучка, як молода тополя, а з лиця гарна-прегарна. Тільки про те ніхто не знав, крім самої криниці, з якої Попелюшка вмивалася. Та й як би комусь про те сказати, коли ж зла мачуха нікуди пасербиці не пускала, ні на забави, ні навіть до храму Божого? Коли ж хтось приходив, то замурзана Попелюшка була в темному кутку за піччю, де не було нічого видно. Та що дужче кращала Попелюшка, то все більше лютилась мачуха, бо ж боялась вона, що всі вважатимуть її пасербицю за далеко гарнішу, як були її рідні доньки.</w:t>
      </w:r>
    </w:p>
    <w:p>
      <w:r>
        <w:br/>
        <w:t>Попелюшка була не тільки красна, але й добра, й розумна, й терпелива. Все вона зносила покірно, всім радо служила, ні в чому не перечила, ні від чого не викручувалась. Ще здебільшого була й весела. Тільки ж тоді сумувала, коли ранком-рано, біжачи в поле трави для худоби жати, забігала на цвинтар, щоб причепурити матусину могилку. А коли на могилці бур’яни полола та квітки поливала, то часом не могла втримати свого жалю, аж іноді й гірке нарікання зірветься, бувало, з красних уст сирітки:</w:t>
      </w:r>
    </w:p>
    <w:p>
      <w:r>
        <w:br/>
        <w:t>— Ой, нене моя, нене! Навіщо ж ти мене на цьому світі лишила? Чом не взяла з собою до темної домовини?..</w:t>
      </w:r>
    </w:p>
    <w:p>
      <w:r>
        <w:br/>
        <w:t>Одного разу, як от так гірко проливала свої сльози, побачила на розложистому горісі, що виріс у головах могилки, гарнесенького пташка з блакитним і золотим пір’ячком. Мав той пташок напрочуд мудрі очка й так дивився на Попелюшку, немов розумів її горе. Аж вирішила Попелюшка, що як вдруге забіжить на цвинтар, то конче принесе тому пташкові бодай трохи кришечок.</w:t>
      </w:r>
    </w:p>
    <w:p>
      <w:r>
        <w:br/>
        <w:t>Було це в суботу. Другого ж дня, в неділю, мачуха та її доньки почали з самого рана чепуритись, щоб іти на відпуст до церкви, бо ж за старих часів дівчата на відпустах часто собі й женихів знаходили. Того дня було ще й храмове свято, й людей посходилось із цілої країни видимо-невидимо. Кожному цікаво подивитись, коли кудись багато людей збереться, а до того на цей відпуст ще мав прибути й володар тієї країни.</w:t>
      </w:r>
    </w:p>
    <w:p>
      <w:r>
        <w:br/>
        <w:t>Тому-то вже багато тижнів перед цим святом цілими ночами сиділа Попелюшка за дрібними вишиваннями та мережками для мачухи та її дочок. Попрала вона їм плаття, попрасувала нові горсетки[16] та попередниці[17], що довгий час у скрині лежали. А як прийшла нарешті та неділя, то її так заганяли, що мало голови бідне дівча не згубило. За одним заходом на три сторони її кликали, трьома ротами лаяли, шістьма руками загрожували! Коли ж мачуха та її доньки були вже прибрані та сяяли всякими оздобами, жодна Попелюшці для годиться й "дякую!" не сказала. Набундючились і, мов пави, посунули до церкви, а Попелюшці наказали все в хаті й на подвір’ї поробити, обід зварити й ще, поки додому повернуться, цілу велику мірку засміченої пшениці по зернятку перебрати, щоб було на посів чисте зерно.</w:t>
      </w:r>
    </w:p>
    <w:p>
      <w:r>
        <w:br/>
        <w:t>Крутилась Попелюшка по хаті, поки все поприбирала та обід варити настановила, а потім сіла на хвильку біля столу, поглянула на ту велетенську мірку пшениці, перемішаної з куколем і просом, та й зажурилась: коли ж вона з тією працею буде готова?! Отже ж, будуть її за те лаяти в святу неділю! А це чує вона: хтось тихенько стукає їй у віконце. Оглянулась Попелюшка, аж по той бік віконця сидить той красний пташок, що його вчора на матусиній могилці бачила, й дзьобає в шибу. Хутчій відчинила Попелюшка віконце ще й ласкаво запросила:</w:t>
      </w:r>
    </w:p>
    <w:p>
      <w:r>
        <w:br/>
        <w:t>— Вітаю тебе, пташечко, здоров бувай у нашій хатині!</w:t>
      </w:r>
    </w:p>
    <w:p>
      <w:r>
        <w:br/>
        <w:t>А пташок тільки — "чирик-чирик", влетів у хату, підлетів до столу та й поклав на обрус[18] великого горіха. А тоді повернувся до дівчини та й говорить до неї вже по-людському:</w:t>
      </w:r>
    </w:p>
    <w:p>
      <w:r>
        <w:br/>
        <w:t>— Не турбуйся, серденько, пшеницею! Все буде вчасно зроблено. Ти ж розлупи оцього горішка, а що в ньому найдеш — це буде твоє.</w:t>
      </w:r>
    </w:p>
    <w:p>
      <w:r>
        <w:br/>
        <w:t>Розкусила Попелюшка горішка, а з нього й випала їй на руки чудова сукня, таких барв, як пташок: блакитна й золотими зірками вишивана, немов ясна місячна ніч. А в сукні були загорнені блакитні панчішки та блакитні гарнесенькі черевички. Недовго міркувала Попелюшка, вибігла до криниці, швиденько вмилася, в комірці переодяглась, поглянула на себе в воду й аж сама зачудувалась: була вона така гарна в цьому чарівному одягу! А пташок облетів її кругом та й говорить:</w:t>
      </w:r>
    </w:p>
    <w:p>
      <w:r>
        <w:br/>
        <w:t>— Не марнуй же часу, дівчино, а поспішай просто до церкви! Не бійся нічого, тільки сама собі потихеньку скажи: "Імла за мною, імла передо мною!" — й тоді жодне людське око тебе не побачить.</w:t>
      </w:r>
    </w:p>
    <w:p>
      <w:r>
        <w:br/>
        <w:t>Дуже гарно подякувала Попелюшка доброму пташкові, мов вітер, майнула на відпуст. Народу була повнісінька церква, дарма що ще служба Божа не починалась. Та коли побачили люди таку гарнесеньку панночку в такій гарній суконці й малесеньких черевичках, то кожен радо вступивсь їй із дороги, щоб дати відповідне місце аж біля самого вівтаря. І отож як зашелестіла Попелюшка своїми шовковими шатами, обернув назад голову й володар тієї землі. Обернув і не міг відвести очей від красуні, що тихенько стала навколішки й почала молитись. А володар все на неї дивився, аж поки не почалась служба Божа. А він мав красного сина, якому саме приходило повноліття. От і думав володар, що для того юнака не могла б бути краща дружина, як ця чудова панночка. Тому тільки-но скінчилась служба й Попелюшка хутко вийшла з церкви, щоб встигнути додому, поки верне мачуха з доньками,— так само швидко вийшов і старий пан. Він хотів з нею зазнайомитись та розпитати: хто вона та якого роду? Та коли сюди-туди оглянувся,— вже ніде нема блакитної панночки, тільки довкола самі зелені поля в легенькій імлі.</w:t>
      </w:r>
    </w:p>
    <w:p>
      <w:r>
        <w:br/>
        <w:t>Попелюшка ж, закрита імлою, прудко побігла додому. Глянула в хату: обід уже готовий, у мірці — чиста, перебрана пшениця, а на столі купками окремо лежить просо, кукіль та інші непотрібні зернятка, що пшеницю занечищували. Тоді Попелюшка миттю роздяглась, поскладала суконку, панчішки, черевички, засунула все в шкаралупку з горішка, сховала горішок за образом, одягла свої лахи й почала накривати стіл до обіду.</w:t>
      </w:r>
    </w:p>
    <w:p>
      <w:r>
        <w:br/>
        <w:t>Прийшла мачуха з доньками, ані глянули вони на гарно перебрану пшеницю, навіть і про недільний обід не згадали. Всі їхні думки були біля тієї чудової панночки в блакитній суконці, що її вони бачили в церкві. Ну, хто ж вона є? Відкіль прийшла? Куди зникла?</w:t>
      </w:r>
    </w:p>
    <w:p>
      <w:r>
        <w:br/>
        <w:t>— Ух ти, брудна Попелюхо,— каже одна сестра,— ти такої краси ніколи й у сні не побачиш!</w:t>
      </w:r>
    </w:p>
    <w:p>
      <w:r>
        <w:br/>
        <w:t>А Попелюшка не витерпіла, усміхнулася лагідно та й каже:</w:t>
      </w:r>
    </w:p>
    <w:p>
      <w:r>
        <w:br/>
        <w:t>— От, такої! Нащо ж мені сон, коли я її й так живу-живісіньку бачила!</w:t>
      </w:r>
    </w:p>
    <w:p>
      <w:r>
        <w:br/>
        <w:t>— Де та як?</w:t>
      </w:r>
    </w:p>
    <w:p>
      <w:r>
        <w:br/>
        <w:t>— А так,— відповідає Попелюшка,— була вона таки ж у нашому дворищі та на свою красу в нашу криницю дивилась.</w:t>
      </w:r>
    </w:p>
    <w:p>
      <w:r>
        <w:br/>
        <w:t>А сестри так розсердились та розгнівались, мало лікті собі з досади не кусали, а потім вирішили забити криницю дошками, щоб того більше не було. Так і зробили.</w:t>
      </w:r>
    </w:p>
    <w:p>
      <w:r>
        <w:br/>
        <w:t>Не минуло й кілька днів, як проголосили по місту чутку, що в прийдешню неділю буде володар краю святкувати повноліття свого сина-князенка. А після тієї урочистості буде в садах володаревих великий бал, на який кличуть всіх дівчат, які є в околиці.</w:t>
      </w:r>
    </w:p>
    <w:p>
      <w:r>
        <w:br/>
        <w:t>Видима річ, що вдова з своїми дочками вже ні про що інше до кінця тижня не думали, як лише про той бал та про те, щоб якнайкраще там пописатись[19]. А рано в неділю вистроїлись[20], як на Великдень, майнули всі чимдуж до володаревого двору. Попелюшці ж наказали все в господарстві поробити, вечерю зварити, а щоб не було нудно, перебрати велику мірку пшона, в якому був пісок і різне дрібне насіннячко.</w:t>
      </w:r>
    </w:p>
    <w:p>
      <w:r>
        <w:br/>
        <w:t>Попелюшка всі ранні праці враз поробила, потім вискочила на хвильку на матусину могилку, помолилась, квіточки полила й на горіха пильно дивилась: чи не побачить там того чарівного пташка? Смутно їй стало, коли його там не знайшла, й пішла додому, міркуючи: "Добре було б і мені на ті врочистості подивитись, та не можна бідній дівчині кожної неділі мати забави. Дяка тому пташкові й за ту радість, що дав мені минулої неділі".</w:t>
      </w:r>
    </w:p>
    <w:p>
      <w:r>
        <w:br/>
        <w:t>І, весело приспівуючи, вступила в хату, щоб сісти за те пшоно. Аж гульк — пшоно все до зернятка перебране, аж вилискується, а на столі купками покладені пісок, кукіль та інші непотрібні зернятка. Зраділа Попелюшка, вхопила кукіль та все інше непотрібне й сипнула голубам, щоб і вони добре понаїдались. А сама пішла в хату знову та й думає: "Хоч подивлюся на свою блакитну суконку, що в горішку сховала!"</w:t>
      </w:r>
    </w:p>
    <w:p>
      <w:r>
        <w:br/>
        <w:t>Вийняла з-за образа горішок, відчинила його, а відтіль випала їй на руки нова сукня: срібна, мов морозом погаптована. При ній — такі ж панчішки й такі самі черевички. Аж в долоні заплескала з радості Попелюшка, переодяглась, глянула в вікна та й очей сама від себе не могла відірвати: така була красна.</w:t>
      </w:r>
    </w:p>
    <w:p>
      <w:r>
        <w:br/>
        <w:t>Але що з того, що красна й красно одягнена, коли ж не знає, чи сміє вона піти з дому? Аж тут підлітають до неї голуби, та один з них і заговорив до неї по-людському:</w:t>
      </w:r>
    </w:p>
    <w:p>
      <w:r>
        <w:br/>
        <w:t>— Не бійся, дитино, біжи мерщій до замку! Ми за тебе все вдома поробимо, трави нарвемо, коровам дамо, води наносимо й вечерю зваримо. Це нам все синьо-золотий пташок велів, а тобі ж казав, щоб ти собі добре гуляла, тільки щоб не спізнилась прийти вчасно додому. Так іди здорова!</w:t>
      </w:r>
    </w:p>
    <w:p>
      <w:r>
        <w:br/>
        <w:t>Вийшла Попелюшка на вулицю, оглянулась на свої вікна, побачила, що голуби жваво метушаться й на подвір’ї, й у хаті, та й попростувала рівною дорогою до замку.</w:t>
      </w:r>
    </w:p>
    <w:p>
      <w:r>
        <w:br/>
        <w:t>Як прийшла Попелюшка до замку, там саме починалися святочні врочистості. На підвищенні стояв гарний-прегарний князенко, якого оперізували лицарським мечем. Біля нього був старий володар, що з неспокоєм все дивився поміж дівчата, аж нарешті вгледів срібну панночку. Тоді стало його обличчя радісне, він зійшов з підвищення, взяв Попелюшку за руку й провів її на крісло, аж в перші ряди. Там і просиділа вона, аж поки скінчились урочистості й почався славний бал.</w:t>
      </w:r>
    </w:p>
    <w:p>
      <w:r>
        <w:br/>
        <w:t>На балу ж підійшов до неї князенко й попрохав у танець. Так і перейшли вони вдвох поміж всіма зачудованими гостями цілим садом. Але коли були близько воріт, Попелюшка помислила: чи не час їй вже й додому вертати? А тоді й сказала сама собі: "Імла за мною, імла передо мною" — і враз стала невидимою.</w:t>
      </w:r>
    </w:p>
    <w:p>
      <w:r>
        <w:br/>
        <w:t>Прибігла додому, швиденько перебралась, поховала в горішок свою красну одіж та й почала приправляти вечерю для мачухи та її дочок. Незабаром і вони прийшли з балу. Не хотіли ні їсти, ні пити, а язики їм вертілись у роті, мов крила на вітряних млинах. Одна поперед одної свої враження викладали, князенка хвалили та про ту срібну красну панянку згадували. А найбільше ж їй заздрили, що сам володар її на крісла сісти запросив, а князенко перший танець із нею танцював.</w:t>
      </w:r>
    </w:p>
    <w:p>
      <w:r>
        <w:br/>
        <w:t>— А чи не була то та сама панночка, що в минулу неділю приходила до церкви в блакитній сукні? — спитала сестер Попелюшка.</w:t>
      </w:r>
    </w:p>
    <w:p>
      <w:r>
        <w:br/>
        <w:t>— А, що ти там, Попелюшище, на таких речах тямиш?! Була то інша, далеко за ту, блакитну, краща! Ти б здуріла, якби її побачила.</w:t>
      </w:r>
    </w:p>
    <w:p>
      <w:r>
        <w:br/>
        <w:t>— От, такої! — на це Попелюшка.— Та ж я її добре бачила, й здалось мені, що була то панночка та сама.</w:t>
      </w:r>
    </w:p>
    <w:p>
      <w:r>
        <w:br/>
        <w:t>— Де ж ти її бачила? — кинулись до неї й сестри, й мачуха.</w:t>
      </w:r>
    </w:p>
    <w:p>
      <w:r>
        <w:br/>
        <w:t>— Вона по цій вулиці в срібних черевичках проходила й на наші вікна оглядалась.</w:t>
      </w:r>
    </w:p>
    <w:p>
      <w:r>
        <w:br/>
        <w:t>— Ах, вона ж така негідниця! Хто їй дозволив у наші вікна заглядати? — закричали злі сестри. Й негайно позабивали всі вікна на вулицю дошками, щоб удруге та панночка не могла до них заглянути.</w:t>
      </w:r>
    </w:p>
    <w:p>
      <w:r>
        <w:br/>
        <w:t>А тим часом князенко дуже засумував. Ще більш, як батькові, сподобалась йому срібна панночка. Шукав він її скрізь по всьому володарстві, коли ж побачив, що не знайде, заприсягнув, що не буде з жодною іншою женитись; перестав їсти й спати і враз помітно охляв. Бачить володар, що кепсько з його любим сином, покликав усіх мудреців, які були в володарстві, й питає в них ради, як ту дівчину знайти та як князенка врятувати? Три дні й три ночі думали мудреці, а нарешті, один і каже:</w:t>
      </w:r>
    </w:p>
    <w:p>
      <w:r>
        <w:br/>
        <w:t>— Я маю добру раду!</w:t>
      </w:r>
    </w:p>
    <w:p>
      <w:r>
        <w:br/>
        <w:t>— Говори! — велить володар.</w:t>
      </w:r>
    </w:p>
    <w:p>
      <w:r>
        <w:br/>
        <w:t>— Зроби, володарю, новий бал і звели, щоб на нього прийшли всі дівчата з володарства. Мовляв, князенко хоче собі вибрати дружину.</w:t>
      </w:r>
    </w:p>
    <w:p>
      <w:r>
        <w:br/>
        <w:t>— Добра рада! — похвалив мудреця володар.— Нехай їдуть гінці по всіх усюдах та на сурмах сурмлять, що в неділю буде бал й заручини князенка.</w:t>
      </w:r>
    </w:p>
    <w:p>
      <w:r>
        <w:br/>
        <w:t>А князенко й говорить:</w:t>
      </w:r>
    </w:p>
    <w:p>
      <w:r>
        <w:br/>
        <w:t>— Добре, тату, казати: бал і заручини! А що ж, як вона не прийде? Або не почує, як сурмачі сурмитимуть?</w:t>
      </w:r>
    </w:p>
    <w:p>
      <w:r>
        <w:br/>
        <w:t>— І справді! — каже господар.— Може, десь буде далеко й не почує... Як же тепер зробити? Ну, скажіть ви, мої мудрі мудреці!</w:t>
      </w:r>
    </w:p>
    <w:p>
      <w:r>
        <w:br/>
        <w:t>Знову думали мудреці три дні й три ночі. Нарешті вже другий і говорить:</w:t>
      </w:r>
    </w:p>
    <w:p>
      <w:r>
        <w:br/>
        <w:t>— Маю думку!</w:t>
      </w:r>
    </w:p>
    <w:p>
      <w:r>
        <w:br/>
        <w:t>— А яку? — питає володар.— Говори відразу!</w:t>
      </w:r>
    </w:p>
    <w:p>
      <w:r>
        <w:br/>
        <w:t>— Великий володарю, завтра — неділя. Вже нічого не встигнеш зробити. Хіба тільки одно: пообіцяй, що коли та красна панянка завтра на бал з’явиться, то ти всім жебракам, що є в твоєму володарстві, подаруєш на зиму по парі нових черевиків, нові торби та по цілому буханцеві хліба. Жебраки ж тоді всіх повідомлять на бандурах.</w:t>
      </w:r>
    </w:p>
    <w:p>
      <w:r>
        <w:br/>
        <w:t>— Ще й кожному поводиреві дам по цукерку, хай тільки буде, як хочемо,— згодився володар.</w:t>
      </w:r>
    </w:p>
    <w:p>
      <w:r>
        <w:br/>
        <w:t>Відпустив мудреців і пішов спати.</w:t>
      </w:r>
    </w:p>
    <w:p>
      <w:r>
        <w:br/>
        <w:t>Але цієї ночі мало в яких хатах, де були дівчата, спали. Там усі готувались до завтрашнього балу в замку. А найдужче чепурились вдовині доньки. І чого вони тільки не робили, щоб бути гарними, й по що вони тільки не ганяли бідної Попелюшки! А в неділю вранці, коли вже вистроїлись та виходили з матір’ю з хати, звеліли Попелюшці, щоб ні обіду, ні вечері не варила, але витрусила з печі сажу й перебрала дві мірки брудного й занечищеного маку.</w:t>
      </w:r>
    </w:p>
    <w:p>
      <w:r>
        <w:br/>
        <w:t>Хоч і не мріяла Попелюшка бути знову на балу в замку, але, коли почула такий розказ, дуже посмутніла. Хто ж бо в неділю святу сажу трусить? А перебрати дві мірки маку... На це ж треба півроку!.. Сіла вона за стіл та мало-мало не плаче. Аж чує: хтось стукає у віконце. Оглянулась і бачить: знову той синьо-золотий знайомий пташок у хату проситься й горішка в дзьобику тримає.</w:t>
      </w:r>
    </w:p>
    <w:p>
      <w:r>
        <w:br/>
        <w:t>— Не журись, Попелюшко! Все буде дуже добре. Ось маєш нову сукню на бал. Піди одягнися. Тільки спочатку винеси надвір коші з маком. Голуби тобі все враз переберуть. А за комин також не турбуйся: чорний кіт обіцяв, що він димарем кілька разів пролізе й усю сажу витрусить. Так іди щаслива, тільки не спізнюйся додому!</w:t>
      </w:r>
    </w:p>
    <w:p>
      <w:r>
        <w:br/>
        <w:t>Вхопила Попелюшка коші з маком, висипала їх на дворі, розкусила горішок, а відтіль випала суконка, вся золотом ткана, золоті прозорі панчішки й золотом куті чудові черевички.</w:t>
      </w:r>
    </w:p>
    <w:p>
      <w:r>
        <w:br/>
        <w:t>Подякувала дівчина любому пташкові, перепросила голубів і чорного кота, що дає їм у неділю важку працю, одяглась, подивилась у воду — й отямитись не могла. Дійсно, такої красуні, як була тепер сама, вона й у сні не бачила.</w:t>
      </w:r>
    </w:p>
    <w:p>
      <w:r>
        <w:br/>
        <w:t>До володаревого замку прибула Попелюшка в золотій одежі саме на початок балу. Як побачив її князенко — так враз і ожив. Подав їй свою руку й зараз узяв до танцю.</w:t>
      </w:r>
    </w:p>
    <w:p>
      <w:r>
        <w:br/>
        <w:t>А в палатних садах людей повно-повнісінько! Та всі на Попелюшку дивляться не надивляться, а красі її та одежі не надивуються. І засоромилась Попелюшка. Стало їй ніяково, що вона, служниця своєї мачухи та нерідних сестер, стала осередком уваги з боку князенка, володаря, значних панів і такої кількості людей. Почервоніла вона, як вогник, і, коли князенко підвів її до свого тата-володаря та мами-володарки й почав говорити, що вибрав її собі за наречену, промовила в думці: "Імла — за мною, імла — передо мною" — й враз, немов під воду пішла, зникла, неначе ніколи й не стояла попліч з князенком. Тоді, невидима, майнула вона до виходу з палатних садів, щоб якнайшвидше прийти додому та вже не дати себе більше звести жодним чарам.</w:t>
      </w:r>
    </w:p>
    <w:p>
      <w:r>
        <w:br/>
        <w:t>Але князенко був хитріший за свого тата. Відчував він, що вона й тепер так несподівано з балу втече, як втекла минулого разу, й слід за собою замете. І тому звелів, як тільки та дівчина в палатних садах з’явиться,— перед виходом із саду вилити кілька бочок густого меду. Мовляв: як ускочить вона в мед, прилипне й тоді не матиме як утікати.</w:t>
      </w:r>
    </w:p>
    <w:p>
      <w:r>
        <w:br/>
        <w:t>Отож як вибігла невидима Попелюшка з саду, то й почула, що ніби хтось її вхопив за черевички. Смикнула вона ніжку раз, смикнула вдруге та, що була легесенька, як пушинка, висмикнула ногу з одного черевика, що так і вліпився в мед. А черевичок, як від неї відділився, враз став видимий. Слуги кинулись до нього, перелякана ж Попелюшка чкурнула чимдуж далі в одному черевичкові. Так і добігла вона, шкутильгаючи, просто додому. Зараз переодяглась у свої лахи, але від хвилювання забула свою золоту сукню всунути в горішок, золотий же черевичок від меду відмила й повісила сушитись над піччю.</w:t>
      </w:r>
    </w:p>
    <w:p>
      <w:r>
        <w:br/>
        <w:t>Аж незабаром повернула й мачуха з доньками. Такі схвильовані, такі роздратовані! І не глянули вони ні на перебраний мак, ні на Попелюшку, уст не зачиняли, тільки про дивовижну золоту панночку оповідали та осуджували, яка вона нечемна, що навіть від свого нареченого-князенка втекла!</w:t>
      </w:r>
    </w:p>
    <w:p>
      <w:r>
        <w:br/>
        <w:t>— І хто б вона могла бути? — повторювали раз по раз усі три.</w:t>
      </w:r>
    </w:p>
    <w:p>
      <w:r>
        <w:br/>
        <w:t>Аж тим часом ціле вдовине обійстя наповнилось несподіваними приїжджими гістьми. Були то палатні слуги й володареві гості, а між ними й сам князенко. Увійшов він зі своїм ловчим просто в хату до вдови, хоча майже нічого не побачив у хаті з позабиваними вікнами, однак привітався та й каже:</w:t>
      </w:r>
    </w:p>
    <w:p>
      <w:r>
        <w:br/>
        <w:t>— Невідома красуня в золотій сукні, що я її собі за дружину вибрав, стратила при виході з мого саду оцього золотого черевичка. Слід же другого черевичка та босої ніжки ведуть аж до цієї хати. Прошу ласкаво приміряти, щоб я знав, кому належить ніжка, що була в цьому черевику.</w:t>
      </w:r>
    </w:p>
    <w:p>
      <w:r>
        <w:br/>
        <w:t>Зраділи вдовині дочки, вмить роззулись, таж нічого з того не виходило: перша ледве-ледве натягла маленького черевичка на великий палець своєї ноги, а друга ніяк не могла всунути п’ятки. Бачила це вдова й непомітно під столом передала своїм донькам гострий-прегострий ніж. Тоді перша, думаючи, що як стане вона князівною, пішки нікуди ходити не буде, тільки в кареті їздитиме, без жалів відкроїла собі великого пальця, а її сестра відшматувала собі цілу п’ятку. Але не помогло й те: і покалічені ноги не могли вміститись у малесенькому черевичкові.</w:t>
      </w:r>
    </w:p>
    <w:p>
      <w:r>
        <w:br/>
        <w:t>Засмутився князенко, аж це йому ловчий і говорить:</w:t>
      </w:r>
    </w:p>
    <w:p>
      <w:r>
        <w:br/>
        <w:t>— Світлий пане, дивіться-но: таж тут ще одно дівча за припічком ховається. Може, то їй належить цей черевичок?!</w:t>
      </w:r>
    </w:p>
    <w:p>
      <w:r>
        <w:br/>
        <w:t>— Та Бог з вами! — закричала, махаючи на них обома руками, вдова.— То ж бо наша брудна Попелюшка. Лишіть її!</w:t>
      </w:r>
    </w:p>
    <w:p>
      <w:r>
        <w:br/>
        <w:t>Але тим часом ловчий побачив другого золотого черевичка, що сушився над піччю. Подав Попелюшці князенко черевичка, а Попелющина ніжка так і шугнула в нього!</w:t>
      </w:r>
    </w:p>
    <w:p>
      <w:r>
        <w:br/>
        <w:t>От зрадів тоді той князенко так, що й сказати не можна! Взяв ніжно за ручку Попелюшку та й говорить:</w:t>
      </w:r>
    </w:p>
    <w:p>
      <w:r>
        <w:br/>
        <w:t>— Вітаю ж тебе, моя наймиліша! Даремно ти мене соромилась і від мене тікала. Прошу ж тебе: не відмовляйся й будь моєю дружиною!</w:t>
      </w:r>
    </w:p>
    <w:p>
      <w:r>
        <w:br/>
        <w:t>Схилила Попелюшка красну голівку та бачить, що нема як далі викручуватись, й тихенько промовила:</w:t>
      </w:r>
    </w:p>
    <w:p>
      <w:r>
        <w:br/>
        <w:t>— Хай станеться, як бажає ясний князенко!</w:t>
      </w:r>
    </w:p>
    <w:p>
      <w:r>
        <w:br/>
        <w:t>Вхопила золоту сукню та черевички, вскочила в хату, вмить переодяглась й вийшла до князенка.</w:t>
      </w:r>
    </w:p>
    <w:p>
      <w:r>
        <w:br/>
        <w:t>Тоді вивів її князенко з хати, посадив у повіз — й понесли їх коні, як вихор. Так швидко вилетіли вони з вдовиного обійстя, що ні сама вдова, ні її доньки навіть не встигли й рота роззявити. Хотіли були Попелюшку наздоганяти — та дарма праці: мачуха була вже стара, а доньки обидві шкутильгали через порізані ноги. Так і лишились вони в хаті з широко роззявленими ротами, бо їм віддих у грудях від злості та досади сперся.</w:t>
      </w:r>
    </w:p>
    <w:p>
      <w:r>
        <w:br/>
        <w:t>А тим часом убога Попелюшка стала князівною, а потім і володаркою всієї країни. Тоді молодий володар роздав усім жебракам нові черевики й нові торби, як обіцяв, і з того часу в тій країні всі люди ходять обуті, а всі жебраки мають гарні писані торби.</w:t>
      </w:r>
    </w:p>
    <w:p>
      <w:r>
        <w:br/>
        <w:t>[16] Горсетки — тобто корсетки — верхній жіночий одяг, пошитий в талію з кольорової тканини.</w:t>
      </w:r>
    </w:p>
    <w:p>
      <w:r>
        <w:br/>
        <w:t>[17] Попередниця — фартух.</w:t>
      </w:r>
    </w:p>
    <w:p>
      <w:r>
        <w:br/>
        <w:t>[18] Обрус — скатертина.</w:t>
      </w:r>
    </w:p>
    <w:p>
      <w:r>
        <w:br/>
        <w:t>[19] Пописатись — показати себе.</w:t>
      </w:r>
    </w:p>
    <w:p>
      <w:r>
        <w:br/>
        <w:t>[20] Вистроїтись — гарно вбратись.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Попелюшка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