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Понад силу</w:t>
      </w:r>
    </w:p>
    <w:p>
      <w:r>
        <w:br/>
        <w:t xml:space="preserve"> &lt;p&gt;Солдат розбитої дивізії СС заблудився в лісі. Зовсім охлявши, він почав молитися:</w:t>
      </w:r>
    </w:p>
    <w:p>
      <w:r>
        <w:br/>
        <w:t>— Господи праведний, дай хоч до полону дістатися. Я спокутую всі свої гріхи. Каюсь — убивав неповинних, різав і грабував, але тепер хай мені всохне рука, коли я здійму її хоч на комаху...</w:t>
      </w:r>
    </w:p>
    <w:p>
      <w:r>
        <w:br/>
        <w:t>Щойно він скінчив молитися, як перед ним упав окраєць хліба. Солдат наївся і враз наприндився.</w:t>
      </w:r>
    </w:p>
    <w:p>
      <w:r>
        <w:br/>
        <w:t>— Тепер я хоч самого чорта не боюся, а попадись мені червоноармієць, я його, в бога...</w:t>
      </w:r>
    </w:p>
    <w:p>
      <w:r>
        <w:br/>
        <w:t>— А ти партизанів зустрічав? — почувся голос. Солдатові очі полізли на лоба.</w:t>
      </w:r>
    </w:p>
    <w:p>
      <w:r>
        <w:br/>
        <w:t>Із-за кущів вийшов парубчак у солом'яному брилі. — І цей дуба дав,— сказав він, чухаючи потилицю.— Як же мені напитати шлях до партизанів?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Понад силу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