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Помилився</w:t>
      </w:r>
    </w:p>
    <w:p>
      <w:r>
        <w:br/>
        <w:t xml:space="preserve"> &lt;p&gt;Під час літніх канікул я приїхав у село до бабусі в гості. А наступного ранку трапилася історія, про яку соромне розповідати. Поснідавши, я вийшов на вулицю. Огледівшись, відзначив про себе, що хлопці вже розбрелися хто-куди і спробуй-но їх тепер відшукати. Зиркнувши у кілька дворів і переконавшись, що дійсно нікого нема, пішов вулицею. Незабаром вийшов до тракторної бригади. Далі дорога завернула в перелісок. Вибираючи замашну ліщину для вудок, я слухав транзистор, що теліпався у мене на грудях, як раптом остовпів. За кілька кроків від мене стояло троє хлопців.</w:t>
      </w:r>
    </w:p>
    <w:p>
      <w:r>
        <w:br/>
        <w:t>"Нічого собі,— думаю перелякано.— Троє на одного. І обличчя у них замурзані, сердиті".</w:t>
      </w:r>
    </w:p>
    <w:p>
      <w:r>
        <w:br/>
        <w:t>— Ти чий будеш? — озвався нарешті рудий.</w:t>
      </w:r>
    </w:p>
    <w:p>
      <w:r>
        <w:br/>
        <w:t>Я мовчу, ніби вареником подавився. А потім як рвону назад, та й полетів сторч головою у рівчак — під ноги дрючок потрапив,— аж у голові загуло.</w:t>
      </w:r>
    </w:p>
    <w:p>
      <w:r>
        <w:br/>
        <w:t>Хлопці вибухнули сміхом.</w:t>
      </w:r>
    </w:p>
    <w:p>
      <w:r>
        <w:br/>
        <w:t>Швиденько вибрався на дорогу, обсмикнув сорочку, прилаштував на коліні розірвану штанину, потім міцно вперся ногами в землю, вхопив у руки міцну палюгу й попередив:</w:t>
      </w:r>
    </w:p>
    <w:p>
      <w:r>
        <w:br/>
        <w:t>— Не підходьте! Зі мною жарти погані. Ідіть своєю дорогою. Вам наліво, а мені направо.</w:t>
      </w:r>
    </w:p>
    <w:p>
      <w:r>
        <w:br/>
        <w:t>Хлопці з подивом дивилися на мене.</w:t>
      </w:r>
    </w:p>
    <w:p>
      <w:r>
        <w:br/>
        <w:t>— Міський? — запитали.</w:t>
      </w:r>
    </w:p>
    <w:p>
      <w:r>
        <w:br/>
        <w:t>"Причину вишуковують,— подумав я.— Скажи міський — будуть бити, тутешній — теж по голівці не погладять. Їм аби причина. А транзистор заберуть точно. Ба, он як поглядають. З сорочкою теж доведеться розпрощатися".</w:t>
      </w:r>
    </w:p>
    <w:p>
      <w:r>
        <w:br/>
        <w:t>Я сів на землю і заходився стягувати штани.</w:t>
      </w:r>
    </w:p>
    <w:p>
      <w:r>
        <w:br/>
        <w:t>— Беріть! — кинув їм.— Подавіться!</w:t>
      </w:r>
    </w:p>
    <w:p>
      <w:r>
        <w:br/>
        <w:t>І так мені стало жаль, що я спортом не займався. А скільки разів пропонували вступити в секцію. Тепер мав би розряд із боксу. Кілька прийомів, і вони лежали б у мене біля ніг і благали відпустити. Ну, нехай не боксом. Гантелі міг би тягати, штангу піднімати чи хоча б бігати на короткі дистанції. Так ні, у шахи грав. От тепер і мізкуй, як зробити мат у три ходи. Я знову примірявся до напарників і зрозумів, що одних штанів їм замало. Довелося скинути сорочку.</w:t>
      </w:r>
    </w:p>
    <w:p>
      <w:r>
        <w:br/>
        <w:t>— Подавіться! — крикнув.— Майже нова!</w:t>
      </w:r>
    </w:p>
    <w:p>
      <w:r>
        <w:br/>
        <w:t>Стою в майці, трусах, стрибаю на одній нозі, як лелека на болоті. І раптом мене "повело".</w:t>
      </w:r>
    </w:p>
    <w:p>
      <w:r>
        <w:br/>
        <w:t>— А вас малувато,— розмахую руками, ніби на рингу.</w:t>
      </w:r>
    </w:p>
    <w:p>
      <w:r>
        <w:br/>
        <w:t>Вони від здивування аж очі витріщили:</w:t>
      </w:r>
    </w:p>
    <w:p>
      <w:r>
        <w:br/>
        <w:t>— А ти звідки знаєш?</w:t>
      </w:r>
    </w:p>
    <w:p>
      <w:r>
        <w:br/>
        <w:t>— Від мене не сховаєтесь.</w:t>
      </w:r>
    </w:p>
    <w:p>
      <w:r>
        <w:br/>
        <w:t>Хлопці переглянулися.</w:t>
      </w:r>
    </w:p>
    <w:p>
      <w:r>
        <w:br/>
        <w:t>— Ти не хвилюйся,— сказав один.— Четвертий он сидить за дубом, ногу підвернув.</w:t>
      </w:r>
    </w:p>
    <w:p>
      <w:r>
        <w:br/>
        <w:t>— І чотирьох для мене мало,— кажу,— Боксом шостий рік займаюся. Усіх, як дрова, складу. Мотузки буду вити.</w:t>
      </w:r>
    </w:p>
    <w:p>
      <w:r>
        <w:br/>
        <w:t>Проте хлопці виявились міцними горішками. Взялися руками в боки, іржуть, мов коні. Я й сам мало не розсміявся, коли поглянув на себе збоку. В одязі було трішки серйозніше. А голому? Ноги худі. Руки ніби хворостини На такого дмухнеш — і сам впаде.</w:t>
      </w:r>
    </w:p>
    <w:p>
      <w:r>
        <w:br/>
        <w:t>— Жартівничок трапився,— кидають єхидно і підступають все ближче до мене. Ідуть, як стіна. Таких не те що кулаком чи палицею, а снарядом не проб'єш.</w:t>
      </w:r>
    </w:p>
    <w:p>
      <w:r>
        <w:br/>
        <w:t>— Давайте миром,— знову прошу.— Навіщо мені брати вас на свою совість. Це добре, коли обійдеться вибитими зубами чи тріснутою щелепою.</w:t>
      </w:r>
    </w:p>
    <w:p>
      <w:r>
        <w:br/>
        <w:t>— Артист! — продовжують мене оточувати.— Не бачить, з ким має справу. Ми ж тебе можемо в баранячий ріг скрутити. Чи ти, можливо, психований?</w:t>
      </w:r>
    </w:p>
    <w:p>
      <w:r>
        <w:br/>
        <w:t>— Це іще розберемося,— починаю тремтіти, як осиковий листок на вітрі. Відчуваю, що будуть бити.</w:t>
      </w:r>
    </w:p>
    <w:p>
      <w:r>
        <w:br/>
        <w:t>Я простягнув їм транзисторного радіоприймача.</w:t>
      </w:r>
    </w:p>
    <w:p>
      <w:r>
        <w:br/>
        <w:t>— Від серця відриваю,— попередив. Та не за свою шкуру тремчу, а за вашу. Батьків ваших жаль.</w:t>
      </w:r>
    </w:p>
    <w:p>
      <w:r>
        <w:br/>
        <w:t>Тут уже всі троє стиснули кулаки:</w:t>
      </w:r>
    </w:p>
    <w:p>
      <w:r>
        <w:br/>
        <w:t>— Замовкни, кузько,— сказав рудий,— Бач, який цирк влаштував.— І, поглянувши на своїх супутників, махнув рукою: — Кінчаймо цю комедію.</w:t>
      </w:r>
    </w:p>
    <w:p>
      <w:r>
        <w:br/>
        <w:t>Мене ніби хто молотком по лобі бахнув. Ніби хто зуба вирвав.</w:t>
      </w:r>
    </w:p>
    <w:p>
      <w:r>
        <w:br/>
        <w:t>— Одну хвилину,— прохаю.— Я зараз зроблю розминку.</w:t>
      </w:r>
    </w:p>
    <w:p>
      <w:r>
        <w:br/>
        <w:t>Хлопці здивувалися.</w:t>
      </w:r>
    </w:p>
    <w:p>
      <w:r>
        <w:br/>
        <w:t>— Що таке?</w:t>
      </w:r>
    </w:p>
    <w:p>
      <w:r>
        <w:br/>
        <w:t>— Розминатися буду.</w:t>
      </w:r>
    </w:p>
    <w:p>
      <w:r>
        <w:br/>
        <w:t>— Навіщо?</w:t>
      </w:r>
    </w:p>
    <w:p>
      <w:r>
        <w:br/>
        <w:t>— Перед боєм так кожен спортсмен робить,— пояснюю.— Щоб удар був сильним і точним. Щоб зв'язок не порвати. Невже ви думаєте, що після того як я вам наб'ю пики, у мене немає більше роботи? Дідька лисого! Попереду серйозні змагання із чемпіонами міст і областей.</w:t>
      </w:r>
    </w:p>
    <w:p>
      <w:r>
        <w:br/>
        <w:t>— Давай! — погоджуються, але пильно слідкують за тим, що я роблю.</w:t>
      </w:r>
    </w:p>
    <w:p>
      <w:r>
        <w:br/>
        <w:t>Довелося пригадувати всі моменти з тренувань спортсменів, які бачив у кінофільмах.</w:t>
      </w:r>
    </w:p>
    <w:p>
      <w:r>
        <w:br/>
        <w:t>Роблю сильні і швидкі помахи руками. Тридцять присідань. Лягаю на живіт і виписую ногами, ніби молоде лоша на болоті.</w:t>
      </w:r>
    </w:p>
    <w:p>
      <w:r>
        <w:br/>
        <w:t>Подіяло. Спочатку дивились, ніби барани на нові ворота, а потім почали пирхати і нарешті залились таким сміхом, що я оторопів.</w:t>
      </w:r>
    </w:p>
    <w:p>
      <w:r>
        <w:br/>
        <w:t>Найвищий, якого інші називали капітаном, зібрав мою одежу, взяв радіоприймач і щось хотів сказати. Мабуть, подати команду до наступу. Та я вчасно зупинив їх:</w:t>
      </w:r>
    </w:p>
    <w:p>
      <w:r>
        <w:br/>
        <w:t>— Останній номер.</w:t>
      </w:r>
    </w:p>
    <w:p>
      <w:r>
        <w:br/>
        <w:t>Усі знову завмерли. Я стаю на одне коліно, нахиляюся, другою ногою впираюся в землю й різко відштовхуюсь.</w:t>
      </w:r>
    </w:p>
    <w:p>
      <w:r>
        <w:br/>
        <w:t>Перескакую канаву. Тараню головою кущ ліщини і, вискочивши на галявину, петляв нею, як заєць. Перед тим, як шугонути в гущавину, встигаю помітити, що трійця теж успішно стартувала. Чути крик і якийсь лемент. Мабуть, погрози. Єдина моя надія — ноги.</w:t>
      </w:r>
    </w:p>
    <w:p>
      <w:r>
        <w:br/>
        <w:t>Але відчуваю, що стрибаю все повільніше і дихати стає так важко, ніби у бані в парилці. Нарешті знесилено валюся на землю.</w:t>
      </w:r>
    </w:p>
    <w:p>
      <w:r>
        <w:br/>
        <w:t>Мене обступили розпашілі хлопці.</w:t>
      </w:r>
    </w:p>
    <w:p>
      <w:r>
        <w:br/>
        <w:t>— Вставай,— наказують, насилу переводячи подих.— Не знаємо, як у тебе із боксом, а розряд із бігу точно можна присвоювати. Підводься!</w:t>
      </w:r>
    </w:p>
    <w:p>
      <w:r>
        <w:br/>
        <w:t>— Не можу,— насилу облизую язиком сухі губи.</w:t>
      </w:r>
    </w:p>
    <w:p>
      <w:r>
        <w:br/>
        <w:t>— Чому?</w:t>
      </w:r>
    </w:p>
    <w:p>
      <w:r>
        <w:br/>
        <w:t>— Секрет.</w:t>
      </w:r>
    </w:p>
    <w:p>
      <w:r>
        <w:br/>
        <w:t>Мене швиденько підхопили і поставили на ноги.</w:t>
      </w:r>
    </w:p>
    <w:p>
      <w:r>
        <w:br/>
        <w:t>— Одягайся!</w:t>
      </w:r>
    </w:p>
    <w:p>
      <w:r>
        <w:br/>
        <w:t>Довелося підкорятися.</w:t>
      </w:r>
    </w:p>
    <w:p>
      <w:r>
        <w:br/>
        <w:t>— А тепер змотуй звідси вудочки,— наказали, причепивши мені на плече транзистор.— Біжи!</w:t>
      </w:r>
    </w:p>
    <w:p>
      <w:r>
        <w:br/>
        <w:t>— Як? І вам нічого не треба від мене? — шепочу.</w:t>
      </w:r>
    </w:p>
    <w:p>
      <w:r>
        <w:br/>
        <w:t>— Нічого нам не треба,— сміються.— Ми тут череду колгоспну пасемо. Отож десь дві корови відбилися, міг їх і розшукуємо. Тому й хотіли тебе розпитати, чи ти не бачив їх.— І хлопці, поплескавши мене дружньо по плечу, подалися геть.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Помилився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