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Полтава</w:t>
      </w:r>
    </w:p>
    <w:p>
      <w:r>
        <w:br/>
        <w:t xml:space="preserve"> The power and glory of the war,&lt;br /&gt;</w:t>
        <w:br/>
        <w:t>Faithless as their vain votaries, men&lt;br /&gt;</w:t>
        <w:br/>
        <w:t>Had pass'd to the triumphant Czar.&lt;br /&gt;</w:t>
        <w:br/>
        <w:t>Byron*,</w:t>
      </w:r>
    </w:p>
    <w:p>
      <w:r>
        <w:br/>
        <w:t>* Влада і воєнна слава, зрадливі,</w:t>
      </w:r>
    </w:p>
    <w:p>
      <w:r>
        <w:br/>
        <w:t>як і люди, їх суєтні прихильники,</w:t>
      </w:r>
    </w:p>
    <w:p>
      <w:r>
        <w:br/>
        <w:t>перейшли на сторону переможного царя.</w:t>
      </w:r>
    </w:p>
    <w:p>
      <w:r>
        <w:br/>
        <w:t>Байрон.</w:t>
      </w:r>
    </w:p>
    <w:p>
      <w:r>
        <w:br/>
        <w:t>ПРИСВЯТА</w:t>
      </w:r>
    </w:p>
    <w:p>
      <w:r>
        <w:br/>
        <w:t>Тобі — та голос музи темний&lt;br /&gt;</w:t>
        <w:br/>
        <w:t>Чи ти почуєш віддалік?&lt;br /&gt;</w:t>
        <w:br/>
        <w:t>Чи слово це я надаремне,&lt;br /&gt;</w:t>
        <w:br/>
        <w:t>Як чистий дар, тобі прирік?&lt;br /&gt;</w:t>
        <w:br/>
        <w:t>Чи ця поетова присвята,&lt;br /&gt;</w:t>
        <w:br/>
        <w:t>Як в давні дні його любов,&lt;br /&gt;</w:t>
        <w:br/>
        <w:t>Своєю щирістю багата,&lt;br /&gt;</w:t>
        <w:br/>
        <w:t>Пройде невизнаною знов?</w:t>
      </w:r>
    </w:p>
    <w:p>
      <w:r>
        <w:br/>
        <w:t>То хоч послухай чисті звуки,&lt;br /&gt;</w:t>
        <w:br/>
        <w:t>Що так любила ти колись,&lt;br /&gt;</w:t>
        <w:br/>
        <w:t>І пам'ятай, що в дні розлуки&lt;br /&gt;</w:t>
        <w:br/>
        <w:t>Важкі шляхи мені сплелись,&lt;br /&gt;</w:t>
        <w:br/>
        <w:t>Твоя ж пустеля сумовита,&lt;br /&gt;</w:t>
        <w:br/>
        <w:t>І звуки слів, і злети мрій —&lt;br /&gt;</w:t>
        <w:br/>
        <w:t>Одна святиня серед світу,&lt;br /&gt;</w:t>
        <w:br/>
        <w:t>Одна любов в душі моїй.</w:t>
      </w:r>
    </w:p>
    <w:p>
      <w:r>
        <w:br/>
        <w:t>ПІСНЯ ПЕРША</w:t>
      </w:r>
    </w:p>
    <w:p>
      <w:r>
        <w:br/>
        <w:t>Багат і славен Кочубей 1,&lt;br /&gt;</w:t>
        <w:br/>
        <w:t>Для лук його межі немає;&lt;br /&gt;</w:t>
        <w:br/>
        <w:t>Там коней, втіху для очей,&lt;br /&gt;</w:t>
        <w:br/>
        <w:t>Без вартових він випасає.&lt;br /&gt;</w:t>
        <w:br/>
        <w:t>Немало в нього хуторів&lt;br /&gt;</w:t>
        <w:br/>
        <w:t>В садах полтавських неозорих,&lt;br /&gt;</w:t>
        <w:br/>
        <w:t>А скільки золотих скарбів&lt;br /&gt;</w:t>
        <w:br/>
        <w:t>І хутра, срібла та шовків&lt;br /&gt;</w:t>
        <w:br/>
        <w:t>І на показ, і по коморах!&lt;br /&gt;</w:t>
        <w:br/>
        <w:t>Та Кочубей живе не тим,&lt;br /&gt;</w:t>
        <w:br/>
        <w:t>Пишається не табунами,&lt;br /&gt;</w:t>
        <w:br/>
        <w:t>Не кримським золотом дзвінким,&lt;br /&gt;</w:t>
        <w:br/>
        <w:t>Не родовими хуторами, —&lt;br /&gt;</w:t>
        <w:br/>
        <w:t>Ні, донею серед людей&lt;br /&gt;</w:t>
        <w:br/>
        <w:t>Гордиться сивий Кочубей 2.</w:t>
      </w:r>
    </w:p>
    <w:p>
      <w:r>
        <w:br/>
        <w:t>В Полтаві, між красунь, вона&lt;br /&gt;</w:t>
        <w:br/>
        <w:t>Найкраща на дівочу вроду.&lt;br /&gt;</w:t>
        <w:br/>
        <w:t>Вона — мов квітка весняна,&lt;br /&gt;</w:t>
        <w:br/>
        <w:t>Що розцвіла до сонця сходу.&lt;br /&gt;</w:t>
        <w:br/>
        <w:t>Тополя київських висот —&lt;br /&gt;</w:t>
        <w:br/>
        <w:t>Її подоба. Крок Марії&lt;br /&gt;</w:t>
        <w:br/>
        <w:t>Мов плав лебежий в тиші вод,&lt;br /&gt;</w:t>
        <w:br/>
        <w:t>А то, як лань у час негод,&lt;br /&gt;</w:t>
        <w:br/>
        <w:t>Вона спішить в задумі мрії.&lt;br /&gt;</w:t>
        <w:br/>
        <w:t>Як піна — персів білина,&lt;br /&gt;</w:t>
        <w:br/>
        <w:t>Понад чолом ясним вона&lt;br /&gt;</w:t>
        <w:br/>
        <w:t>Звиває кучері, мов тучі,&lt;br /&gt;</w:t>
        <w:br/>
        <w:t>Уста — мов квітка у росі,&lt;br /&gt;</w:t>
        <w:br/>
        <w:t>А очі — як зірки жагучі.&lt;br /&gt;</w:t>
        <w:br/>
        <w:t>Та не лише за юнь в красі&lt;br /&gt;</w:t>
        <w:br/>
        <w:t>(Зав'яне цвіт) їй шана всюди, —&lt;br /&gt;</w:t>
        <w:br/>
        <w:t>І ласку має, і привіт,&lt;br /&gt;</w:t>
        <w:br/>
        <w:t>І за думок ясний політ&lt;br /&gt;</w:t>
        <w:br/>
        <w:t>Марію тиху люблять люди.&lt;br /&gt;</w:t>
        <w:br/>
        <w:t>Зате найкращих женихів&lt;br /&gt;</w:t>
        <w:br/>
        <w:t>Їй шле Вкраїна і Росія,&lt;br /&gt;</w:t>
        <w:br/>
        <w:t>Та од вінця, як з ланцюгів,&lt;br /&gt;</w:t>
        <w:br/>
        <w:t>Ляклива утіка Марія.&lt;br /&gt;</w:t>
        <w:br/>
        <w:t>Усім відмова женихам,&lt;br /&gt;</w:t>
        <w:br/>
        <w:t>І от — сватів шле гетьман сам 3.</w:t>
      </w:r>
    </w:p>
    <w:p>
      <w:r>
        <w:br/>
        <w:t>Старий він. Змучений літами,&lt;br /&gt;</w:t>
        <w:br/>
        <w:t>Війною, тяжкими трудами,&lt;br /&gt;</w:t>
        <w:br/>
        <w:t>Та почуття киплять, і знов&lt;br /&gt;</w:t>
        <w:br/>
        <w:t>Мазепа відчува любов.</w:t>
      </w:r>
    </w:p>
    <w:p>
      <w:r>
        <w:br/>
        <w:t>Жага у серці молодому&lt;br /&gt;</w:t>
        <w:br/>
        <w:t>Горить і гасне. В нім любов&lt;br /&gt;</w:t>
        <w:br/>
        <w:t>Минає і приходить знов,&lt;br /&gt;</w:t>
        <w:br/>
        <w:t>І він в захопленні новому.&lt;br /&gt;</w:t>
        <w:br/>
        <w:t>Та не на жарти, не на мить.&lt;br /&gt;</w:t>
        <w:br/>
        <w:t>Як юний запал легкокрилий,&lt;br /&gt;</w:t>
        <w:br/>
        <w:t>Старого серце клекотить,&lt;br /&gt;</w:t>
        <w:br/>
        <w:t>За довгий вік окаменіле.&lt;br /&gt;</w:t>
        <w:br/>
        <w:t>Повільно, вперто вирина&lt;br /&gt;</w:t>
        <w:br/>
        <w:t>Остання пристрасть огняна;&lt;br /&gt;</w:t>
        <w:br/>
        <w:t>Жаріння те не тліє, ясне,&lt;br /&gt;</w:t>
        <w:br/>
        <w:t>Лише з життям воно погасне.</w:t>
      </w:r>
    </w:p>
    <w:p>
      <w:r>
        <w:br/>
        <w:t>Не сарна в ліс густий заходить,&lt;br /&gt;</w:t>
        <w:br/>
        <w:t>Як від орла грозить біда,&lt;br /&gt;</w:t>
        <w:br/>
        <w:t>То по сінях Марія бродить,&lt;br /&gt;</w:t>
        <w:br/>
        <w:t>Тремтить, чекає, молода.</w:t>
      </w:r>
    </w:p>
    <w:p>
      <w:r>
        <w:br/>
        <w:t>І в невимовнім гніві з хати&lt;br /&gt;</w:t>
        <w:br/>
        <w:t>До неї враз виходить мати,&lt;br /&gt;</w:t>
        <w:br/>
        <w:t>Стискає міцно руку їй&lt;br /&gt;</w:t>
        <w:br/>
        <w:t>І каже: "Що він здумав, сивий,&lt;br /&gt;</w:t>
        <w:br/>
        <w:t>На що він зваживсь, нечестивий!&lt;br /&gt;</w:t>
        <w:br/>
        <w:t>Ні, відверну я гріх тяжкий!&lt;br /&gt;</w:t>
        <w:br/>
        <w:t>Він батьком був би і єдину&lt;br /&gt;</w:t>
        <w:br/>
        <w:t>Свою хрещеницю б жалів!&lt;br /&gt;</w:t>
        <w:br/>
        <w:t>Безумний! На останку днів&lt;br /&gt;</w:t>
        <w:br/>
        <w:t>Тебе він хоче за дружину!"&lt;br /&gt;</w:t>
        <w:br/>
        <w:t>І гнівній матері до ніг,&lt;br /&gt;</w:t>
        <w:br/>
        <w:t>Немов зів'яла квітка біла,&lt;br /&gt;</w:t>
        <w:br/>
        <w:t>Вся тремтячи, пополотніла,&lt;br /&gt;</w:t>
        <w:br/>
        <w:t>Марія впала на поріг.</w:t>
      </w:r>
    </w:p>
    <w:p>
      <w:r>
        <w:br/>
        <w:t>Опам'яталася, та й знову&lt;br /&gt;</w:t>
        <w:br/>
        <w:t>Затьмила очі; жодне слово&lt;br /&gt;</w:t>
        <w:br/>
        <w:t>Не лине з уст. Отець сумний&lt;br /&gt;</w:t>
        <w:br/>
        <w:t>І від тривоги зблідла мати&lt;br /&gt;</w:t>
        <w:br/>
        <w:t>Словами жах її тяжкий&lt;br /&gt;</w:t>
        <w:br/>
        <w:t>І смуток хочуть відігнати.&lt;br /&gt;</w:t>
        <w:br/>
        <w:t>Але дарма. Два довгих дні&lt;br /&gt;</w:t>
        <w:br/>
        <w:t>Ридала, наче вся в огні,&lt;br /&gt;</w:t>
        <w:br/>
        <w:t>Марія, не пила, не їла,&lt;br /&gt;</w:t>
        <w:br/>
        <w:t>Не знала сну, собі лишень&lt;br /&gt;</w:t>
        <w:br/>
        <w:t>Шептала щось. На третій день&lt;br /&gt;</w:t>
        <w:br/>
        <w:t>Її світлиця спорожніла.</w:t>
      </w:r>
    </w:p>
    <w:p>
      <w:r>
        <w:br/>
        <w:t>Ніхто не знав, куди і як&lt;br /&gt;</w:t>
        <w:br/>
        <w:t>Вона поділась. Лиш рибак&lt;br /&gt;</w:t>
        <w:br/>
        <w:t>Чув кінський тупіт серед ночі,&lt;br /&gt;</w:t>
        <w:br/>
        <w:t>Козацький голос та дівочий,&lt;br /&gt;</w:t>
        <w:br/>
        <w:t>І вранці слід восьми підків&lt;br /&gt;</w:t>
        <w:br/>
        <w:t>На луках росяних уздрів.</w:t>
      </w:r>
    </w:p>
    <w:p>
      <w:r>
        <w:br/>
        <w:t>Не тільки юності весна,&lt;br /&gt;</w:t>
        <w:br/>
        <w:t>Рум'янці, кучері злотисті,&lt;br /&gt;</w:t>
        <w:br/>
        <w:t>Бува, й стареча сивина,&lt;br /&gt;</w:t>
        <w:br/>
        <w:t>Рубці чола та очі млисті&lt;br /&gt;</w:t>
        <w:br/>
        <w:t>В душі жагучій, молодій&lt;br /&gt;</w:t>
        <w:br/>
        <w:t>Раптово будять пломінь мрій.</w:t>
      </w:r>
    </w:p>
    <w:p>
      <w:r>
        <w:br/>
        <w:t>І нагла чутка Кочубею&lt;br /&gt;</w:t>
        <w:br/>
        <w:t>Прийшла небавом так, як єсть:&lt;br /&gt;</w:t>
        <w:br/>
        <w:t>Вона забула сором, честь,&lt;br /&gt;</w:t>
        <w:br/>
        <w:t>І він — Мазепа — він із нею!&lt;br /&gt;</w:t>
        <w:br/>
        <w:t>Яка ганьба! Старі батьки&lt;br /&gt;</w:t>
        <w:br/>
        <w:t>Не хочуть вірити в чутки.&lt;br /&gt;</w:t>
        <w:br/>
        <w:t>Та правда перед них з'явилась&lt;br /&gt;</w:t>
        <w:br/>
        <w:t>У наготі своїй страшній,&lt;br /&gt;</w:t>
        <w:br/>
        <w:t>Душа злочинниці розкрилась&lt;br /&gt;</w:t>
        <w:br/>
        <w:t>Отцеві й матері старій.&lt;br /&gt;</w:t>
        <w:br/>
        <w:t>І всім було тоді не диво,&lt;br /&gt;</w:t>
        <w:br/>
        <w:t>Чому цуралася примхливо&lt;br /&gt;</w:t>
        <w:br/>
        <w:t>Вона сім'ї, як тих заков,&lt;br /&gt;</w:t>
        <w:br/>
        <w:t>І в таїні одна зітхала,&lt;br /&gt;</w:t>
        <w:br/>
        <w:t>До женихів, на їх любов,&lt;br /&gt;</w:t>
        <w:br/>
        <w:t>Мовчанням лиш відповідала;&lt;br /&gt;</w:t>
        <w:br/>
        <w:t>Чому так тихо за столом&lt;br /&gt;</w:t>
        <w:br/>
        <w:t>Лише Мазепу дослухала,&lt;br /&gt;</w:t>
        <w:br/>
        <w:t>Як добра бесіда гуляла&lt;br /&gt;</w:t>
        <w:br/>
        <w:t>І чаша пінилась вином;&lt;br /&gt;</w:t>
        <w:br/>
        <w:t>Чому вона завжди співала&lt;br /&gt;</w:t>
        <w:br/>
        <w:t>Його слова, його пісні,&lt;br /&gt;</w:t>
        <w:br/>
        <w:t>Котрі складав у ті він дні,&lt;br /&gt;</w:t>
        <w:br/>
        <w:t>Як слава ще його не знала;&lt;br /&gt;</w:t>
        <w:br/>
        <w:t>Чому в душі своїй живі&lt;br /&gt;</w:t>
        <w:br/>
        <w:t>Носила кличі бойові&lt;br /&gt;</w:t>
        <w:br/>
        <w:t>І дзвін литавр, що гучно лине&lt;br /&gt;</w:t>
        <w:br/>
        <w:t>Під бунчуком, при булаві&lt;br /&gt;</w:t>
        <w:br/>
        <w:t>Грізного владаря Вкраїни...4</w:t>
      </w:r>
    </w:p>
    <w:p>
      <w:r>
        <w:br/>
        <w:t>Багат і знатен Кочубей,&lt;br /&gt;</w:t>
        <w:br/>
        <w:t>Надійних має він людей!&lt;br /&gt;</w:t>
        <w:br/>
        <w:t>Свою омить він може славу,&lt;br /&gt;</w:t>
        <w:br/>
        <w:t>На повстання піднять Полтаву;&lt;br /&gt;</w:t>
        <w:br/>
        <w:t>Раптово посеред двірця&lt;br /&gt;</w:t>
        <w:br/>
        <w:t>Він може помстою отця&lt;br /&gt;</w:t>
        <w:br/>
        <w:t>Скарати гетьмана лихого;&lt;br /&gt;</w:t>
        <w:br/>
        <w:t>Він може десь на самоті&lt;br /&gt;</w:t>
        <w:br/>
        <w:t>Вразить... Та помисли не ті&lt;br /&gt;</w:t>
        <w:br/>
        <w:t>Він гріє біля серця свого.</w:t>
      </w:r>
    </w:p>
    <w:p>
      <w:r>
        <w:br/>
        <w:t>Була та буряна пора,&lt;br /&gt;</w:t>
        <w:br/>
        <w:t>Коли Росія в юні літа,&lt;br /&gt;</w:t>
        <w:br/>
        <w:t>Боріння полум'ям зігріта,&lt;br /&gt;</w:t>
        <w:br/>
        <w:t>Мужала з генієм Петра.&lt;br /&gt;</w:t>
        <w:br/>
        <w:t>Дано їй вчителя для слави,&lt;br /&gt;</w:t>
        <w:br/>
        <w:t>Суворий був та грізний він,&lt;br /&gt;</w:t>
        <w:br/>
        <w:t>І не один урок кривавий&lt;br /&gt;</w:t>
        <w:br/>
        <w:t>Завдав їй шведський паладин.&lt;br /&gt;</w:t>
        <w:br/>
        <w:t>Та в випробах тяжкої кари&lt;br /&gt;</w:t>
        <w:br/>
        <w:t>Від долі стерпівши удари,&lt;br /&gt;</w:t>
        <w:br/>
        <w:t>Зміцніла Русь. Так молот б'є:&lt;br /&gt;</w:t>
        <w:br/>
        <w:t>Він скло дробить, — булат кує.</w:t>
      </w:r>
    </w:p>
    <w:p>
      <w:r>
        <w:br/>
        <w:t>У славі марній та холодній&lt;br /&gt;</w:t>
        <w:br/>
        <w:t>Одважний Карл дійшов безодні.&lt;br /&gt;</w:t>
        <w:br/>
        <w:t>На древню рушив він Москву,&lt;br /&gt;</w:t>
        <w:br/>
        <w:t>І руські котяться дружини:&lt;br /&gt;</w:t>
        <w:br/>
        <w:t>Так вихор пил жене з долини&lt;br /&gt;</w:t>
        <w:br/>
        <w:t>І хилить в куряві траву.&lt;br /&gt;</w:t>
        <w:br/>
        <w:t>Ішов він тим шляхом широким,&lt;br /&gt;</w:t>
        <w:br/>
        <w:t>Де грізний муж у час новий&lt;br /&gt;</w:t>
        <w:br/>
        <w:t>Втікав назад ганебним кроком&lt;br /&gt;</w:t>
        <w:br/>
        <w:t>Назустріч гибелі своїй.</w:t>
      </w:r>
    </w:p>
    <w:p>
      <w:r>
        <w:br/>
        <w:t>Вкраїна глухо хвилювалась.&lt;br /&gt;</w:t>
        <w:br/>
        <w:t>Давно в ній іскра загорялась,&lt;br /&gt;</w:t>
        <w:br/>
        <w:t>Зухвалі друзі давнини&lt;br /&gt;</w:t>
        <w:br/>
        <w:t>Нової прагнули війни,&lt;br /&gt;</w:t>
        <w:br/>
        <w:t>Вимоги кидали чванливо,&lt;br /&gt;</w:t>
        <w:br/>
        <w:t>Щоб гетьман узи їх розбив,&lt;br /&gt;</w:t>
        <w:br/>
        <w:t>І Карла ждав нетерпеливо&lt;br /&gt;</w:t>
        <w:br/>
        <w:t>Їх нерозважливий порив.&lt;br /&gt;</w:t>
        <w:br/>
        <w:t>Навкруг Мазепи розтинався&lt;br /&gt;</w:t>
        <w:br/>
        <w:t>Свавільний крик: Пора! Пора!&lt;br /&gt;</w:t>
        <w:br/>
        <w:t>Та хитрий гетьман залишався&lt;br /&gt;</w:t>
        <w:br/>
        <w:t>Слугою відданим Петра.&lt;br /&gt;</w:t>
        <w:br/>
        <w:t>В спокою гордого личині&lt;br /&gt;</w:t>
        <w:br/>
        <w:t>Урядував він на Вкраїні,&lt;br /&gt;</w:t>
        <w:br/>
        <w:t>На поголоски не зважав,&lt;br /&gt;</w:t>
        <w:br/>
        <w:t>Байдуже пив, бенкетував.</w:t>
      </w:r>
    </w:p>
    <w:p>
      <w:r>
        <w:br/>
        <w:t>"Що ж гетьман? Він старий, безсилий!" —&lt;br /&gt;</w:t>
        <w:br/>
        <w:t>Казала молодь навкруги. —&lt;br /&gt;</w:t>
        <w:br/>
        <w:t>"Труди і літа погасили&lt;br /&gt;</w:t>
        <w:br/>
        <w:t>Вогонь колишньої снаги.&lt;br /&gt;</w:t>
        <w:br/>
        <w:t>Пощо тремтячою рукою&lt;br /&gt;</w:t>
        <w:br/>
        <w:t>Він носить славну булаву?&lt;br /&gt;</w:t>
        <w:br/>
        <w:t>Тепер би вдарити війною&lt;br /&gt;</w:t>
        <w:br/>
        <w:t>На злоненависну Москву!&lt;br /&gt;</w:t>
        <w:br/>
        <w:t>Коли б старий наш Дорошенко 5,&lt;br /&gt;</w:t>
        <w:br/>
        <w:t>Чи Самойлович молодий 6,&lt;br /&gt;</w:t>
        <w:br/>
        <w:t>Семен Палій 7, чи Гордієнко 8&lt;br /&gt;</w:t>
        <w:br/>
        <w:t>Були при владі військовій,&lt;br /&gt;</w:t>
        <w:br/>
        <w:t>Тоді б у сніжному завої&lt;br /&gt;</w:t>
        <w:br/>
        <w:t>Не мерли наші козаки,&lt;br /&gt;</w:t>
        <w:br/>
        <w:t>І Малоросії сумної&lt;br /&gt;</w:t>
        <w:br/>
        <w:t>Вже визволялись би полки" 9.</w:t>
      </w:r>
    </w:p>
    <w:p>
      <w:r>
        <w:br/>
        <w:t>Отак свавільна та гаряча&lt;br /&gt;</w:t>
        <w:br/>
        <w:t>Кричала молодість козача,&lt;br /&gt;</w:t>
        <w:br/>
        <w:t>Піддавшись пагубі оман,&lt;br /&gt;</w:t>
        <w:br/>
        <w:t>Забувши краю давній бран&lt;br /&gt;</w:t>
        <w:br/>
        <w:t>І при Богдані буйні збори,&lt;br /&gt;</w:t>
        <w:br/>
        <w:t>Священні битви й договори&lt;br /&gt;</w:t>
        <w:br/>
        <w:t>І сонце слави крізь туман.&lt;br /&gt;</w:t>
        <w:br/>
        <w:t>Та старість ходить обережно,&lt;br /&gt;</w:t>
        <w:br/>
        <w:t>І підозріливо зорить,&lt;br /&gt;</w:t>
        <w:br/>
        <w:t>Чого не можна й що належно,&lt;br /&gt;</w:t>
        <w:br/>
        <w:t>Вона не вирішає вмить,&lt;br /&gt;</w:t>
        <w:br/>
        <w:t>Хто в глибину морську погожу&lt;br /&gt;</w:t>
        <w:br/>
        <w:t>Пройде в просторі льодовім?&lt;br /&gt;</w:t>
        <w:br/>
        <w:t>Хто бистрим розумом своїм&lt;br /&gt;</w:t>
        <w:br/>
        <w:t>Впізна безодню зловорожу&lt;br /&gt;</w:t>
        <w:br/>
        <w:t>Душі підступної? У ній&lt;br /&gt;</w:t>
        <w:br/>
        <w:t>Чуттів колишніх буревій&lt;br /&gt;</w:t>
        <w:br/>
        <w:t>Лежить захований глибоко,&lt;br /&gt;</w:t>
        <w:br/>
        <w:t>І давніх здійснення надій,&lt;br /&gt;</w:t>
        <w:br/>
        <w:t>Можливо, зріє одиноко.&lt;br /&gt;</w:t>
        <w:br/>
        <w:t>Та, затаївши зло в думках,&lt;br /&gt;</w:t>
        <w:br/>
        <w:t>Чим хитрий гетьман брехливіший,&lt;br /&gt;</w:t>
        <w:br/>
        <w:t>Тим в поведінці він простіший&lt;br /&gt;</w:t>
        <w:br/>
        <w:t>І спокійніший у речах.&lt;br /&gt;</w:t>
        <w:br/>
        <w:t>Як він уміє самовладно&lt;br /&gt;</w:t>
        <w:br/>
        <w:t>В серцях довіру викликать,&lt;br /&gt;</w:t>
        <w:br/>
        <w:t>Думками править безоглядно&lt;br /&gt;</w:t>
        <w:br/>
        <w:t>І таємниці розкривать!&lt;br /&gt;</w:t>
        <w:br/>
        <w:t>Як він у щирості лукавій,&lt;br /&gt;</w:t>
        <w:br/>
        <w:t>В старечім колі, при вині&lt;br /&gt;</w:t>
        <w:br/>
        <w:t>Сумує по колишній славі&lt;br /&gt;</w:t>
        <w:br/>
        <w:t>І згадує минулі дні,&lt;br /&gt;</w:t>
        <w:br/>
        <w:t>Свободу славить з непокірним,&lt;br /&gt;</w:t>
        <w:br/>
        <w:t>Ганьбує владу із невірним,&lt;br /&gt;</w:t>
        <w:br/>
        <w:t>З озлілим — сльози пролива,&lt;br /&gt;</w:t>
        <w:br/>
        <w:t>З дурним — розумні ллє слова!&lt;br /&gt;</w:t>
        <w:br/>
        <w:t>Небагатьом, мабуть, відомо,&lt;br /&gt;</w:t>
        <w:br/>
        <w:t>Що буйний дух у нім кипить&lt;br /&gt;</w:t>
        <w:br/>
        <w:t>Що рад він ворогу свойому&lt;br /&gt;</w:t>
        <w:br/>
        <w:t>І чесно, і безчесно мстить,&lt;br /&gt;</w:t>
        <w:br/>
        <w:t>Що він образи ні одної&lt;br /&gt;</w:t>
        <w:br/>
        <w:t>Нікому в світі не простив,&lt;br /&gt;</w:t>
        <w:br/>
        <w:t>Що він в удаванім спокої&lt;br /&gt;</w:t>
        <w:br/>
        <w:t>Злочинні думи затаїв;&lt;br /&gt;</w:t>
        <w:br/>
        <w:t>Що він не відає святині,&lt;br /&gt;</w:t>
        <w:br/>
        <w:t>Що він не знає благостині,&lt;br /&gt;</w:t>
        <w:br/>
        <w:t>Що вірність гетьману чужа,&lt;br /&gt;</w:t>
        <w:br/>
        <w:t>Що кров ладен він лить, як воду,&lt;br /&gt;</w:t>
        <w:br/>
        <w:t>Що згорда топче він свободу,&lt;br /&gt;</w:t>
        <w:br/>
        <w:t>Що рідний край він зневажа.</w:t>
      </w:r>
    </w:p>
    <w:p>
      <w:r>
        <w:br/>
        <w:t>Думки страшні, мов чорні ночі,&lt;br /&gt;</w:t>
        <w:br/>
        <w:t>Він затаїв, як лютий звір,&lt;br /&gt;</w:t>
        <w:br/>
        <w:t>В душі своїй. Та інші очі&lt;br /&gt;</w:t>
        <w:br/>
        <w:t>Його впіймали хижий зір.</w:t>
      </w:r>
    </w:p>
    <w:p>
      <w:r>
        <w:br/>
        <w:t>"Ні, чорний яструбе, ні, враже! —&lt;br /&gt;</w:t>
        <w:br/>
        <w:t>Шепоче Кочубей слова, —&lt;br /&gt;</w:t>
        <w:br/>
        <w:t>Твоя світлиця в прах не ляже,&lt;br /&gt;</w:t>
        <w:br/>
        <w:t>Дочки темниця гробова;&lt;br /&gt;</w:t>
        <w:br/>
        <w:t>Ти не згориш серед пожару,&lt;br /&gt;</w:t>
        <w:br/>
        <w:t>Ти не подохнеш від удару&lt;br /&gt;</w:t>
        <w:br/>
        <w:t>Моєї шаблі й поготів;&lt;br /&gt;</w:t>
        <w:br/>
        <w:t>В руках московських злих катів&lt;br /&gt;</w:t>
        <w:br/>
        <w:t>Серед відмов, у темній крові,&lt;br /&gt;</w:t>
        <w:br/>
        <w:t>На дибі скорчишся в півслові,&lt;br /&gt;</w:t>
        <w:br/>
        <w:t>Ти проклянеш і день, і час,&lt;br /&gt;</w:t>
        <w:br/>
        <w:t>Коли дочку хрестив у нас,&lt;br /&gt;</w:t>
        <w:br/>
        <w:t>І той бенкет, де чесну чашу&lt;br /&gt;</w:t>
        <w:br/>
        <w:t>Тобі сповна я наливав,&lt;br /&gt;</w:t>
        <w:br/>
        <w:t>І ніч, коли голубку нашу&lt;br /&gt;</w:t>
        <w:br/>
        <w:t>Ти, яструб хижий, заклював!.."</w:t>
      </w:r>
    </w:p>
    <w:p>
      <w:r>
        <w:br/>
        <w:t>Так! Дні були, що з Кочубеєм&lt;br /&gt;</w:t>
        <w:br/>
        <w:t>Був друг Мазепа; з давнини,&lt;br /&gt;</w:t>
        <w:br/>
        <w:t>Як сіллю, хлібом і єлеєм,&lt;br /&gt;</w:t>
        <w:br/>
        <w:t>Ділились мріями вони.&lt;br /&gt;</w:t>
        <w:br/>
        <w:t>На полі бою вірні коні&lt;br /&gt;</w:t>
        <w:br/>
        <w:t>Їх поруч крізь огонь несли,&lt;br /&gt;</w:t>
        <w:br/>
        <w:t>Розмови довгі у безсонні&lt;br /&gt;</w:t>
        <w:br/>
        <w:t>На самоті вони вели.&lt;br /&gt;</w:t>
        <w:br/>
        <w:t>Упевнений у Кочубеї,&lt;br /&gt;</w:t>
        <w:br/>
        <w:t>Душі бездонної своєї&lt;br /&gt;</w:t>
        <w:br/>
        <w:t>Частину гетьман відкривав,&lt;br /&gt;</w:t>
        <w:br/>
        <w:t>Про переміну Дуже скору,&lt;br /&gt;</w:t>
        <w:br/>
        <w:t>Про перемови й непокору&lt;br /&gt;</w:t>
        <w:br/>
        <w:t>Словами темними казав.&lt;br /&gt;</w:t>
        <w:br/>
        <w:t>Так, серце Кочубея вірне&lt;br /&gt;</w:t>
        <w:br/>
        <w:t>Було за тих часів йому.&lt;br /&gt;</w:t>
        <w:br/>
        <w:t>Тепер злоби чуття незмірне&lt;br /&gt;</w:t>
        <w:br/>
        <w:t>Не спогадань печаль німу,&lt;br /&gt;</w:t>
        <w:br/>
        <w:t>А помсту родить; він голубить&lt;br /&gt;</w:t>
        <w:br/>
        <w:t>Єдину думку неспроста:&lt;br /&gt;</w:t>
        <w:br/>
        <w:t>Чи сам загине, чи погубить, —&lt;br /&gt;</w:t>
        <w:br/>
        <w:t>А за дочку надійде мста.</w:t>
      </w:r>
    </w:p>
    <w:p>
      <w:r>
        <w:br/>
        <w:t>Але свою завзяту злобу&lt;br /&gt;</w:t>
        <w:br/>
        <w:t>Він міцно в серці затаїв.&lt;br /&gt;</w:t>
        <w:br/>
        <w:t>"В журбі безсилій жде він гробу,&lt;br /&gt;</w:t>
        <w:br/>
        <w:t>Кінця своїх нещасних днів.&lt;br /&gt;</w:t>
        <w:br/>
        <w:t>Він зла Мазепі не бажає;&lt;br /&gt;</w:t>
        <w:br/>
        <w:t>Лиш на дочці лежить вина.&lt;br /&gt;</w:t>
        <w:br/>
        <w:t>Та він дочку також прощає:&lt;br /&gt;</w:t>
        <w:br/>
        <w:t>Хай богу дасть одвіт вона,&lt;br /&gt;</w:t>
        <w:br/>
        <w:t>Що занедбала честь і сором,&lt;br /&gt;</w:t>
        <w:br/>
        <w:t>Закони неба і землі!.."</w:t>
      </w:r>
    </w:p>
    <w:p>
      <w:r>
        <w:br/>
        <w:t>Тимчасом він орлиним зором&lt;br /&gt;</w:t>
        <w:br/>
        <w:t>В домашнім колі, при столі,&lt;br /&gt;</w:t>
        <w:br/>
        <w:t>Товаришів шука відважних,&lt;br /&gt;</w:t>
        <w:br/>
        <w:t>Несхитних, вірних, непродажних.&lt;br /&gt;</w:t>
        <w:br/>
        <w:t>У всім він звірився жоні 10:&lt;br /&gt;</w:t>
        <w:br/>
        <w:t>Давно в глибокій тишині&lt;br /&gt;</w:t>
        <w:br/>
        <w:t>Донос на гетьмана він пише;&lt;br /&gt;</w:t>
        <w:br/>
        <w:t>І, по-жіночи запальна,&lt;br /&gt;</w:t>
        <w:br/>
        <w:t>Його підбурює жона&lt;br /&gt;</w:t>
        <w:br/>
        <w:t>Відплату довершить скоріше;&lt;br /&gt;</w:t>
        <w:br/>
        <w:t>Як надійде пора нічна,&lt;br /&gt;</w:t>
        <w:br/>
        <w:t>Неначе дух, йому вона&lt;br /&gt;</w:t>
        <w:br/>
        <w:t>Про помсту шепче й дорікає.&lt;br /&gt;</w:t>
        <w:br/>
        <w:t>І сльози ллє, і запевняє,&lt;br /&gt;</w:t>
        <w:br/>
        <w:t>І вимагає клятв, — і їй&lt;br /&gt;</w:t>
        <w:br/>
        <w:t>Клянеться Кочубей старий.</w:t>
      </w:r>
    </w:p>
    <w:p>
      <w:r>
        <w:br/>
        <w:t>Удар обдумано. В розмові&lt;br /&gt;</w:t>
        <w:br/>
        <w:t>З ним Іскра 11 заодно стоїть,&lt;br /&gt;</w:t>
        <w:br/>
        <w:t>Обидва мислять так: "Готові&lt;br /&gt;</w:t>
        <w:br/>
        <w:t>Розправу з ворогом чинить.&lt;br /&gt;</w:t>
        <w:br/>
        <w:t>Але покластися на кого,&lt;br /&gt;</w:t>
        <w:br/>
        <w:t>Хто, для загального добра,&lt;br /&gt;</w:t>
        <w:br/>
        <w:t>Донос на владаря лихого&lt;br /&gt;</w:t>
        <w:br/>
        <w:t>До ніг могутнього Петра&lt;br /&gt;</w:t>
        <w:br/>
        <w:t>Складе, забувши осторогу?"</w:t>
      </w:r>
    </w:p>
    <w:p>
      <w:r>
        <w:br/>
        <w:t>Поміж полтавських козаків,&lt;br /&gt;</w:t>
        <w:br/>
        <w:t>Що їх зневажила Марія,&lt;br /&gt;</w:t>
        <w:br/>
        <w:t>В одного з юності років&lt;br /&gt;</w:t>
        <w:br/>
        <w:t>Кохання розцвіло, як мрія.&lt;br /&gt;</w:t>
        <w:br/>
        <w:t>В світання час, по вечорах,&lt;br /&gt;</w:t>
        <w:br/>
        <w:t>Десь над рікою, в яворах,&lt;br /&gt;</w:t>
        <w:br/>
        <w:t>В тіні черешень серед саду&lt;br /&gt;</w:t>
        <w:br/>
        <w:t>Бувало він Марію ждав&lt;br /&gt;</w:t>
        <w:br/>
        <w:t>І в тім жданні один страждав,&lt;br /&gt;</w:t>
        <w:br/>
        <w:t>В короткій стрічі мав розраду.&lt;br /&gt;</w:t>
        <w:br/>
        <w:t>Без сподівань її любив,&lt;br /&gt;</w:t>
        <w:br/>
        <w:t>Не докучав він їй мольбою:&lt;br /&gt;</w:t>
        <w:br/>
        <w:t>Відмови б він не пережив.&lt;br /&gt;</w:t>
        <w:br/>
        <w:t>А як наїхали юрбою&lt;br /&gt;</w:t>
        <w:br/>
        <w:t>До неї женихи, то він,&lt;br /&gt;</w:t>
        <w:br/>
        <w:t>Нещасний, зник у безнадії.&lt;br /&gt;</w:t>
        <w:br/>
        <w:t>Коли ж той поголос, як дзвін,&lt;br /&gt;</w:t>
        <w:br/>
        <w:t>Розніс ганьбу страшну Марії,&lt;br /&gt;</w:t>
        <w:br/>
        <w:t>І розтинався сміх людський&lt;br /&gt;</w:t>
        <w:br/>
        <w:t>В жорстокім натовпі повсюди, —&lt;br /&gt;</w:t>
        <w:br/>
        <w:t>Зостався вірним без облуди&lt;br /&gt;</w:t>
        <w:br/>
        <w:t>Любові бранець молодий.&lt;br /&gt;</w:t>
        <w:br/>
        <w:t>Якщо ж при нім хто випадково&lt;br /&gt;</w:t>
        <w:br/>
        <w:t>Ім'я Мазепи споминав,&lt;br /&gt;</w:t>
        <w:br/>
        <w:t>То мовчки він білів раптово&lt;br /&gt;</w:t>
        <w:br/>
        <w:t>І зір додолу опускав.</w:t>
      </w:r>
    </w:p>
    <w:p>
      <w:r>
        <w:br/>
        <w:t>Хто під зірками, в тишині,&lt;br /&gt;</w:t>
        <w:br/>
        <w:t>Так пізно їде на коні?&lt;br /&gt;</w:t>
        <w:br/>
        <w:t>То чий же кінь невтомно лине&lt;br /&gt;</w:t>
        <w:br/>
        <w:t>Через байраки та долини?</w:t>
      </w:r>
    </w:p>
    <w:p>
      <w:r>
        <w:br/>
        <w:t>На північ править він коня,&lt;br /&gt;</w:t>
        <w:br/>
        <w:t>Ніде на спочив не спиня,&lt;br /&gt;</w:t>
        <w:br/>
        <w:t>Ні в чистім полі, ні в діброві,&lt;br /&gt;</w:t>
        <w:br/>
        <w:t>Де переправи випадкові.</w:t>
      </w:r>
    </w:p>
    <w:p>
      <w:r>
        <w:br/>
        <w:t>Мов скло, блищить його булат,&lt;br /&gt;</w:t>
        <w:br/>
        <w:t>Мішок дзвенить копитам в лад,&lt;br /&gt;</w:t>
        <w:br/>
        <w:t>І жвавий кінь біжить охоче.&lt;br /&gt;</w:t>
        <w:br/>
        <w:t>Густою гривою тріпоче.</w:t>
      </w:r>
    </w:p>
    <w:p>
      <w:r>
        <w:br/>
        <w:t>Потрібне золото гінцю,&lt;br /&gt;</w:t>
        <w:br/>
        <w:t>Булат — утіха молодцю,&lt;br /&gt;</w:t>
        <w:br/>
        <w:t>А кінь — утіха ще миліша,&lt;br /&gt;</w:t>
        <w:br/>
        <w:t>Та шапка в нього найцінніша.</w:t>
      </w:r>
    </w:p>
    <w:p>
      <w:r>
        <w:br/>
        <w:t>За шапку він лишити рад&lt;br /&gt;</w:t>
        <w:br/>
        <w:t>Коня, червінці, свій булат,&lt;br /&gt;</w:t>
        <w:br/>
        <w:t>А шапку видасть тільки з бою&lt;br /&gt;</w:t>
        <w:br/>
        <w:t>І то разом із головою.</w:t>
      </w:r>
    </w:p>
    <w:p>
      <w:r>
        <w:br/>
        <w:t>А що тій шапці за ціна? —&lt;br /&gt;</w:t>
        <w:br/>
        <w:t>У ній важлива таїна,&lt;br /&gt;</w:t>
        <w:br/>
        <w:t>Донос на лиходія правий&lt;br /&gt;</w:t>
        <w:br/>
        <w:t>Царю Петрові із Полтави.</w:t>
      </w:r>
    </w:p>
    <w:p>
      <w:r>
        <w:br/>
        <w:t>Не знаючи, що близько грім&lt;br /&gt;</w:t>
        <w:br/>
        <w:t>І не сполоханий нічим,&lt;br /&gt;</w:t>
        <w:br/>
        <w:t>Мазепа, знай, готує лихо.&lt;br /&gt;</w:t>
        <w:br/>
        <w:t>З ним єзуїт 12 у час нічний&lt;br /&gt;</w:t>
        <w:br/>
        <w:t>Народний бунт готує тихо&lt;br /&gt;</w:t>
        <w:br/>
        <w:t>І обіцяє трон хиткий.&lt;br /&gt;</w:t>
        <w:br/>
        <w:t>У тьмі, як чорні лиходії,&lt;br /&gt;</w:t>
        <w:br/>
        <w:t>Вони оцінюють події,&lt;br /&gt;</w:t>
        <w:br/>
        <w:t>Ще ні світанок, ні зоря,&lt;br /&gt;</w:t>
        <w:br/>
        <w:t>Складають шифр універсалів 13,&lt;br /&gt;</w:t>
        <w:br/>
        <w:t>Цінують голову царя&lt;br /&gt;</w:t>
        <w:br/>
        <w:t>І продають життя васалів.&lt;br /&gt;</w:t>
        <w:br/>
        <w:t>Убогий старець у двірець,&lt;br /&gt;</w:t>
        <w:br/>
        <w:t>Не знати звідки, часто ходить,&lt;br /&gt;</w:t>
        <w:br/>
        <w:t>І Орлик 14, справ усіх знавець,&lt;br /&gt;</w:t>
        <w:br/>
        <w:t>Його заводить і відводить.&lt;br /&gt;</w:t>
        <w:br/>
        <w:t>Отруту всюди потайну&lt;br /&gt;</w:t>
        <w:br/>
        <w:t>Гетьманські слуги розсівають:&lt;br /&gt;</w:t>
        <w:br/>
        <w:t>Там із Булаві ним 15 здіймають&lt;br /&gt;</w:t>
        <w:br/>
        <w:t>Козацькі бунти на Дону;&lt;br /&gt;</w:t>
        <w:br/>
        <w:t>Там будять диких орд відвагу,&lt;br /&gt;</w:t>
        <w:br/>
        <w:t>Там, за порогами Дніпра,&lt;br /&gt;</w:t>
        <w:br/>
        <w:t>Лякають вольную ватагу&lt;br /&gt;</w:t>
        <w:br/>
        <w:t>Самодержавністю Петра.</w:t>
      </w:r>
    </w:p>
    <w:p>
      <w:r>
        <w:br/>
        <w:t>Мазепа поглядом ширяє&lt;br /&gt;</w:t>
        <w:br/>
        <w:t>І шле листи із краю в край:&lt;br /&gt;</w:t>
        <w:br/>
        <w:t>В погрозі хитрій підіймає&lt;br /&gt;</w:t>
        <w:br/>
        <w:t>Він на Москву Бахчисарай.&lt;br /&gt;</w:t>
        <w:br/>
        <w:t>Король його в Варшаві знає,&lt;br /&gt;</w:t>
        <w:br/>
        <w:t>В старім Очакові паша,&lt;br /&gt;</w:t>
        <w:br/>
        <w:t>У стані Карл і цар. Не має&lt;br /&gt;</w:t>
        <w:br/>
        <w:t>Спокою гетьмана душа;&lt;br /&gt;</w:t>
        <w:br/>
        <w:t>Усі він зважує надії,&lt;br /&gt;</w:t>
        <w:br/>
        <w:t>Вірніш готує свій удар;&lt;br /&gt;</w:t>
        <w:br/>
        <w:t>Лиха в нім воля не слабіє&lt;br /&gt;</w:t>
        <w:br/>
        <w:t>І не згаса злочинний жар.</w:t>
      </w:r>
    </w:p>
    <w:p>
      <w:r>
        <w:br/>
        <w:t>Та як здригнувсь він, стрепенувся,&lt;br /&gt;</w:t>
        <w:br/>
        <w:t>Коли здаля йому почувся&lt;br /&gt;</w:t>
        <w:br/>
        <w:t>Раптовий грім! Коли йому,&lt;br /&gt;</w:t>
        <w:br/>
        <w:t>Росії ворогу тому,&lt;br /&gt;</w:t>
        <w:br/>
        <w:t>Вельможі руські 16 надіслали&lt;br /&gt;</w:t>
        <w:br/>
        <w:t>В Полтаві писаний донос&lt;br /&gt;</w:t>
        <w:br/>
        <w:t>І замість праведних погроз,&lt;br /&gt;</w:t>
        <w:br/>
        <w:t>Як жертві, ласку обіцяли;&lt;br /&gt;</w:t>
        <w:br/>
        <w:t>І, ратним відданий ділам,&lt;br /&gt;</w:t>
        <w:br/>
        <w:t>Не давши віри тим словам,&lt;br /&gt;</w:t>
        <w:br/>
        <w:t>Що правду щиру повістили,&lt;br /&gt;</w:t>
        <w:br/>
        <w:t>Сам цар Іуду утішав&lt;br /&gt;</w:t>
        <w:br/>
        <w:t>І карою бентежні сили&lt;br /&gt;</w:t>
        <w:br/>
        <w:t>Утихомирить обіцяв.</w:t>
      </w:r>
    </w:p>
    <w:p>
      <w:r>
        <w:br/>
        <w:t>Мазепа, ніби раб покірний,&lt;br /&gt;</w:t>
        <w:br/>
        <w:t>Цареві пише, лицемірний:&lt;br /&gt;</w:t>
        <w:br/>
        <w:t>"І знає бог, і видить світ:&lt;br /&gt;</w:t>
        <w:br/>
        <w:t>Він, бідний гетьман, двадцять&lt;br /&gt;</w:t>
        <w:br/>
        <w:t>Служив цареві чесно, вірно,&lt;br /&gt;</w:t>
        <w:br/>
        <w:t>Його щедротами безмірно&lt;br /&gt;</w:t>
        <w:br/>
        <w:t>Піднесений до висоти.&lt;br /&gt;</w:t>
        <w:br/>
        <w:t>Яка ж злоба панує нині!&lt;br /&gt;</w:t>
        <w:br/>
        <w:t>Хіба ж йому при домовині&lt;br /&gt;</w:t>
        <w:br/>
        <w:t>В науку підлих зрад іти&lt;br /&gt;</w:t>
        <w:br/>
        <w:t>І затемняти чесну славу?&lt;br /&gt;</w:t>
        <w:br/>
        <w:t>То ж він помогу Станіславу 17&lt;br /&gt;</w:t>
        <w:br/>
        <w:t>У перемовах відхилив,&lt;br /&gt;</w:t>
        <w:br/>
        <w:t>Не захотів королювання&lt;br /&gt;</w:t>
        <w:br/>
        <w:t>І потаємне листування&lt;br /&gt;</w:t>
        <w:br/>
        <w:t>На розсуд відіслав царів?&lt;br /&gt;</w:t>
        <w:br/>
        <w:t>Чи то ж не він підмову хана 18&lt;br /&gt;</w:t>
        <w:br/>
        <w:t>І царгородського султана&lt;br /&gt;</w:t>
        <w:br/>
        <w:t>Відрік? Він, чистий, як зоря,&lt;br /&gt;</w:t>
        <w:br/>
        <w:t>За славу білого царя&lt;br /&gt;</w:t>
        <w:br/>
        <w:t>Готовий завжди стать до бою,&lt;br /&gt;</w:t>
        <w:br/>
        <w:t>Життя віддать і труд тяжкий,&lt;br /&gt;</w:t>
        <w:br/>
        <w:t>Йому ж той ворог навісний&lt;br /&gt;</w:t>
        <w:br/>
        <w:t>Вкриває голову ганьбою!&lt;br /&gt;</w:t>
        <w:br/>
        <w:t>І хто ж то? Іскра, Кочубей!&lt;br /&gt;</w:t>
        <w:br/>
        <w:t>А звались друзями, братами!.."&lt;br /&gt;</w:t>
        <w:br/>
        <w:t>І з кровожерними сльозами,&lt;br /&gt;</w:t>
        <w:br/>
        <w:t>В зухвалій злобності своїй,&lt;br /&gt;</w:t>
        <w:br/>
        <w:t>Їх страти просить лиходій...19</w:t>
      </w:r>
    </w:p>
    <w:p>
      <w:r>
        <w:br/>
        <w:t>Їх страти?.. Старче многолітній!&lt;br /&gt;</w:t>
        <w:br/>
        <w:t>Чию дочку цілуєш ти?&lt;br /&gt;</w:t>
        <w:br/>
        <w:t>Та серце, повне глухоти,&lt;br /&gt;</w:t>
        <w:br/>
        <w:t>Ховає докір неодвітний.&lt;br /&gt;</w:t>
        <w:br/>
        <w:t>Він каже: "Хоче в боротьбі&lt;br /&gt;</w:t>
        <w:br/>
        <w:t>Зо мною мірятись, безумець!&lt;br /&gt;</w:t>
        <w:br/>
        <w:t>Сокиру гострить, вільнодумець,&lt;br /&gt;</w:t>
        <w:br/>
        <w:t>Він сам на голову собі!&lt;br /&gt;</w:t>
        <w:br/>
        <w:t>Куди біжить, закривши очі?&lt;br /&gt;</w:t>
        <w:br/>
        <w:t>Які за ним підуть охочі?&lt;br /&gt;</w:t>
        <w:br/>
        <w:t>Чи, може... Ні, дочки любов&lt;br /&gt;</w:t>
        <w:br/>
        <w:t>Сивин отецьких не відкупить,&lt;br /&gt;</w:t>
        <w:br/>
        <w:t>Коханець гетьману відступить,&lt;br /&gt;</w:t>
        <w:br/>
        <w:t>А ні — моя проллється кров".</w:t>
      </w:r>
    </w:p>
    <w:p>
      <w:r>
        <w:br/>
        <w:t>Маріє, бідна ж ти, Маріє,&lt;br /&gt;</w:t>
        <w:br/>
        <w:t>Красо черкаської землі!&lt;br /&gt;</w:t>
        <w:br/>
        <w:t>Не знаєш ти, якого змія&lt;br /&gt;</w:t>
        <w:br/>
        <w:t>Голубиш у нічній імлі,&lt;br /&gt;</w:t>
        <w:br/>
        <w:t>До нього пристрастю окута!&lt;br /&gt;</w:t>
        <w:br/>
        <w:t>Його ж душа розпутна й люта!&lt;br /&gt;</w:t>
        <w:br/>
        <w:t>Кому ти, кинувши сім'ю,&lt;br /&gt;</w:t>
        <w:br/>
        <w:t>Дала на жертву юнь свою?&lt;br /&gt;</w:t>
        <w:br/>
        <w:t>Його хвилястий сивий волос,&lt;br /&gt;</w:t>
        <w:br/>
        <w:t>Його лукаво-ніжний голос,&lt;br /&gt;</w:t>
        <w:br/>
        <w:t>І зморшки темного чола,&lt;br /&gt;</w:t>
        <w:br/>
        <w:t>І поглядів жагуча мла&lt;br /&gt;</w:t>
        <w:br/>
        <w:t>Тебе навіки полонили.&lt;br /&gt;</w:t>
        <w:br/>
        <w:t>Забула матір ти для них,&lt;br /&gt;</w:t>
        <w:br/>
        <w:t>Віддавши отчий вік похилий&lt;br /&gt;</w:t>
        <w:br/>
        <w:t>За ложе пристрасних утіх.&lt;br /&gt;</w:t>
        <w:br/>
        <w:t>Своїми дивними очима&lt;br /&gt;</w:t>
        <w:br/>
        <w:t>Тебе старий зачарував,&lt;br /&gt;</w:t>
        <w:br/>
        <w:t>Словами тихими своїми&lt;br /&gt;</w:t>
        <w:br/>
        <w:t>В тобі сумління він приспав.&lt;br /&gt;</w:t>
        <w:br/>
        <w:t>На нього дивишся побожно.&lt;br /&gt;</w:t>
        <w:br/>
        <w:t>В очах пашить кохання жар,&lt;br /&gt;</w:t>
        <w:br/>
        <w:t>Його лелієш безтривожно,&lt;br /&gt;</w:t>
        <w:br/>
        <w:t>Твоя ганьба — тобі як дар.&lt;br /&gt;</w:t>
        <w:br/>
        <w:t>Її несеш в собі, безсила,&lt;br /&gt;</w:t>
        <w:br/>
        <w:t>Як честь, — красуня молода,&lt;br /&gt;</w:t>
        <w:br/>
        <w:t>Ти чари ніжного стида&lt;br /&gt;</w:t>
        <w:br/>
        <w:t>В своїм падінні загубила...</w:t>
      </w:r>
    </w:p>
    <w:p>
      <w:r>
        <w:br/>
        <w:t>Що стид Марії? Що слова?&lt;br /&gt;</w:t>
        <w:br/>
        <w:t>Людські обмови — наче піна,&lt;br /&gt;</w:t>
        <w:br/>
        <w:t>Коли схиляється в коліна&lt;br /&gt;</w:t>
        <w:br/>
        <w:t>Гетьманська горда голова,&lt;br /&gt;</w:t>
        <w:br/>
        <w:t>Як з нею гетьман забуває&lt;br /&gt;</w:t>
        <w:br/>
        <w:t>Своєї долі труд і шум,&lt;br /&gt;</w:t>
        <w:br/>
        <w:t>Чи таємниці грізних дум&lt;br /&gt;</w:t>
        <w:br/>
        <w:t>На самоті їй розкриває?&lt;br /&gt;</w:t>
        <w:br/>
        <w:t>І днів невинних їй не жаль,&lt;br /&gt;</w:t>
        <w:br/>
        <w:t>І душу їй одна печаль,&lt;br /&gt;</w:t>
        <w:br/>
        <w:t>Бува, як туча, затемняє:&lt;br /&gt;</w:t>
        <w:br/>
        <w:t>Вона зажурених, старих&lt;br /&gt;</w:t>
        <w:br/>
        <w:t>Отця і матір уявляє;&lt;br /&gt;</w:t>
        <w:br/>
        <w:t>Вона крізь сльози бачить їх,&lt;br /&gt;</w:t>
        <w:br/>
        <w:t>Бездітних тих батьків своїх,&lt;br /&gt;</w:t>
        <w:br/>
        <w:t>До їх печалів дослухає...&lt;br /&gt;</w:t>
        <w:br/>
        <w:t>О, чом не відає вона&lt;br /&gt;</w:t>
        <w:br/>
        <w:t>Того, що знає вся Вкраїна!&lt;br /&gt;</w:t>
        <w:br/>
        <w:t>Ні! Тайни чорної не зна&lt;br /&gt;</w:t>
        <w:br/>
        <w:t>У всім краю вона єдина.</w:t>
      </w:r>
    </w:p>
    <w:p>
      <w:r>
        <w:br/>
        <w:t>ПІСНЯ ДРУГА</w:t>
      </w:r>
    </w:p>
    <w:p>
      <w:r>
        <w:br/>
        <w:t>Мазепа хмурий. Клекотить&lt;br /&gt;</w:t>
        <w:br/>
        <w:t>Жорстока дума невситима.&lt;br /&gt;</w:t>
        <w:br/>
        <w:t>Марія ніжними очима&lt;br /&gt;</w:t>
        <w:br/>
        <w:t>На нього, сивого, зорить,&lt;br /&gt;</w:t>
        <w:br/>
        <w:t>Коліна гетьману обнявши,&lt;br /&gt;</w:t>
        <w:br/>
        <w:t>Говорить про кохання знов.&lt;br /&gt;</w:t>
        <w:br/>
        <w:t>Даремно: чорних дум назавше&lt;br /&gt;</w:t>
        <w:br/>
        <w:t>Не віддалить її любов.&lt;br /&gt;</w:t>
        <w:br/>
        <w:t>Він на Марію не зважає,&lt;br /&gt;</w:t>
        <w:br/>
        <w:t>Холодні думи тче свої,&lt;br /&gt;</w:t>
        <w:br/>
        <w:t>На ніжні закиди її&lt;br /&gt;</w:t>
        <w:br/>
        <w:t>Мовчанкою відповідає.&lt;br /&gt;</w:t>
        <w:br/>
        <w:t>Украй здивована, сумна,&lt;br /&gt;</w:t>
        <w:br/>
        <w:t>Встає, ображена, вона&lt;br /&gt;</w:t>
        <w:br/>
        <w:t>І ледве диха й промовляє:</w:t>
      </w:r>
    </w:p>
    <w:p>
      <w:r>
        <w:br/>
        <w:t>"Послухай, гетьмане: тобі&lt;br /&gt;</w:t>
        <w:br/>
        <w:t>Я віддала усе на світі&lt;br /&gt;</w:t>
        <w:br/>
        <w:t>І за любов мою в ганьбі&lt;br /&gt;</w:t>
        <w:br/>
        <w:t>Я мала лиш одне в приміті:&lt;br /&gt;</w:t>
        <w:br/>
        <w:t>Щоб ти любив. Глуха й німа,&lt;br /&gt;</w:t>
        <w:br/>
        <w:t>Згубила щастя я сама,&lt;br /&gt;</w:t>
        <w:br/>
        <w:t>Але за долею своєю&lt;br /&gt;</w:t>
        <w:br/>
        <w:t>Я не жалію: в тишині,&lt;br /&gt;</w:t>
        <w:br/>
        <w:t>В ту ніч, як стала я твоєю,&lt;br /&gt;</w:t>
        <w:br/>
        <w:t>В коханні клявся ти мені.&lt;br /&gt;</w:t>
        <w:br/>
        <w:t>Чому ж, скажи, мене не любиш?"</w:t>
      </w:r>
    </w:p>
    <w:p>
      <w:r>
        <w:br/>
        <w:t>М а з е п а</w:t>
      </w:r>
    </w:p>
    <w:p>
      <w:r>
        <w:br/>
        <w:t>Мій друже, кривдиш ти мене.&lt;br /&gt;</w:t>
        <w:br/>
        <w:t>Облиш безумство це чудне,&lt;br /&gt;</w:t>
        <w:br/>
        <w:t>Ти ним лиш серце марно губиш:&lt;br /&gt;</w:t>
        <w:br/>
        <w:t>Чуттів жагучих темний вир&lt;br /&gt;</w:t>
        <w:br/>
        <w:t>Твою засліплює уяву.&lt;br /&gt;</w:t>
        <w:br/>
        <w:t>Тебе люблю, Маріє, вір,&lt;br /&gt;</w:t>
        <w:br/>
        <w:t>Сильніше я, ніж владу й славу.</w:t>
      </w:r>
    </w:p>
    <w:p>
      <w:r>
        <w:br/>
        <w:t>М а р і я</w:t>
      </w:r>
    </w:p>
    <w:p>
      <w:r>
        <w:br/>
        <w:t>Неправда: хитрощі — то гріх.&lt;br /&gt;</w:t>
        <w:br/>
        <w:t>Завжди були ми нерозлучні,&lt;br /&gt;</w:t>
        <w:br/>
        <w:t>Тепер же пестощів моїх&lt;br /&gt;</w:t>
        <w:br/>
        <w:t>Не прагнеш ти — вони докучні&lt;br /&gt;</w:t>
        <w:br/>
        <w:t>Всі дні ти десь поміж старшин,&lt;br /&gt;</w:t>
        <w:br/>
        <w:t>Мені ж, самотній, дні, як літа;&lt;br /&gt;</w:t>
        <w:br/>
        <w:t>А в ночі довгі — чи один,&lt;br /&gt;</w:t>
        <w:br/>
        <w:t>Чи з старцем ти, чи в єзуїта.&lt;br /&gt;</w:t>
        <w:br/>
        <w:t>Любов покірлива моя&lt;br /&gt;</w:t>
        <w:br/>
        <w:t>Стрічає відсіч неласкаву.&lt;br /&gt;</w:t>
        <w:br/>
        <w:t>Ти пив недавно, знаю я,&lt;br /&gt;</w:t>
        <w:br/>
        <w:t>За пані Дульську. Це цікаво!&lt;br /&gt;</w:t>
        <w:br/>
        <w:t>Та пані Дульська хто?</w:t>
      </w:r>
    </w:p>
    <w:p>
      <w:r>
        <w:br/>
        <w:t>М а з е п а</w:t>
      </w:r>
    </w:p>
    <w:p>
      <w:r>
        <w:br/>
        <w:t>І ти&lt;br /&gt;</w:t>
        <w:br/>
        <w:t>Ревнива? Чи мені ж, старому,&lt;br /&gt;</w:t>
        <w:br/>
        <w:t>Шукать любов ще невідому,&lt;br /&gt;</w:t>
        <w:br/>
        <w:t>На клич її безумно йти?&lt;br /&gt;</w:t>
        <w:br/>
        <w:t>Чи став би я, усюди знаний,&lt;br /&gt;</w:t>
        <w:br/>
        <w:t>Немов юнак палкий, зітхать,&lt;br /&gt;</w:t>
        <w:br/>
        <w:t>Ганебні волочить кайдани,&lt;br /&gt;</w:t>
        <w:br/>
        <w:t>Жінок лукаво спокушать?</w:t>
      </w:r>
    </w:p>
    <w:p>
      <w:r>
        <w:br/>
        <w:t>М а р і я</w:t>
      </w:r>
    </w:p>
    <w:p>
      <w:r>
        <w:br/>
        <w:t>Ні, ні, відкрий мені всю душу,&lt;br /&gt;</w:t>
        <w:br/>
        <w:t>Скажи одверто все — і край.</w:t>
      </w:r>
    </w:p>
    <w:p>
      <w:r>
        <w:br/>
        <w:t>М а з е п а</w:t>
      </w:r>
    </w:p>
    <w:p>
      <w:r>
        <w:br/>
        <w:t>Твій спокій берегти я мушу...&lt;br /&gt;</w:t>
        <w:br/>
        <w:t>Що ж! Таємницю, друже, знай!</w:t>
      </w:r>
    </w:p>
    <w:p>
      <w:r>
        <w:br/>
        <w:t>Давно задумали ми діло,&lt;br /&gt;</w:t>
        <w:br/>
        <w:t>Тепер воно кипить у нас.&lt;br /&gt;</w:t>
        <w:br/>
        <w:t>Усім нам діяти наспіло;&lt;br /&gt;</w:t>
        <w:br/>
        <w:t>На боротьбу ударив час.&lt;br /&gt;</w:t>
        <w:br/>
        <w:t>Без вольності, добра і слави&lt;br /&gt;</w:t>
        <w:br/>
        <w:t>Ми гнулись нижче від трави,&lt;br /&gt;</w:t>
        <w:br/>
        <w:t>Під покровительством Варшави,&lt;br /&gt;</w:t>
        <w:br/>
        <w:t>Під самовладністю Москви.&lt;br /&gt;</w:t>
        <w:br/>
        <w:t>Вкраїні бути, як державі,&lt;br /&gt;</w:t>
        <w:br/>
        <w:t>У незалежності пора:&lt;br /&gt;</w:t>
        <w:br/>
        <w:t>Знамена вольності криваві&lt;br /&gt;</w:t>
        <w:br/>
        <w:t>Я підіймаю на Петра.&lt;br /&gt;</w:t>
        <w:br/>
        <w:t>Обидва, в пактах незабутих,&lt;br /&gt;</w:t>
        <w:br/>
        <w:t>Стоять за мене королі,&lt;br /&gt;</w:t>
        <w:br/>
        <w:t>У повстанні, у січах лютих&lt;br /&gt;</w:t>
        <w:br/>
        <w:t>Я трон воздвигну на землі.&lt;br /&gt;</w:t>
        <w:br/>
        <w:t>Підтримать друзі теж зуміють:&lt;br /&gt;</w:t>
        <w:br/>
        <w:t>Княгиня Дульська, з нею діють&lt;br /&gt;</w:t>
        <w:br/>
        <w:t>Цей старець, що стрічала ти,&lt;br /&gt;</w:t>
        <w:br/>
        <w:t>Та єзуїт. Усе готове.&lt;br /&gt;</w:t>
        <w:br/>
        <w:t>Від них я маю і домови,&lt;br /&gt;</w:t>
        <w:br/>
        <w:t>І королівські всі листи.&lt;br /&gt;</w:t>
        <w:br/>
        <w:t>Оце такі мої визнання.&lt;br /&gt;</w:t>
        <w:br/>
        <w:t>Твої підозри й нарікання&lt;br /&gt;</w:t>
        <w:br/>
        <w:t>Розвіяні?</w:t>
      </w:r>
    </w:p>
    <w:p>
      <w:r>
        <w:br/>
        <w:t>М а р і я</w:t>
      </w:r>
    </w:p>
    <w:p>
      <w:r>
        <w:br/>
        <w:t>О, милий мій,&lt;br /&gt;</w:t>
        <w:br/>
        <w:t>Ти будеш цар землі своїй!&lt;br /&gt;</w:t>
        <w:br/>
        <w:t>Корони золото багряне&lt;br /&gt;</w:t>
        <w:br/>
        <w:t>Твоїм сивинам личить.</w:t>
      </w:r>
    </w:p>
    <w:p>
      <w:r>
        <w:br/>
        <w:t>М а з е п а</w:t>
      </w:r>
    </w:p>
    <w:p>
      <w:r>
        <w:br/>
        <w:t>Стій,&lt;br /&gt;</w:t>
        <w:br/>
        <w:t>Не все збулося. Буря гряне;&lt;br /&gt;</w:t>
        <w:br/>
        <w:t>Хто скаже, в чім судьба моя?</w:t>
      </w:r>
    </w:p>
    <w:p>
      <w:r>
        <w:br/>
        <w:t>М а р і я</w:t>
      </w:r>
    </w:p>
    <w:p>
      <w:r>
        <w:br/>
        <w:t>З тобою я живу без страху, —&lt;br /&gt;</w:t>
        <w:br/>
        <w:t>Могутній ти! О, знаю я:&lt;br /&gt;</w:t>
        <w:br/>
        <w:t>Здобудеш трон.</w:t>
      </w:r>
    </w:p>
    <w:p>
      <w:r>
        <w:br/>
        <w:t>М а з е п а</w:t>
      </w:r>
    </w:p>
    <w:p>
      <w:r>
        <w:br/>
        <w:t>А якщо плаху?..</w:t>
      </w:r>
    </w:p>
    <w:p>
      <w:r>
        <w:br/>
        <w:t>М а р і я</w:t>
      </w:r>
    </w:p>
    <w:p>
      <w:r>
        <w:br/>
        <w:t>Разом на плаху, якщо так,&lt;br /&gt;</w:t>
        <w:br/>
        <w:t>Бо я таю любов безкраю.&lt;br /&gt;</w:t>
        <w:br/>
        <w:t>Та ні: ти носиш влади знак.</w:t>
      </w:r>
    </w:p>
    <w:p>
      <w:r>
        <w:br/>
        <w:t>М а з е п а</w:t>
      </w:r>
    </w:p>
    <w:p>
      <w:r>
        <w:br/>
        <w:t>Мене кохаєш?</w:t>
      </w:r>
    </w:p>
    <w:p>
      <w:r>
        <w:br/>
        <w:t>М а р і я</w:t>
      </w:r>
    </w:p>
    <w:p>
      <w:r>
        <w:br/>
        <w:t>Я! Кохаю?</w:t>
      </w:r>
    </w:p>
    <w:p>
      <w:r>
        <w:br/>
        <w:t>М а з е п а</w:t>
      </w:r>
    </w:p>
    <w:p>
      <w:r>
        <w:br/>
        <w:t>Скажи: чи я, чи батько твій&lt;br /&gt;</w:t>
        <w:br/>
        <w:t>Тобі дорожчий?</w:t>
      </w:r>
    </w:p>
    <w:p>
      <w:r>
        <w:br/>
        <w:t>М а р і я</w:t>
      </w:r>
    </w:p>
    <w:p>
      <w:r>
        <w:br/>
        <w:t>Милий мій,&lt;br /&gt;</w:t>
        <w:br/>
        <w:t>Цей запит — нащо він? Тремтливо&lt;br /&gt;</w:t>
        <w:br/>
        <w:t>Його я слухаю. Сім'ю&lt;br /&gt;</w:t>
        <w:br/>
        <w:t>Забути хочу я свою,&lt;br /&gt;</w:t>
        <w:br/>
        <w:t>Бо я ж сім'ї ганьба; можливо,&lt;br /&gt;</w:t>
        <w:br/>
        <w:t>(Який страшний думок потік!)&lt;br /&gt;</w:t>
        <w:br/>
        <w:t>Мене отець прокляв навік, —&lt;br /&gt;</w:t>
        <w:br/>
        <w:t>За кого ж бо?</w:t>
      </w:r>
    </w:p>
    <w:p>
      <w:r>
        <w:br/>
        <w:t>М а з е п а</w:t>
      </w:r>
    </w:p>
    <w:p>
      <w:r>
        <w:br/>
        <w:t>Миліший, може,&lt;br /&gt;</w:t>
        <w:br/>
        <w:t>Все ж батько? Ти мовчиш...</w:t>
      </w:r>
    </w:p>
    <w:p>
      <w:r>
        <w:br/>
        <w:t>М а р і я</w:t>
      </w:r>
    </w:p>
    <w:p>
      <w:r>
        <w:br/>
        <w:t>О, боже!</w:t>
      </w:r>
    </w:p>
    <w:p>
      <w:r>
        <w:br/>
        <w:t>М а з е п а</w:t>
      </w:r>
    </w:p>
    <w:p>
      <w:r>
        <w:br/>
        <w:t>Що ж? говори.</w:t>
      </w:r>
    </w:p>
    <w:p>
      <w:r>
        <w:br/>
        <w:t>М а р і я</w:t>
      </w:r>
    </w:p>
    <w:p>
      <w:r>
        <w:br/>
        <w:t>Вирішуй сам...</w:t>
      </w:r>
    </w:p>
    <w:p>
      <w:r>
        <w:br/>
        <w:t>М а з е п а</w:t>
      </w:r>
    </w:p>
    <w:p>
      <w:r>
        <w:br/>
        <w:t>Послухай: довелося б нам,&lt;br /&gt;</w:t>
        <w:br/>
        <w:t>Мені чи батьку, йти до скону,&lt;br /&gt;</w:t>
        <w:br/>
        <w:t>А ти б суддею нам була,&lt;br /&gt;</w:t>
        <w:br/>
        <w:t>Кого б ти в жертву принесла,&lt;br /&gt;</w:t>
        <w:br/>
        <w:t>Кому б ти стала в оборону?</w:t>
      </w:r>
    </w:p>
    <w:p>
      <w:r>
        <w:br/>
        <w:t>М а р і я</w:t>
      </w:r>
    </w:p>
    <w:p>
      <w:r>
        <w:br/>
        <w:t>Ах, досить! Серця не терзай!&lt;br /&gt;</w:t>
        <w:br/>
        <w:t>Спокусник ти.</w:t>
      </w:r>
    </w:p>
    <w:p>
      <w:r>
        <w:br/>
        <w:t>М а з е п а</w:t>
      </w:r>
    </w:p>
    <w:p>
      <w:r>
        <w:br/>
        <w:t>Відповідай!</w:t>
      </w:r>
    </w:p>
    <w:p>
      <w:r>
        <w:br/>
        <w:t>М а р і я</w:t>
      </w:r>
    </w:p>
    <w:p>
      <w:r>
        <w:br/>
        <w:t>Ти зблід; твоя сувора мова...&lt;br /&gt;</w:t>
        <w:br/>
        <w:t>О, не гнівись! Я всім готова&lt;br /&gt;</w:t>
        <w:br/>
        <w:t>Тобі пожертвувать в ці дні;&lt;br /&gt;</w:t>
        <w:br/>
        <w:t>Але від слів цих жахом віє.&lt;br /&gt;</w:t>
        <w:br/>
        <w:t>Доволі.</w:t>
      </w:r>
    </w:p>
    <w:p>
      <w:r>
        <w:br/>
        <w:t>М а з е п а</w:t>
      </w:r>
    </w:p>
    <w:p>
      <w:r>
        <w:br/>
        <w:t>Пам'ятай, Маріє,&lt;br /&gt;</w:t>
        <w:br/>
        <w:t>Що ти сказала тут мені.</w:t>
      </w:r>
    </w:p>
    <w:p>
      <w:r>
        <w:br/>
        <w:t>Спокійна українська ніч.&lt;br /&gt;</w:t>
        <w:br/>
        <w:t>Прозоре небо. Зорі сяють.&lt;br /&gt;</w:t>
        <w:br/>
        <w:t>Дрімоти-сну не гонить з віч&lt;br /&gt;</w:t>
        <w:br/>
        <w:t>Повітря тепле. Ледве мають&lt;br /&gt;</w:t>
        <w:br/>
        <w:t>Тополі листям срібляні.&lt;br /&gt;</w:t>
        <w:br/>
        <w:t>І місяць ген в височині&lt;br /&gt;</w:t>
        <w:br/>
        <w:t>Над Білу Церкву випливає&lt;br /&gt;</w:t>
        <w:br/>
        <w:t>І гетьмана сади рясні&lt;br /&gt;</w:t>
        <w:br/>
        <w:t>Та замок давній осяває.&lt;br /&gt;</w:t>
        <w:br/>
        <w:t>І тихо, тихо все кругом;&lt;br /&gt;</w:t>
        <w:br/>
        <w:t>Та в замку шепіт і неспокій.&lt;br /&gt;</w:t>
        <w:br/>
        <w:t>У темній башті, під вікном,&lt;br /&gt;</w:t>
        <w:br/>
        <w:t>В задумі тяжкій і глибокій,&lt;br /&gt;</w:t>
        <w:br/>
        <w:t>В заковах Кочубей сидить&lt;br /&gt;</w:t>
        <w:br/>
        <w:t>І хмуро в небеса зорить.</w:t>
      </w:r>
    </w:p>
    <w:p>
      <w:r>
        <w:br/>
        <w:t>Світанком страта. Він без страху&lt;br /&gt;</w:t>
        <w:br/>
        <w:t>Чекає, що візьмуть на плаху;&lt;br /&gt;</w:t>
        <w:br/>
        <w:t>Не жаль йому свого життя.&lt;br /&gt;</w:t>
        <w:br/>
        <w:t>Що смерть? Жадане забуття!&lt;br /&gt;</w:t>
        <w:br/>
        <w:t>Готов лягти він в гроб кривавий.&lt;br /&gt;</w:t>
        <w:br/>
        <w:t>Долає сон. Та боже правий!&lt;br /&gt;</w:t>
        <w:br/>
        <w:t>Лягти негіднику до ніг,&lt;br /&gt;</w:t>
        <w:br/>
        <w:t>Упасти безсловесно в порох,&lt;br /&gt;</w:t>
        <w:br/>
        <w:t>Щоб по царевій волі міг&lt;br /&gt;</w:t>
        <w:br/>
        <w:t>Царів знущаться з нього ворог,&lt;br /&gt;</w:t>
        <w:br/>
        <w:t>Згубить життя і честь свою,&lt;br /&gt;</w:t>
        <w:br/>
        <w:t>І друзів вольную сім'ю&lt;br /&gt;</w:t>
        <w:br/>
        <w:t>На плаху повести, на муки,&lt;br /&gt;</w:t>
        <w:br/>
        <w:t>Чужий покутувати гріх&lt;br /&gt;</w:t>
        <w:br/>
        <w:t>І ворогів почути сміх,&lt;br /&gt;</w:t>
        <w:br/>
        <w:t>Упавши смерті в чорні руки!..&lt;br /&gt;</w:t>
        <w:br/>
        <w:t>І нікому заповісти&lt;br /&gt;</w:t>
        <w:br/>
        <w:t>Згубителю своєму мсти!</w:t>
      </w:r>
    </w:p>
    <w:p>
      <w:r>
        <w:br/>
        <w:t>І він згадав свою Полтаву&lt;br /&gt;</w:t>
        <w:br/>
        <w:t>І друзів погляди ясні,&lt;br /&gt;</w:t>
        <w:br/>
        <w:t>Минулих днів багатство й славу,&lt;br /&gt;</w:t>
        <w:br/>
        <w:t>Дочки задумливі пісні,&lt;br /&gt;</w:t>
        <w:br/>
        <w:t>І дім, де зріс серед природи,&lt;br /&gt;</w:t>
        <w:br/>
        <w:t>І труд, і сни, й роздолля нив,&lt;br /&gt;</w:t>
        <w:br/>
        <w:t>Де взнав життєві насолоди,&lt;br /&gt;</w:t>
        <w:br/>
        <w:t>А потім сам же їх лишив.&lt;br /&gt;</w:t>
        <w:br/>
        <w:t>Для чого? —&lt;br /&gt;</w:t>
        <w:br/>
        <w:t>Ключ в замку іржавім&lt;br /&gt;</w:t>
        <w:br/>
        <w:t>Гримить, лунає межи стін.&lt;br /&gt;</w:t>
        <w:br/>
        <w:t>Нещасний думає: це він!&lt;br /&gt;</w:t>
        <w:br/>
        <w:t>Це на шляху моїм кривавім&lt;br /&gt;</w:t>
        <w:br/>
        <w:t>Мій вождь під знаменом хреста,&lt;br /&gt;</w:t>
        <w:br/>
        <w:t>Той, що несе святі скрижалі,&lt;br /&gt;</w:t>
        <w:br/>
        <w:t>Цілитель туги та печалі,&lt;br /&gt;</w:t>
        <w:br/>
        <w:t>Слуга розп'ятого Христа,&lt;br /&gt;</w:t>
        <w:br/>
        <w:t>Його святую кров і тіло&lt;br /&gt;</w:t>
        <w:br/>
        <w:t>Приніс мені для каяття,&lt;br /&gt;</w:t>
        <w:br/>
        <w:t>Хай приступлю до смерті сміло,&lt;br /&gt;</w:t>
        <w:br/>
        <w:t>Піду до вічного життя!</w:t>
      </w:r>
    </w:p>
    <w:p>
      <w:r>
        <w:br/>
        <w:t>В журбі, у розпачі сердечнім&lt;br /&gt;</w:t>
        <w:br/>
        <w:t>Нещасний Кочубей готов&lt;br /&gt;</w:t>
        <w:br/>
        <w:t>Перед всесильним, безконечним&lt;br /&gt;</w:t>
        <w:br/>
        <w:t>Звільнити душу від заков.&lt;br /&gt;</w:t>
        <w:br/>
        <w:t>Та не пустельника святого,&lt;br /&gt;</w:t>
        <w:br/>
        <w:t>Він гостя впізнає страшного:&lt;br /&gt;</w:t>
        <w:br/>
        <w:t>Жорстокий Орлик перед ним.&lt;br /&gt;</w:t>
        <w:br/>
        <w:t>В огиді, з поглядом сумним,&lt;br /&gt;</w:t>
        <w:br/>
        <w:t>Страждалець в Орлика питає:&lt;br /&gt;</w:t>
        <w:br/>
        <w:t>"Ти тут, жорстокий кате мій?&lt;br /&gt;</w:t>
        <w:br/>
        <w:t>Останній час у тьмі нічній,&lt;br /&gt;</w:t>
        <w:br/>
        <w:t>І той Мазепа відбирає?"</w:t>
      </w:r>
    </w:p>
    <w:p>
      <w:r>
        <w:br/>
        <w:t>О р л и к</w:t>
      </w:r>
    </w:p>
    <w:p>
      <w:r>
        <w:br/>
        <w:t>На допит мій відповідай.</w:t>
      </w:r>
    </w:p>
    <w:p>
      <w:r>
        <w:br/>
        <w:t>К о ч у б е й</w:t>
      </w:r>
    </w:p>
    <w:p>
      <w:r>
        <w:br/>
        <w:t>Іди собі — й на тому край;&lt;br /&gt;</w:t>
        <w:br/>
        <w:t>Залиш мене.</w:t>
      </w:r>
    </w:p>
    <w:p>
      <w:r>
        <w:br/>
        <w:t>О р л и к</w:t>
      </w:r>
    </w:p>
    <w:p>
      <w:r>
        <w:br/>
        <w:t>Визнання нові&lt;br /&gt;</w:t>
        <w:br/>
        <w:t>Потрібні гетьману.</w:t>
      </w:r>
    </w:p>
    <w:p>
      <w:r>
        <w:br/>
        <w:t>К о ч у б е й</w:t>
      </w:r>
    </w:p>
    <w:p>
      <w:r>
        <w:br/>
        <w:t>Які?&lt;br /&gt;</w:t>
        <w:br/>
        <w:t>Давно на допити гіркі&lt;br /&gt;</w:t>
        <w:br/>
        <w:t>Я все сказав. У кожнім слові&lt;br /&gt;</w:t>
        <w:br/>
        <w:t>У мене лжа. Я лицемір,&lt;br /&gt;</w:t>
        <w:br/>
        <w:t>Лукавий я. Хоч вір, не вір,&lt;br /&gt;</w:t>
        <w:br/>
        <w:t>А гетьман правий.</w:t>
      </w:r>
    </w:p>
    <w:p>
      <w:r>
        <w:br/>
        <w:t>О р л и к</w:t>
      </w:r>
    </w:p>
    <w:p>
      <w:r>
        <w:br/>
        <w:t>Ні, зі мною&lt;br /&gt;</w:t>
        <w:br/>
        <w:t>Все говори! Ти був багат;&lt;br /&gt;</w:t>
        <w:br/>
        <w:t>Ми знаєм: не єдиний клад&lt;br /&gt;</w:t>
        <w:br/>
        <w:t>В Диканьці 20 схований тобою.&lt;br /&gt;</w:t>
        <w:br/>
        <w:t>Ти вмреш, тяжка твоя вина;&lt;br /&gt;</w:t>
        <w:br/>
        <w:t>Добро й маєток — все сповна&lt;br /&gt;</w:t>
        <w:br/>
        <w:t>Надійде у казну військову —&lt;br /&gt;</w:t>
        <w:br/>
        <w:t>Такий закон. Кажу я знову:&lt;br /&gt;</w:t>
        <w:br/>
        <w:t>Відкрийся сам, та не лукав.&lt;br /&gt;</w:t>
        <w:br/>
        <w:t>Де ті скарби, що ти сховав?</w:t>
      </w:r>
    </w:p>
    <w:p>
      <w:r>
        <w:br/>
        <w:t>К о ч у б е й</w:t>
      </w:r>
    </w:p>
    <w:p>
      <w:r>
        <w:br/>
        <w:t>О, так! Безцінні мав три клади&lt;br /&gt;</w:t>
        <w:br/>
        <w:t>Я у житті цім для відради.&lt;br /&gt;</w:t>
        <w:br/>
        <w:t>І перший клад мій — честь моя,&lt;br /&gt;</w:t>
        <w:br/>
        <w:t>Його в тюрмі утратив я;&lt;br /&gt;</w:t>
        <w:br/>
        <w:t>Був другий клад, мов цвіт лілеї,&lt;br /&gt;</w:t>
        <w:br/>
        <w:t>То світла честь дочки моєї.&lt;br /&gt;</w:t>
        <w:br/>
        <w:t>Над ним тремтів я, умлівав, —&lt;br /&gt;</w:t>
        <w:br/>
        <w:t>Мазепа другий клад украв.&lt;br /&gt;</w:t>
        <w:br/>
        <w:t>Але зберіг я клад останній —&lt;br /&gt;</w:t>
        <w:br/>
        <w:t>Святу, гарячу мсту мою,&lt;br /&gt;</w:t>
        <w:br/>
        <w:t>Що завтра богу віддаю.</w:t>
      </w:r>
    </w:p>
    <w:p>
      <w:r>
        <w:br/>
        <w:t>О р л и к</w:t>
      </w:r>
    </w:p>
    <w:p>
      <w:r>
        <w:br/>
        <w:t>Старий, покинь це мудрування!&lt;br /&gt;</w:t>
        <w:br/>
        <w:t>Сьогодні ти лишаєш світ,&lt;br /&gt;</w:t>
        <w:br/>
        <w:t>Тож думу лиш плекай сувору.&lt;br /&gt;</w:t>
        <w:br/>
        <w:t>Не час на жарти. Дай одвіт,&lt;br /&gt;</w:t>
        <w:br/>
        <w:t>А хочеш мук, то саме впору:&lt;br /&gt;</w:t>
        <w:br/>
        <w:t>Де гроші?</w:t>
      </w:r>
    </w:p>
    <w:p>
      <w:r>
        <w:br/>
        <w:t>К о ч у б е й</w:t>
      </w:r>
    </w:p>
    <w:p>
      <w:r>
        <w:br/>
        <w:t>О, холопе злий!&lt;br /&gt;</w:t>
        <w:br/>
        <w:t>Нащо ці допити нездарі?&lt;br /&gt;</w:t>
        <w:br/>
        <w:t>В труну я ляжу неживий,&lt;br /&gt;</w:t>
        <w:br/>
        <w:t>А ти з Мазепою у парі&lt;br /&gt;</w:t>
        <w:br/>
        <w:t>Біжи моє добро шукать&lt;br /&gt;</w:t>
        <w:br/>
        <w:t>Вночі, кривавими руками&lt;br /&gt;</w:t>
        <w:br/>
        <w:t>Льохи глибокі розривать,&lt;br /&gt;</w:t>
        <w:br/>
        <w:t>Палити села з хуторами.&lt;br /&gt;</w:t>
        <w:br/>
        <w:t>Та ще візьми дочку мою;&lt;br /&gt;</w:t>
        <w:br/>
        <w:t>Вона тобі, прелютий враже,&lt;br /&gt;</w:t>
        <w:br/>
        <w:t>Скарби ті всі сама покаже;&lt;br /&gt;</w:t>
        <w:br/>
        <w:t>Тож, ради бога, я молю,&lt;br /&gt;</w:t>
        <w:br/>
        <w:t>Дай спокій бідному в неволі.</w:t>
      </w:r>
    </w:p>
    <w:p>
      <w:r>
        <w:br/>
        <w:t>О р л и к</w:t>
      </w:r>
    </w:p>
    <w:p>
      <w:r>
        <w:br/>
        <w:t>Де гроші маєш? Покажи.&lt;br /&gt;</w:t>
        <w:br/>
        <w:t>Не хочеш? — Гроші де? Скажи,&lt;br /&gt;</w:t>
        <w:br/>
        <w:t>А ні — у муках вмреш поволі.&lt;br /&gt;</w:t>
        <w:br/>
        <w:t>До місця покажи сліди.&lt;br /&gt;</w:t>
        <w:br/>
        <w:t>Мовчиш? — Ну, що ж! Гей, кате, йди!21</w:t>
      </w:r>
    </w:p>
    <w:p>
      <w:r>
        <w:br/>
        <w:t>І кат зайшов...&lt;br /&gt;</w:t>
        <w:br/>
        <w:t>О, страдна ноче!&lt;br /&gt;</w:t>
        <w:br/>
        <w:t>Де ж гетьман? Де той лиходій?&lt;br /&gt;</w:t>
        <w:br/>
        <w:t>Куди сховатися він хоче&lt;br /&gt;</w:t>
        <w:br/>
        <w:t>В гадючій совісті своїй?&lt;br /&gt;</w:t>
        <w:br/>
        <w:t>Ще спить Марія у світлиці,&lt;br /&gt;</w:t>
        <w:br/>
        <w:t>Не знає бідна таємниці,&lt;br /&gt;</w:t>
        <w:br/>
        <w:t>А поруч, мовби тінь німа,&lt;br /&gt;</w:t>
        <w:br/>
        <w:t>Сидить, очей не підніма,&lt;br /&gt;</w:t>
        <w:br/>
        <w:t>Мазепа в тишині понурій.&lt;br /&gt;</w:t>
        <w:br/>
        <w:t>В душі думки пливуть, як бурі,&lt;br /&gt;</w:t>
        <w:br/>
        <w:t>Глухі, мов темрява ночей.&lt;br /&gt;</w:t>
        <w:br/>
        <w:t>"Умре безумний Кочубей;&lt;br /&gt;</w:t>
        <w:br/>
        <w:t>Нема рятунку вже. Чим ближче&lt;br /&gt;</w:t>
        <w:br/>
        <w:t>Надходить час для наших справ,&lt;br /&gt;</w:t>
        <w:br/>
        <w:t>Чим владу я міцніш прибрав,&lt;br /&gt;</w:t>
        <w:br/>
        <w:t>Тим при мені схилитись нижче&lt;br /&gt;</w:t>
        <w:br/>
        <w:t>Повинен ворог. Шлях один:&lt;br /&gt;</w:t>
        <w:br/>
        <w:t>Донощику й клеврету згин,&lt;br /&gt;</w:t>
        <w:br/>
        <w:t>Кінець". Та, глянувши на ложе,&lt;br /&gt;</w:t>
        <w:br/>
        <w:t>Мазепа думає: "О, боже!&lt;br /&gt;</w:t>
        <w:br/>
        <w:t>Що буде з нею, як вона&lt;br /&gt;</w:t>
        <w:br/>
        <w:t>Почує про криваву страту?&lt;br /&gt;</w:t>
        <w:br/>
        <w:t>Пролине часу небагато,&lt;br /&gt;</w:t>
        <w:br/>
        <w:t>І виявиться таїна...&lt;br /&gt;</w:t>
        <w:br/>
        <w:t>Що ж учинить тоді? Сокира,&lt;br /&gt;</w:t>
        <w:br/>
        <w:t>Упавши зранку, загримить&lt;br /&gt;</w:t>
        <w:br/>
        <w:t>По всій Украйні. Правда щира&lt;br /&gt;</w:t>
        <w:br/>
        <w:t>По світу враз загомонить!..&lt;br /&gt;</w:t>
        <w:br/>
        <w:t>Ах, бачу я: кому від долі&lt;br /&gt;</w:t>
        <w:br/>
        <w:t>Життя припали буруни,&lt;br /&gt;</w:t>
        <w:br/>
        <w:t>Той стій один, як воїн в полі,&lt;br /&gt;</w:t>
        <w:br/>
        <w:t>Не прилучай собі жони.&lt;br /&gt;</w:t>
        <w:br/>
        <w:t>Не запрягти у віз єдиний&lt;br /&gt;</w:t>
        <w:br/>
        <w:t>Коня й легку тремтячу лань.&lt;br /&gt;</w:t>
        <w:br/>
        <w:t>Минули захвату хвилини,&lt;br /&gt;</w:t>
        <w:br/>
        <w:t>Тепер плачу безумству дань...&lt;br /&gt;</w:t>
        <w:br/>
        <w:t>Все, що ціни собі не знає,&lt;br /&gt;</w:t>
        <w:br/>
        <w:t>Все, чим життя цвіте, буяє,&lt;br /&gt;</w:t>
        <w:br/>
        <w:t>Вона мені, сердешна, в дар&lt;br /&gt;</w:t>
        <w:br/>
        <w:t>Все віддала старому, — боже!&lt;br /&gt;</w:t>
        <w:br/>
        <w:t>Який же їй несу удар!"&lt;br /&gt;</w:t>
        <w:br/>
        <w:t>І він зорить на тихе ложе:&lt;br /&gt;</w:t>
        <w:br/>
        <w:t>О, юність в тиші чарівній!&lt;br /&gt;</w:t>
        <w:br/>
        <w:t>Як ніжно сон її леліє!&lt;br /&gt;</w:t>
        <w:br/>
        <w:t>Уста розкрились; подих віє,&lt;br /&gt;</w:t>
        <w:br/>
        <w:t>В груді тріпоче молодій;&lt;br /&gt;</w:t>
        <w:br/>
        <w:t>А завтра... Він ховає очі,&lt;br /&gt;</w:t>
        <w:br/>
        <w:t>Встає, не дивиться назад,&lt;br /&gt;</w:t>
        <w:br/>
        <w:t>І тихим кроком серед ночі&lt;br /&gt;</w:t>
        <w:br/>
        <w:t>Виходить у самотній сад.</w:t>
      </w:r>
    </w:p>
    <w:p>
      <w:r>
        <w:br/>
        <w:t>Спокійна українська ніч.&lt;br /&gt;</w:t>
        <w:br/>
        <w:t>Прозоре небо. Зорі сяють.&lt;br /&gt;</w:t>
        <w:br/>
        <w:t>Дрімоти-сну не гонить з віч&lt;br /&gt;</w:t>
        <w:br/>
        <w:t>Повітря тепле. Ледве мають&lt;br /&gt;</w:t>
        <w:br/>
        <w:t>Тополі листям срібляні.&lt;br /&gt;</w:t>
        <w:br/>
        <w:t>Та хмурі помисли страшні&lt;br /&gt;</w:t>
        <w:br/>
        <w:t>В душі Мазепи: зорі ночі,&lt;br /&gt;</w:t>
        <w:br/>
        <w:t>Обвинувальні гострі очі,&lt;br /&gt;</w:t>
        <w:br/>
        <w:t>Глузливо дивляться за ним,&lt;br /&gt;</w:t>
        <w:br/>
        <w:t>Тополі у ряду густім&lt;br /&gt;</w:t>
        <w:br/>
        <w:t>Услід хитають головою,&lt;br /&gt;</w:t>
        <w:br/>
        <w:t>Мов судді, шепчуть між собою.&lt;br /&gt;</w:t>
        <w:br/>
        <w:t>І ночі літньої пітьма&lt;br /&gt;</w:t>
        <w:br/>
        <w:t>Задушна й чорна, як тюрма.</w:t>
      </w:r>
    </w:p>
    <w:p>
      <w:r>
        <w:br/>
        <w:t>І враз... мов стогін... крик між стін&lt;br /&gt;</w:t>
        <w:br/>
        <w:t>Неначе з замку чує він.&lt;br /&gt;</w:t>
        <w:br/>
        <w:t>То сон уяви в час світання,&lt;br /&gt;</w:t>
        <w:br/>
        <w:t>Чи плач сови, чи звіра рик,&lt;br /&gt;</w:t>
        <w:br/>
        <w:t>Чи інший звук, чи муки крик,&lt;br /&gt;</w:t>
        <w:br/>
        <w:t>Але у серці хвилювання&lt;br /&gt;</w:t>
        <w:br/>
        <w:t>Перебороть не міг старий.&lt;br /&gt;</w:t>
        <w:br/>
        <w:t>І на протяжний звук нічний&lt;br /&gt;</w:t>
        <w:br/>
        <w:t>Мазепа відповів тим криком,&lt;br /&gt;</w:t>
        <w:br/>
        <w:t>Яким в бою, в шаленстві дикім,&lt;br /&gt;</w:t>
        <w:br/>
        <w:t>Криваву січу покривав,&lt;br /&gt;</w:t>
        <w:br/>
        <w:t>А з ним Забіла й Гамалія,&lt;br /&gt;</w:t>
        <w:br/>
        <w:t>І... Кочубей... немов завія,&lt;br /&gt;</w:t>
        <w:br/>
        <w:t>Летіли в полум'ї заграв.&lt;br /&gt;</w:t>
        <w:br/>
        <w:t>Зорі багряної краса&lt;br /&gt;</w:t>
        <w:br/>
        <w:t>Вже осяває небеса&lt;br /&gt;</w:t>
        <w:br/>
        <w:t>І облива промінням ниви,&lt;br /&gt;</w:t>
        <w:br/>
        <w:t>Вершки гаїв, ріку ясну.&lt;br /&gt;</w:t>
        <w:br/>
        <w:t>Лунає ранку шум грайливий,&lt;br /&gt;</w:t>
        <w:br/>
        <w:t>Людина зводиться від сну.</w:t>
      </w:r>
    </w:p>
    <w:p>
      <w:r>
        <w:br/>
        <w:t>Марія солодко зітхає&lt;br /&gt;</w:t>
        <w:br/>
        <w:t>Іще в дрімоті, й почуває&lt;br /&gt;</w:t>
        <w:br/>
        <w:t>Крізь сон легкий, що хтось зайшов&lt;br /&gt;</w:t>
        <w:br/>
        <w:t>До неї, ніг її торкнувся.&lt;br /&gt;</w:t>
        <w:br/>
        <w:t>Вона прокинулась — та й знов&lt;br /&gt;</w:t>
        <w:br/>
        <w:t>В усмішці зір її зімкнувся,&lt;br /&gt;</w:t>
        <w:br/>
        <w:t>Проміння стрівши чистий рій.&lt;br /&gt;</w:t>
        <w:br/>
        <w:t>Марія руки простягнула&lt;br /&gt;</w:t>
        <w:br/>
        <w:t>І в млості, в ніжності, шепнула:&lt;br /&gt;</w:t>
        <w:br/>
        <w:t>"Мазепо, ти?.." Та голос їй&lt;br /&gt;</w:t>
        <w:br/>
        <w:t>Відповіда не той... О, боже!&lt;br /&gt;</w:t>
        <w:br/>
        <w:t>Встає, тремтить... Як статись може?&lt;br /&gt;</w:t>
        <w:br/>
        <w:t>Це ж мати тут...</w:t>
      </w:r>
    </w:p>
    <w:p>
      <w:r>
        <w:br/>
        <w:t>М а т и</w:t>
      </w:r>
    </w:p>
    <w:p>
      <w:r>
        <w:br/>
        <w:t>Мовчи, в цей час&lt;br /&gt;</w:t>
        <w:br/>
        <w:t>Не погуби ти, дочко, нас.&lt;br /&gt;</w:t>
        <w:br/>
        <w:t>Вночі я кралась обережно,&lt;br /&gt;</w:t>
        <w:br/>
        <w:t>Тобі благання принести.&lt;br /&gt;</w:t>
        <w:br/>
        <w:t>Сьогодні страта. Тільки ти&lt;br /&gt;</w:t>
        <w:br/>
        <w:t>Зм'якшила б лютість їх безмежну.&lt;br /&gt;</w:t>
        <w:br/>
        <w:t>Врятуй отця.</w:t>
      </w:r>
    </w:p>
    <w:p>
      <w:r>
        <w:br/>
        <w:t>Д о ч к а&lt;br /&gt;</w:t>
        <w:br/>
        <w:t>(жахаючись)</w:t>
      </w:r>
    </w:p>
    <w:p>
      <w:r>
        <w:br/>
        <w:t>Який отець?&lt;br /&gt;</w:t>
        <w:br/>
        <w:t>І що за страта?</w:t>
      </w:r>
    </w:p>
    <w:p>
      <w:r>
        <w:br/>
        <w:t>М а т и</w:t>
      </w:r>
    </w:p>
    <w:p>
      <w:r>
        <w:br/>
        <w:t>Чи й донині&lt;br /&gt;</w:t>
        <w:br/>
        <w:t>Не знаєш?.. Ні! Ти не в пустині,&lt;br /&gt;</w:t>
        <w:br/>
        <w:t>Ти у двірці; ти знаєш те,&lt;br /&gt;</w:t>
        <w:br/>
        <w:t>Що серце в гетьмана круте,&lt;br /&gt;</w:t>
        <w:br/>
        <w:t>Що невблаганно він карає,&lt;br /&gt;</w:t>
        <w:br/>
        <w:t>Що цар його лиш дослухає...&lt;br /&gt;</w:t>
        <w:br/>
        <w:t>Та горе: ти сумну сім'ю&lt;br /&gt;</w:t>
        <w:br/>
        <w:t>З ним проміняла на неславу;&lt;br /&gt;</w:t>
        <w:br/>
        <w:t>Тебе я сонну застаю,&lt;br /&gt;</w:t>
        <w:br/>
        <w:t>Коли вчиняють злу розправу,&lt;br /&gt;</w:t>
        <w:br/>
        <w:t>Читають вирок судовий,&lt;br /&gt;</w:t>
        <w:br/>
        <w:t>І вже на пласі батько твій.&lt;br /&gt;</w:t>
        <w:br/>
        <w:t>Ми тут чужі, мій плач не діє...&lt;br /&gt;</w:t>
        <w:br/>
        <w:t>Опам'ятайся! Встань, Маріє,&lt;br /&gt;</w:t>
        <w:br/>
        <w:t>Біжи, впади йому до ніг,&lt;br /&gt;</w:t>
        <w:br/>
        <w:t>Щоб батька стратити не зміг.&lt;br /&gt;</w:t>
        <w:br/>
        <w:t>Твій зір катам пов'яже руки,&lt;br /&gt;</w:t>
        <w:br/>
        <w:t>Сокиру одведе від зла,&lt;br /&gt;</w:t>
        <w:br/>
        <w:t>Проси, рятуй отця від муки:&lt;br /&gt;</w:t>
        <w:br/>
        <w:t>Ти ж честь Мазепі віддала,&lt;br /&gt;</w:t>
        <w:br/>
        <w:t>Він не відмовить...</w:t>
      </w:r>
    </w:p>
    <w:p>
      <w:r>
        <w:br/>
        <w:t>Д о ч к а</w:t>
      </w:r>
    </w:p>
    <w:p>
      <w:r>
        <w:br/>
        <w:t>Що зі мною?&lt;br /&gt;</w:t>
        <w:br/>
        <w:t>Отець... Мазепа... За стіною&lt;br /&gt;</w:t>
        <w:br/>
        <w:t>Кати... Ось мати тут моя,&lt;br /&gt;</w:t>
        <w:br/>
        <w:t>Чи збожеволіла це я,&lt;br /&gt;</w:t>
        <w:br/>
        <w:t>Чи, може, марю?..</w:t>
      </w:r>
    </w:p>
    <w:p>
      <w:r>
        <w:br/>
        <w:t>М а т и</w:t>
      </w:r>
    </w:p>
    <w:p>
      <w:r>
        <w:br/>
        <w:t>Бог з тобою!&lt;br /&gt;</w:t>
        <w:br/>
        <w:t>Це не примари, дочко, ні!&lt;br /&gt;</w:t>
        <w:br/>
        <w:t>Невже не знаєш ти в ці дні,&lt;br /&gt;</w:t>
        <w:br/>
        <w:t>Що батько твій не міг миритись&lt;br /&gt;</w:t>
        <w:br/>
        <w:t>З твоїм безчестям і гріхом,&lt;br /&gt;</w:t>
        <w:br/>
        <w:t>І, щоб над гетьманом помститись,&lt;br /&gt;</w:t>
        <w:br/>
        <w:t>Листа царю послав тайком,&lt;br /&gt;</w:t>
        <w:br/>
        <w:t>Що в муках, в допитах кривавих,&lt;br /&gt;</w:t>
        <w:br/>
        <w:t>Зізнався в помислах лукавих,&lt;br /&gt;</w:t>
        <w:br/>
        <w:t>В стиді страшної клевети,&lt;br /&gt;</w:t>
        <w:br/>
        <w:t>Що, бідну жертву правоти,&lt;br /&gt;</w:t>
        <w:br/>
        <w:t>За це його згубити раді,&lt;br /&gt;</w:t>
        <w:br/>
        <w:t>Що при військовій всій громаді,&lt;br /&gt;</w:t>
        <w:br/>
        <w:t>Якщо його не осінить&lt;br /&gt;</w:t>
        <w:br/>
        <w:t>Десниця праведна господня,&lt;br /&gt;</w:t>
        <w:br/>
        <w:t>Він буде страчений сьогодні,&lt;br /&gt;</w:t>
        <w:br/>
        <w:t>Що тут, тимчасом, він сидить&lt;br /&gt;</w:t>
        <w:br/>
        <w:t>В тюремній башті.</w:t>
      </w:r>
    </w:p>
    <w:p>
      <w:r>
        <w:br/>
        <w:t>Д о ч к а</w:t>
      </w:r>
    </w:p>
    <w:p>
      <w:r>
        <w:br/>
        <w:t>Боже, боже!&lt;br /&gt;</w:t>
        <w:br/>
        <w:t>Сьогодні! Бідний батьку мій!</w:t>
      </w:r>
    </w:p>
    <w:p>
      <w:r>
        <w:br/>
        <w:t>І діва падає на ложе,&lt;br /&gt;</w:t>
        <w:br/>
        <w:t>Як мертва, в тиші гробовій.</w:t>
      </w:r>
    </w:p>
    <w:p>
      <w:r>
        <w:br/>
        <w:t>Шапки цвітуть. Списи блискочуть.&lt;br /&gt;</w:t>
        <w:br/>
        <w:t>Б'ють бубни. Мчаться сердюки 22.&lt;br /&gt;</w:t>
        <w:br/>
        <w:t>У лад шикуються полки,&lt;br /&gt;</w:t>
        <w:br/>
        <w:t>Юрба кипить. Серця тріпочуть.&lt;br /&gt;</w:t>
        <w:br/>
        <w:t>Дорога, мов гадючий хвіст,&lt;br /&gt;</w:t>
        <w:br/>
        <w:t>Забита людом, ген іскриться.&lt;br /&gt;</w:t>
        <w:br/>
        <w:t>На полі височить поміст.&lt;br /&gt;</w:t>
        <w:br/>
        <w:t>По нім гуляє, веселиться&lt;br /&gt;</w:t>
        <w:br/>
        <w:t>Катюга, й жертви дожида,&lt;br /&gt;</w:t>
        <w:br/>
        <w:t>В руках, знічев'я, підкида&lt;br /&gt;</w:t>
        <w:br/>
        <w:t>Важку нагострену сокиру,&lt;br /&gt;</w:t>
        <w:br/>
        <w:t>З простолюдом жартує щиро.&lt;br /&gt;</w:t>
        <w:br/>
        <w:t>Клекоче гомін поміж лав:&lt;br /&gt;</w:t>
        <w:br/>
        <w:t>І сміх, і лайка, й нарікання...&lt;br /&gt;</w:t>
        <w:br/>
        <w:t>Раптово викрик пролунав —&lt;br /&gt;</w:t>
        <w:br/>
        <w:t>І стихло все. Лиш коней ржання&lt;br /&gt;</w:t>
        <w:br/>
        <w:t>І тупіт чути в тишині.&lt;br /&gt;</w:t>
        <w:br/>
        <w:t>Там на чолі із сердюками&lt;br /&gt;</w:t>
        <w:br/>
        <w:t>Поміж старшин, із козаками,&lt;br /&gt;</w:t>
        <w:br/>
        <w:t>Сам гетьман мчався на коні.&lt;br /&gt;</w:t>
        <w:br/>
        <w:t>А там, по київській дорозі,&lt;br /&gt;</w:t>
        <w:br/>
        <w:t>Підвода їхала. В тривозі&lt;br /&gt;</w:t>
        <w:br/>
        <w:t>Дивились тисячі очей.&lt;br /&gt;</w:t>
        <w:br/>
        <w:t>З землею й небом в ясній згоді,&lt;br /&gt;</w:t>
        <w:br/>
        <w:t>У вірі чистий, в тій підводі&lt;br /&gt;</w:t>
        <w:br/>
        <w:t>Сидів безвинний Кочубей&lt;br /&gt;</w:t>
        <w:br/>
        <w:t>Та Іскра з ним, товариш вірний,&lt;br /&gt;</w:t>
        <w:br/>
        <w:t>Страшному вироку покірний.&lt;br /&gt;</w:t>
        <w:br/>
        <w:t>Підвода стала. Загримів&lt;br /&gt;</w:t>
        <w:br/>
        <w:t>Церковний хор в співзвуччях красних.&lt;br /&gt;</w:t>
        <w:br/>
        <w:t>З кадил пахучий дим поплив.</w:t>
      </w:r>
    </w:p>
    <w:p>
      <w:r>
        <w:br/>
        <w:t>За упокій душі нещасних&lt;br /&gt;</w:t>
        <w:br/>
        <w:t>Народ весь молиться, притих,&lt;br /&gt;</w:t>
        <w:br/>
        <w:t>Вони ж — за ворогів своїх.&lt;br /&gt;</w:t>
        <w:br/>
        <w:t>Устали, йдуть. Ляга на плаху,&lt;br /&gt;</w:t>
        <w:br/>
        <w:t>Перехрестившись, Кочубей.&lt;br /&gt;</w:t>
        <w:br/>
        <w:t>Неначе в гробі, тьма людей&lt;br /&gt;</w:t>
        <w:br/>
        <w:t>Мовчить. Сокира б'є з розмаху,&lt;br /&gt;</w:t>
        <w:br/>
        <w:t>І покотилась голова.&lt;br /&gt;</w:t>
        <w:br/>
        <w:t>Все поле зойкнуло. Катюга&lt;br /&gt;</w:t>
        <w:br/>
        <w:t>Ізнов разить — і пада друга,&lt;br /&gt;</w:t>
        <w:br/>
        <w:t>Аж закривавилась трава.&lt;br /&gt;</w:t>
        <w:br/>
        <w:t>І кат злорадне на ту пору,&lt;br /&gt;</w:t>
        <w:br/>
        <w:t>Їх за чуби піднявши вгору,&lt;br /&gt;</w:t>
        <w:br/>
        <w:t>Потряс руками обома,&lt;br /&gt;</w:t>
        <w:br/>
        <w:t>Щоб бачила юрба німа.</w:t>
      </w:r>
    </w:p>
    <w:p>
      <w:r>
        <w:br/>
        <w:t>Збулася страта. Без турботи&lt;br /&gt;</w:t>
        <w:br/>
        <w:t>Народ звідтіль додому йде&lt;br /&gt;</w:t>
        <w:br/>
        <w:t>І про діла свої й роботи&lt;br /&gt;</w:t>
        <w:br/>
        <w:t>Розмови голосно веде.&lt;br /&gt;</w:t>
        <w:br/>
        <w:t>І затихає шум поволі.&lt;br /&gt;</w:t>
        <w:br/>
        <w:t>Тоді через дорогу в полі&lt;br /&gt;</w:t>
        <w:br/>
        <w:t>Дві жінки перейшли сумні,&lt;br /&gt;</w:t>
        <w:br/>
        <w:t>В пилу, з утоми мов п'яні,&lt;br /&gt;</w:t>
        <w:br/>
        <w:t>До місця страти по дорозі&lt;br /&gt;</w:t>
        <w:br/>
        <w:t>Вони спішили у тривозі.&lt;br /&gt;</w:t>
        <w:br/>
        <w:t>"Вже пізно!" — хтось жінкам сказав,&lt;br /&gt;</w:t>
        <w:br/>
        <w:t>Рукою в поле показав.&lt;br /&gt;</w:t>
        <w:br/>
        <w:t>Там козаки поміст ламали,&lt;br /&gt;</w:t>
        <w:br/>
        <w:t>Молитву піп читав смутну,&lt;br /&gt;</w:t>
        <w:br/>
        <w:t>І на підводу піднімали&lt;br /&gt;</w:t>
        <w:br/>
        <w:t>Дубову тесану труну.</w:t>
      </w:r>
    </w:p>
    <w:p>
      <w:r>
        <w:br/>
        <w:t>Перед усім козацтвом, сам&lt;br /&gt;</w:t>
        <w:br/>
        <w:t>Мазепа грізний віддалявся&lt;br /&gt;</w:t>
        <w:br/>
        <w:t>Від місця страти. Він терзався&lt;br /&gt;</w:t>
        <w:br/>
        <w:t>Страшної пустки відчуттям.&lt;br /&gt;</w:t>
        <w:br/>
        <w:t>Ніхто до нього не зближався,&lt;br /&gt;</w:t>
        <w:br/>
        <w:t>І він мовчав, хмурний, мов тінь;&lt;br /&gt;</w:t>
        <w:br/>
        <w:t>Весь в піні, мчав гетьманський кінь.&lt;br /&gt;</w:t>
        <w:br/>
        <w:t>Прибув додому, "що Марія?"&lt;br /&gt;</w:t>
        <w:br/>
        <w:t>Спитав Мазепа. Чує він —&lt;br /&gt;</w:t>
        <w:br/>
        <w:t>В словах розгуба, безнадія...&lt;br /&gt;</w:t>
        <w:br/>
        <w:t>В страху не знаючи причин,&lt;br /&gt;</w:t>
        <w:br/>
        <w:t>Мазепа сам в світлицю входить:&lt;br /&gt;</w:t>
        <w:br/>
        <w:t>Німа в світлиці тишина, —&lt;br /&gt;</w:t>
        <w:br/>
        <w:t>Він в сад, і там бентежний бродить;&lt;br /&gt;</w:t>
        <w:br/>
        <w:t>Але над ставом лиш луна&lt;br /&gt;</w:t>
        <w:br/>
        <w:t>Та шелест листя таємничий.&lt;br /&gt;</w:t>
        <w:br/>
        <w:t>Скрізь порожньо, нема слідів —&lt;br /&gt;</w:t>
        <w:br/>
        <w:t>Марія зникла! Слуг він кличе,&lt;br /&gt;</w:t>
        <w:br/>
        <w:t>Своїх моторних сердюків.&lt;br /&gt;</w:t>
        <w:br/>
        <w:t>Вони біжать. Хропуть їх коні,&lt;br /&gt;</w:t>
        <w:br/>
        <w:t>Почувся дикий клич погоні,&lt;br /&gt;</w:t>
        <w:br/>
        <w:t>Всі верхи — й скачуть молодці&lt;br /&gt;</w:t>
        <w:br/>
        <w:t>Щодуху вдаль, у всі кінці.</w:t>
      </w:r>
    </w:p>
    <w:p>
      <w:r>
        <w:br/>
        <w:t>Він жде — але даремна мрія!&lt;br /&gt;</w:t>
        <w:br/>
        <w:t>Не повертається Марія.&lt;br /&gt;</w:t>
        <w:br/>
        <w:t>Ніхто не знав, не прослідив,&lt;br /&gt;</w:t>
        <w:br/>
        <w:t>Куди та як вона втікала...&lt;br /&gt;</w:t>
        <w:br/>
        <w:t>Мазепа в гніві скреготів,&lt;br /&gt;</w:t>
        <w:br/>
        <w:t>Притихши, челядь трепетала.&lt;br /&gt;</w:t>
        <w:br/>
        <w:t>У чорній тузі сам-один&lt;br /&gt;</w:t>
        <w:br/>
        <w:t>Замкнувся у світлиці він.&lt;br /&gt;</w:t>
        <w:br/>
        <w:t>Над ложем там у пітьмі ночі,&lt;br /&gt;</w:t>
        <w:br/>
        <w:t>Сидів, не сплющуючи очі,&lt;br /&gt;</w:t>
        <w:br/>
        <w:t>Знемігшись від нелюдських мук.&lt;br /&gt;</w:t>
        <w:br/>
        <w:t>Світанком повернулись слуги,&lt;br /&gt;</w:t>
        <w:br/>
        <w:t>За сердюком слідом сердюк.&lt;br /&gt;</w:t>
        <w:br/>
        <w:t>Їх коні ледве йшли. Попруги,&lt;br /&gt;</w:t>
        <w:br/>
        <w:t>Підкови, сідла й чепраки,&lt;br /&gt;</w:t>
        <w:br/>
        <w:t>Було все піною покрите,&lt;br /&gt;</w:t>
        <w:br/>
        <w:t>В крові, розгублене, побите, —&lt;br /&gt;</w:t>
        <w:br/>
        <w:t>Та жоден, добру чи сумну,&lt;br /&gt;</w:t>
        <w:br/>
        <w:t>Не зміг сказати новину.&lt;br /&gt;</w:t>
        <w:br/>
        <w:t>Марії й сліду існування&lt;br /&gt;</w:t>
        <w:br/>
        <w:t>Увага пильна не знайшла.&lt;br /&gt;</w:t>
        <w:br/>
        <w:t>Одна лиш мати в тьму вигнання&lt;br /&gt;</w:t>
        <w:br/>
        <w:t>Скорботу й горе понесла.</w:t>
      </w:r>
    </w:p>
    <w:p>
      <w:r>
        <w:br/>
        <w:t>ПІСНЯ ТРЕТЯ</w:t>
      </w:r>
    </w:p>
    <w:p>
      <w:r>
        <w:br/>
        <w:t>Душі незміряна печаль&lt;br /&gt;</w:t>
        <w:br/>
        <w:t>Одважних поривань у даль&lt;br /&gt;</w:t>
        <w:br/>
        <w:t>В душі Мазепи не поборе.&lt;br /&gt;</w:t>
        <w:br/>
        <w:t>Надій огріваний огнем,&lt;br /&gt;</w:t>
        <w:br/>
        <w:t>Він з гордим шведським королем&lt;br /&gt;</w:t>
        <w:br/>
        <w:t>Продовжує переговори.&lt;br /&gt;</w:t>
        <w:br/>
        <w:t>Але до часу він хотів&lt;br /&gt;</w:t>
        <w:br/>
        <w:t>Розвіять сумніви ворожі, —&lt;br /&gt;</w:t>
        <w:br/>
        <w:t>І перед сонмом лікарів,&lt;br /&gt;</w:t>
        <w:br/>
        <w:t>Неначе в муках, зліг на ложі,&lt;br /&gt;</w:t>
        <w:br/>
        <w:t>Благаючи про ласки божі.&lt;br /&gt;</w:t>
        <w:br/>
        <w:t>То праця, пристрасті, війна,&lt;br /&gt;</w:t>
        <w:br/>
        <w:t>Печалі, хворості старечі&lt;br /&gt;</w:t>
        <w:br/>
        <w:t>Його, як смерті злі предтечі,&lt;br /&gt;</w:t>
        <w:br/>
        <w:t>В постелю вклали. Не страшна&lt;br /&gt;</w:t>
        <w:br/>
        <w:t>Йому вже смерть. Він небо славить,&lt;br /&gt;</w:t>
        <w:br/>
        <w:t>Святий обряд він хоче править&lt;br /&gt;</w:t>
        <w:br/>
        <w:t>І архіпастирю рече,&lt;br /&gt;</w:t>
        <w:br/>
        <w:t>Щоб той віддав молитву богу, —&lt;br /&gt;</w:t>
        <w:br/>
        <w:t>І тихо на чоло старого&lt;br /&gt;</w:t>
        <w:br/>
        <w:t>Єлей освячений тече.</w:t>
      </w:r>
    </w:p>
    <w:p>
      <w:r>
        <w:br/>
        <w:t>А час минав. Москва чекала,&lt;br /&gt;</w:t>
        <w:br/>
        <w:t>Гостей даремно виглядала,&lt;br /&gt;</w:t>
        <w:br/>
        <w:t>Щоб тризну справити нову&lt;br /&gt;</w:t>
        <w:br/>
        <w:t>Там, де прадавні домовини.&lt;br /&gt;</w:t>
        <w:br/>
        <w:t>Та Карл, ішовши на Москву,&lt;br /&gt;</w:t>
        <w:br/>
        <w:t>Звернув нараз до України.</w:t>
      </w:r>
    </w:p>
    <w:p>
      <w:r>
        <w:br/>
        <w:t>І день приспів. Устав з одра&lt;br /&gt;</w:t>
        <w:br/>
        <w:t>Мазепа, страдник той безсилий,&lt;br /&gt;</w:t>
        <w:br/>
        <w:t>Що вже, здавалось, умира&lt;br /&gt;</w:t>
        <w:br/>
        <w:t>І дожидається могили.&lt;br /&gt;</w:t>
        <w:br/>
        <w:t>Устав, щоб рушить на Петра.&lt;br /&gt;</w:t>
        <w:br/>
        <w:t>Тепер він сам перед полками&lt;br /&gt;</w:t>
        <w:br/>
        <w:t>Зорить, летить між козаками,&lt;br /&gt;</w:t>
        <w:br/>
        <w:t>І зносить шаблю, й на коні&lt;br /&gt;</w:t>
        <w:br/>
        <w:t>Відбився в голубій Десні.&lt;br /&gt;</w:t>
        <w:br/>
        <w:t>Так само плоть зборовши кволу,&lt;br /&gt;</w:t>
        <w:br/>
        <w:t>Колись лукавий кардинал,&lt;br /&gt;</w:t>
        <w:br/>
        <w:t>Дійшовши папського престолу,&lt;br /&gt;</w:t>
        <w:br/>
        <w:t>Вернув собі юнацький пал.</w:t>
      </w:r>
    </w:p>
    <w:p>
      <w:r>
        <w:br/>
        <w:t>На крилах звістка полетіла.&lt;br /&gt;</w:t>
        <w:br/>
        <w:t>Вкраїна глухо зашуміла:&lt;br /&gt;</w:t>
        <w:br/>
        <w:t>"Він перекинчик, зрадник він,&lt;br /&gt;</w:t>
        <w:br/>
        <w:t>Під ноги Карлу, як поклін,&lt;br /&gt;</w:t>
        <w:br/>
        <w:t>Бунчук поклав". Огонь бушує,&lt;br /&gt;</w:t>
        <w:br/>
        <w:t>Війни народної зоря&lt;br /&gt;</w:t>
        <w:br/>
        <w:t>Встає кривава.</w:t>
      </w:r>
    </w:p>
    <w:p>
      <w:r>
        <w:br/>
        <w:t>Хто змалює&lt;br /&gt;</w:t>
        <w:br/>
        <w:t>Страшний, мов буря, гнів царя? 23&lt;br /&gt;</w:t>
        <w:br/>
        <w:t>Гримить анафема в соборах",&lt;br /&gt;</w:t>
        <w:br/>
        <w:t>Мазепин вид терзає кат.&lt;br /&gt;</w:t>
        <w:br/>
        <w:t>Шукають в Раді, в вольних зборах&lt;br /&gt;</w:t>
        <w:br/>
        <w:t>Нового гетьмана. Назад&lt;br /&gt;</w:t>
        <w:br/>
        <w:t>З пустельних селищ Єнісея&lt;br /&gt;</w:t>
        <w:br/>
        <w:t>Родини Іскри, Кочубея&lt;br /&gt;</w:t>
        <w:br/>
        <w:t>Самим покликані Петром.&lt;br /&gt;</w:t>
        <w:br/>
        <w:t>Він з ними сльози проливає&lt;br /&gt;</w:t>
        <w:br/>
        <w:t>І ласку чинить, осипає&lt;br /&gt;</w:t>
        <w:br/>
        <w:t>Новою шаною й добром.&lt;br /&gt;</w:t>
        <w:br/>
        <w:t>Мазепин ворог, друг єднання,&lt;br /&gt;</w:t>
        <w:br/>
        <w:t>Палій вертається з заслання,&lt;br /&gt;</w:t>
        <w:br/>
        <w:t>В Украйну йде, у стан царів.&lt;br /&gt;</w:t>
        <w:br/>
        <w:t>Тремтить весь бунт осиротілий.&lt;br /&gt;</w:t>
        <w:br/>
        <w:t>На пласі гине Чечель 24 смілий&lt;br /&gt;</w:t>
        <w:br/>
        <w:t>І отаман січовиків.&lt;br /&gt;</w:t>
        <w:br/>
        <w:t>І ти, що для гучної слави&lt;br /&gt;</w:t>
        <w:br/>
        <w:t>Змінив корону на шолом,&lt;br /&gt;</w:t>
        <w:br/>
        <w:t>Твій час настав, ти вал Полтави&lt;br /&gt;</w:t>
        <w:br/>
        <w:t>Уздрів нарешті за горбом.</w:t>
      </w:r>
    </w:p>
    <w:p>
      <w:r>
        <w:br/>
        <w:t>І цар туди ж повів дружини.&lt;br /&gt;</w:t>
        <w:br/>
        <w:t>Вони як буря потекли,&lt;br /&gt;</w:t>
        <w:br/>
        <w:t>І вороги серед долини&lt;br /&gt;</w:t>
        <w:br/>
        <w:t>Один другого облягли;&lt;br /&gt;</w:t>
        <w:br/>
        <w:t>Не раз побитий, в битві смілий,&lt;br /&gt;</w:t>
        <w:br/>
        <w:t>З жадоби крові захмілілий,&lt;br /&gt;</w:t>
        <w:br/>
        <w:t>Стріча на полі бою так&lt;br /&gt;</w:t>
        <w:br/>
        <w:t>Грізного ворога вояк.&lt;br /&gt;</w:t>
        <w:br/>
        <w:t>У злобі бачить Карл могучий&lt;br /&gt;</w:t>
        <w:br/>
        <w:t>Не юрб людських потік летючий,&lt;br /&gt;</w:t>
        <w:br/>
        <w:t>Останки нарвських тих полків,&lt;br /&gt;</w:t>
        <w:br/>
        <w:t>А шнур полків колонострійних,&lt;br /&gt;</w:t>
        <w:br/>
        <w:t>Швидких, слухняних і спокійних,&lt;br /&gt;</w:t>
        <w:br/>
        <w:t>І непохитних ряд штиків.</w:t>
      </w:r>
    </w:p>
    <w:p>
      <w:r>
        <w:br/>
        <w:t>Та він рішив: світанком бій.&lt;br /&gt;</w:t>
        <w:br/>
        <w:t>Весь табір шведський — в сні міцному.&lt;br /&gt;</w:t>
        <w:br/>
        <w:t>Лиш чути в темряві нічній&lt;br /&gt;</w:t>
        <w:br/>
        <w:t>Розмову у шатрі одному.</w:t>
      </w:r>
    </w:p>
    <w:p>
      <w:r>
        <w:br/>
        <w:t>"Ні, друже Орлику, ні, ні,&lt;br /&gt;</w:t>
        <w:br/>
        <w:t>Ми поспішили не до речі;&lt;br /&gt;</w:t>
        <w:br/>
        <w:t>Згорять в дочасному вогні&lt;br /&gt;</w:t>
        <w:br/>
        <w:t>Всі задуми мої старечі;&lt;br /&gt;</w:t>
        <w:br/>
        <w:t>Змарнується мета моя,&lt;br /&gt;</w:t>
        <w:br/>
        <w:t>Бо крок зробив я нерозважний,&lt;br /&gt;</w:t>
        <w:br/>
        <w:t>В цім Карлі помилився я:&lt;br /&gt;</w:t>
        <w:br/>
        <w:t>Він — хлопчик спритний та відважний;&lt;br /&gt;</w:t>
        <w:br/>
        <w:t>Дві-три сутички розіграть&lt;br /&gt;</w:t>
        <w:br/>
        <w:t>Уміє, знайде час утіхам:&lt;br /&gt;</w:t>
        <w:br/>
        <w:t>У ворога погостювать,&lt;br /&gt;</w:t>
        <w:br/>
        <w:t>Відповісти на бомбу сміхом;&lt;br /&gt;</w:t>
        <w:br/>
        <w:t>Не гірш за руського стрільця&lt;br /&gt;</w:t>
        <w:br/>
        <w:t>Пробратись до чужого стану,&lt;br /&gt;</w:t>
        <w:br/>
        <w:t>Звалити в сутичці бійця&lt;br /&gt;</w:t>
        <w:br/>
        <w:t>І обмінять на рану рану 25;&lt;br /&gt;</w:t>
        <w:br/>
        <w:t>Та не йому стоять в борні&lt;br /&gt;</w:t>
        <w:br/>
        <w:t>З самодержавності титаном:&lt;br /&gt;</w:t>
        <w:br/>
        <w:t>Як полк, вертіти долі дні,&lt;br /&gt;</w:t>
        <w:br/>
        <w:t>Він змусить хоче барабаном;&lt;br /&gt;</w:t>
        <w:br/>
        <w:t>Сліпий, упертий, запальний,&lt;br /&gt;</w:t>
        <w:br/>
        <w:t>Він в легковажності своїй&lt;br /&gt;</w:t>
        <w:br/>
        <w:t>Бог зна якому щастю вірить;&lt;br /&gt;</w:t>
        <w:br/>
        <w:t>Ворожу силу в боротьбі&lt;br /&gt;</w:t>
        <w:br/>
        <w:t>Минулим чудом хоче мірять, —&lt;br /&gt;</w:t>
        <w:br/>
        <w:t>Він роги облама собі.&lt;br /&gt;</w:t>
        <w:br/>
        <w:t>Соромлюсь: войовник-бродяга&lt;br /&gt;</w:t>
        <w:br/>
        <w:t>Мене, старого, полонив.&lt;br /&gt;</w:t>
        <w:br/>
        <w:t>Мазепу юність та відвага&lt;br /&gt;</w:t>
        <w:br/>
        <w:t>І марні успіхи боїв,&lt;br /&gt;</w:t>
        <w:br/>
        <w:t>Як діву, знадили".</w:t>
      </w:r>
    </w:p>
    <w:p>
      <w:r>
        <w:br/>
        <w:t>О р л и к</w:t>
      </w:r>
    </w:p>
    <w:p>
      <w:r>
        <w:br/>
        <w:t>Що ж! Бою&lt;br /&gt;</w:t>
        <w:br/>
        <w:t>Ми діждемось. Не пізній час.&lt;br /&gt;</w:t>
        <w:br/>
        <w:t>Петро помириться з тобою,&lt;br /&gt;</w:t>
        <w:br/>
        <w:t>Забуде зло і прийме нас.&lt;br /&gt;</w:t>
        <w:br/>
        <w:t>Розбитий нами, як грозою,&lt;br /&gt;</w:t>
        <w:br/>
        <w:t>Він прийме мир, поклавши зброю.</w:t>
      </w:r>
    </w:p>
    <w:p>
      <w:r>
        <w:br/>
        <w:t>М а з е п а</w:t>
      </w:r>
    </w:p>
    <w:p>
      <w:r>
        <w:br/>
        <w:t>Ні, пізно. Руському царю&lt;br /&gt;</w:t>
        <w:br/>
        <w:t>Зі мною в мирі жить не можна.&lt;br /&gt;</w:t>
        <w:br/>
        <w:t>Давно рішилась непреложна&lt;br /&gt;</w:t>
        <w:br/>
        <w:t>Моя судьба. Давно горю,&lt;br /&gt;</w:t>
        <w:br/>
        <w:t>Злобою повен. Під Азовом&lt;br /&gt;</w:t>
        <w:br/>
        <w:t>Вночі я раз бенкетував:&lt;br /&gt;</w:t>
        <w:br/>
        <w:t>Сповна вином кипіли чаші,&lt;br /&gt;</w:t>
        <w:br/>
        <w:t>Кипіли в лад розмови наші.&lt;br /&gt;</w:t>
        <w:br/>
        <w:t>Сміливе слово я сказав.&lt;br /&gt;</w:t>
        <w:br/>
        <w:t>Притихли гості, цар підвівся,&lt;br /&gt;</w:t>
        <w:br/>
        <w:t>Об стіл ударила рука,&lt;br /&gt;</w:t>
        <w:br/>
        <w:t>У вус мій білий учепився,&lt;br /&gt;</w:t>
        <w:br/>
        <w:t>Кричав, немов на гайдука.&lt;br /&gt;</w:t>
        <w:br/>
        <w:t>Тоді зумів я гнів здолати,&lt;br /&gt;</w:t>
        <w:br/>
        <w:t>Але про помсту клятву дав;&lt;br /&gt;</w:t>
        <w:br/>
        <w:t>Носив її, — як носить мати&lt;br /&gt;</w:t>
        <w:br/>
        <w:t>Дитя під серцем. Час настав.&lt;br /&gt;</w:t>
        <w:br/>
        <w:t>Про мене спогади грозові&lt;br /&gt;</w:t>
        <w:br/>
        <w:t>Носить він буде до кінця.&lt;br /&gt;</w:t>
        <w:br/>
        <w:t>Я — кара, послана Петрові;&lt;br /&gt;</w:t>
        <w:br/>
        <w:t>Я — терен для його вінця.&lt;br /&gt;</w:t>
        <w:br/>
        <w:t>Він городів би дав немало,&lt;br /&gt;</w:t>
        <w:br/>
        <w:t>Віддав би щастя днів своїх,&lt;br /&gt;</w:t>
        <w:br/>
        <w:t>Щоб тільки знову, як бувало,&lt;br /&gt;</w:t>
        <w:br/>
        <w:t>Тримать за вус мене при всіх.&lt;br /&gt;</w:t>
        <w:br/>
        <w:t>Надія нам — з цієї ночі:&lt;br /&gt;</w:t>
        <w:br/>
        <w:t>Кому втікать, рішить зоря.&lt;br /&gt;</w:t>
        <w:br/>
        <w:t>І змовк, заплющив темні очі&lt;br /&gt;</w:t>
        <w:br/>
        <w:t>Він, зрадник руського царя.</w:t>
      </w:r>
    </w:p>
    <w:p>
      <w:r>
        <w:br/>
        <w:t>Горять зірниці світанкові,&lt;br /&gt;</w:t>
        <w:br/>
        <w:t>І на долини й береги&lt;br /&gt;</w:t>
        <w:br/>
        <w:t>Гармати б'ють. Дими багрові&lt;br /&gt;</w:t>
        <w:br/>
        <w:t>Пливуть у небо навкруги&lt;br /&gt;</w:t>
        <w:br/>
        <w:t>До сонця з сивої юги.&lt;br /&gt;</w:t>
        <w:br/>
        <w:t>Полки ладом проходять в гулі.&lt;br /&gt;</w:t>
        <w:br/>
        <w:t>В кущах засіли вояки.&lt;br /&gt;</w:t>
        <w:br/>
        <w:t>Літають ядра, свищуть кулі,&lt;br /&gt;</w:t>
        <w:br/>
        <w:t>Холодні блискають штики.&lt;br /&gt;</w:t>
        <w:br/>
        <w:t>Звитяги гордої обранці,&lt;br /&gt;</w:t>
        <w:br/>
        <w:t>Штурмують шведи наші шанці;&lt;br /&gt;</w:t>
        <w:br/>
        <w:t>Летить кіннота наперед;&lt;br /&gt;</w:t>
        <w:br/>
        <w:t>Піхота рушила за нею,&lt;br /&gt;</w:t>
        <w:br/>
        <w:t>Тяжкою стійкістю своєю&lt;br /&gt;</w:t>
        <w:br/>
        <w:t>Кріпить кінноти грізний лет.&lt;br /&gt;</w:t>
        <w:br/>
        <w:t>І поле битви згубне, чорне,&lt;br /&gt;</w:t>
        <w:br/>
        <w:t>Гримить, палає тут і там.&lt;br /&gt;</w:t>
        <w:br/>
        <w:t>Та щастя бою неповторне&lt;br /&gt;</w:t>
        <w:br/>
        <w:t>Служити починає нам.&lt;br /&gt;</w:t>
        <w:br/>
        <w:t>Назад відкинуті дружини,&lt;br /&gt;</w:t>
        <w:br/>
        <w:t>Змішавшись, падають у прах.&lt;br /&gt;</w:t>
        <w:br/>
        <w:t>Відходить Розен у долини,&lt;br /&gt;</w:t>
        <w:br/>
        <w:t>В полон здається Шліпенбах.&lt;br /&gt;</w:t>
        <w:br/>
        <w:t>Ми гоним шведів рать за раттю;&lt;br /&gt;</w:t>
        <w:br/>
        <w:t>Їх слава меркне між огнів,&lt;br /&gt;</w:t>
        <w:br/>
        <w:t>І бога битви благодаттю&lt;br /&gt;</w:t>
        <w:br/>
        <w:t>Наш кожен крок запломенів.</w:t>
      </w:r>
    </w:p>
    <w:p>
      <w:r>
        <w:br/>
        <w:t>В натхненні віщім і високім&lt;br /&gt;</w:t>
        <w:br/>
        <w:t>Тоді гримлять слова Петра:&lt;br /&gt;</w:t>
        <w:br/>
        <w:t>"За діло, з богом!" Із шатра&lt;br /&gt;</w:t>
        <w:br/>
        <w:t>В юрбі любимців, певним кроком&lt;br /&gt;</w:t>
        <w:br/>
        <w:t>Петро виходить. Із-під брів&lt;br /&gt;</w:t>
        <w:br/>
        <w:t>Він мече іскри. Він прекрасний.&lt;br /&gt;</w:t>
        <w:br/>
        <w:t>Він ночі тьма, він сонце ясне.&lt;br /&gt;</w:t>
        <w:br/>
        <w:t>Він весь — гроза і божий гнів.&lt;br /&gt;</w:t>
        <w:br/>
        <w:t>Іде. Йому коня підводять.&lt;br /&gt;</w:t>
        <w:br/>
        <w:t>Баский і тихий вірний кінь,&lt;br /&gt;</w:t>
        <w:br/>
        <w:t>В огні, в диму палахкотінь&lt;br /&gt;</w:t>
        <w:br/>
        <w:t>Тремтить, очима косо водить&lt;br /&gt;</w:t>
        <w:br/>
        <w:t>І, гордий вершником своїм,&lt;br /&gt;</w:t>
        <w:br/>
        <w:t>Летить крізь битви чорний дим.</w:t>
      </w:r>
    </w:p>
    <w:p>
      <w:r>
        <w:br/>
        <w:t>Вже полудень. Жара палає.&lt;br /&gt;</w:t>
        <w:br/>
        <w:t>Мов ратай, битва спочиває,&lt;br /&gt;</w:t>
        <w:br/>
        <w:t>Де-де гарцюють козаки.&lt;br /&gt;</w:t>
        <w:br/>
        <w:t>У лад шикуються полки.&lt;br /&gt;</w:t>
        <w:br/>
        <w:t>Музика бойова не грає.&lt;br /&gt;</w:t>
        <w:br/>
        <w:t>Мовчать гармати між дерев,&lt;br /&gt;</w:t>
        <w:br/>
        <w:t>Скінчили свій голодний рев.&lt;br /&gt;</w:t>
        <w:br/>
        <w:t>І враз — в роздолище безкрає&lt;br /&gt;</w:t>
        <w:br/>
        <w:t>Могутнє грянуло ура:&lt;br /&gt;</w:t>
        <w:br/>
        <w:t>Полки побачили Петра.</w:t>
      </w:r>
    </w:p>
    <w:p>
      <w:r>
        <w:br/>
        <w:t>І перед воями своїми&lt;br /&gt;</w:t>
        <w:br/>
        <w:t>Промчавсь він, радісний, мов бій.&lt;br /&gt;</w:t>
        <w:br/>
        <w:t>Він поле пожирав очима.&lt;br /&gt;</w:t>
        <w:br/>
        <w:t>За ним слідом, в юрбі тісній,&lt;br /&gt;</w:t>
        <w:br/>
        <w:t>Гнізда Петрового пташата,&lt;br /&gt;</w:t>
        <w:br/>
        <w:t>Його дітей сім'я крилата,&lt;br /&gt;</w:t>
        <w:br/>
        <w:t>В трудах державності й війни&lt;br /&gt;</w:t>
        <w:br/>
        <w:t>Товариші його й сини:&lt;br /&gt;</w:t>
        <w:br/>
        <w:t>І Шереметєв, слави гідний,&lt;br /&gt;</w:t>
        <w:br/>
        <w:t>І Брюс, і Боур, і Рєпнін,&lt;br /&gt;</w:t>
        <w:br/>
        <w:t>І долі любленець безрідний,&lt;br /&gt;</w:t>
        <w:br/>
        <w:t>Що став напівдержавцем він.</w:t>
      </w:r>
    </w:p>
    <w:p>
      <w:r>
        <w:br/>
        <w:t>І перед синіми рядами&lt;br /&gt;</w:t>
        <w:br/>
        <w:t>Своїх уславлених бійців&lt;br /&gt;</w:t>
        <w:br/>
        <w:t>В качалці, несеній руками&lt;br /&gt;</w:t>
        <w:br/>
        <w:t>До гробу вірних служаків,&lt;br /&gt;</w:t>
        <w:br/>
        <w:t>Блідий від рани, Карл з'явився.&lt;br /&gt;</w:t>
        <w:br/>
        <w:t>Вожді героя йшли за ним.&lt;br /&gt;</w:t>
        <w:br/>
        <w:t>Він в думу тиху затопився.&lt;br /&gt;</w:t>
        <w:br/>
        <w:t>Непевний зір його відбив&lt;br /&gt;</w:t>
        <w:br/>
        <w:t>Якесь незнане хвилювання,&lt;br /&gt;</w:t>
        <w:br/>
        <w:t>Немовби жданий бій родив&lt;br /&gt;</w:t>
        <w:br/>
        <w:t>У серці сміливім вагання...&lt;br /&gt;</w:t>
        <w:br/>
        <w:t>Враз кволим вимахом руки&lt;br /&gt;</w:t>
        <w:br/>
        <w:t>На руських рушив він полки.</w:t>
      </w:r>
    </w:p>
    <w:p>
      <w:r>
        <w:br/>
        <w:t>І з ними царські всі дружини&lt;br /&gt;</w:t>
        <w:br/>
        <w:t>Зійшлись в диму серед рівнини:&lt;br /&gt;</w:t>
        <w:br/>
        <w:t>І грянув бій, Полтавський бій!&lt;br /&gt;</w:t>
        <w:br/>
        <w:t>В огні, під градом розпашілим,&lt;br /&gt;</w:t>
        <w:br/>
        <w:t>Жива стіна йде кроком смілим,&lt;br /&gt;</w:t>
        <w:br/>
        <w:t>Над збитим строєм свіжий стрій&lt;br /&gt;</w:t>
        <w:br/>
        <w:t>Штики змикає. Ніби туча,&lt;br /&gt;</w:t>
        <w:br/>
        <w:t>Кіннота вимчалась летюча&lt;br /&gt;</w:t>
        <w:br/>
        <w:t>І, повна шалу, згаряча&lt;br /&gt;</w:t>
        <w:br/>
        <w:t>Січе, рубає з-за плеча.&lt;br /&gt;</w:t>
        <w:br/>
        <w:t>Падуть на мертвих мертві люди,&lt;br /&gt;</w:t>
        <w:br/>
        <w:t>Чавунні ядра звідусюди&lt;br /&gt;</w:t>
        <w:br/>
        <w:t>Скакають, нібито живі,&lt;br /&gt;</w:t>
        <w:br/>
        <w:t>Здіймають пил, шиплять в крові.&lt;br /&gt;</w:t>
        <w:br/>
        <w:t>Швед, руський — ріже, ранить, коле.&lt;br /&gt;</w:t>
        <w:br/>
        <w:t>Бій барабанний, в криках поле,&lt;br /&gt;</w:t>
        <w:br/>
        <w:t>Грім пушок, тупіт, ржання, скін&lt;br /&gt;</w:t>
        <w:br/>
        <w:t>І пекло й жах зі всіх сторін.</w:t>
      </w:r>
    </w:p>
    <w:p>
      <w:r>
        <w:br/>
        <w:t>Серед тривоги й хвилювання,&lt;br /&gt;</w:t>
        <w:br/>
        <w:t>Натхнення повні, без вагання&lt;br /&gt;</w:t>
        <w:br/>
        <w:t>Зорять вожді-володарі&lt;br /&gt;</w:t>
        <w:br/>
        <w:t>На бій від ранньої зорі,&lt;br /&gt;</w:t>
        <w:br/>
        <w:t>Про перемогу й смерть раптову&lt;br /&gt;</w:t>
        <w:br/>
        <w:t>У тишині ведуть розмову.&lt;br /&gt;</w:t>
        <w:br/>
        <w:t>То хто ж стоїть біля царя&lt;br /&gt;</w:t>
        <w:br/>
        <w:t>Старий, ізгорблений роками,&lt;br /&gt;</w:t>
        <w:br/>
        <w:t>Підтримуваний козаками,&lt;br /&gt;</w:t>
        <w:br/>
        <w:t>Орлиним оком бій зміря?&lt;br /&gt;</w:t>
        <w:br/>
        <w:t>Не вперше бачити герою&lt;br /&gt;</w:t>
        <w:br/>
        <w:t>Шалене хвилювання бою.&lt;br /&gt;</w:t>
        <w:br/>
        <w:t>Вже на коня не скочить він,&lt;br /&gt;</w:t>
        <w:br/>
        <w:t>Знемігсь Палій старий в засланні,&lt;br /&gt;</w:t>
        <w:br/>
        <w:t>І козаки на кличі бранні&lt;br /&gt;</w:t>
        <w:br/>
        <w:t>Не налетять зі всіх сторін!&lt;br /&gt;</w:t>
        <w:br/>
        <w:t>Та чом же спалахнули очі,&lt;br /&gt;</w:t>
        <w:br/>
        <w:t>І гнівом, наче млою ночі,&lt;br /&gt;</w:t>
        <w:br/>
        <w:t>Старого хмуриться чоло?&lt;br /&gt;</w:t>
        <w:br/>
        <w:t>Що схвилювать його могло?&lt;br /&gt;</w:t>
        <w:br/>
        <w:t>Чи він в диму, в жару картечі,&lt;br /&gt;</w:t>
        <w:br/>
        <w:t>Мазепу вгледів десь крізь бій,&lt;br /&gt;</w:t>
        <w:br/>
        <w:t>Зненавидів літа старечі,&lt;br /&gt;</w:t>
        <w:br/>
        <w:t>Беззбройний в немочі своїй?&lt;br /&gt;</w:t>
        <w:br/>
        <w:t>Мазепа з думою одною&lt;br /&gt;</w:t>
        <w:br/>
        <w:t>Дививсь на битву, між юрбою&lt;br /&gt;</w:t>
        <w:br/>
        <w:t>Повсталих буйних козаків,&lt;br /&gt;</w:t>
        <w:br/>
        <w:t>Близьких, старшин і сердюків.&lt;br /&gt;</w:t>
        <w:br/>
        <w:t>І раптом постріл. Він схопився.&lt;br /&gt;</w:t>
        <w:br/>
        <w:t>У Войнаровського в руці&lt;br /&gt;</w:t>
        <w:br/>
        <w:t>Мушкетний ствол іще димився.&lt;br /&gt;</w:t>
        <w:br/>
        <w:t>Убитий, з гнівом на лиці,&lt;br /&gt;</w:t>
        <w:br/>
        <w:t>Козак скривавлений валявся,&lt;br /&gt;</w:t>
        <w:br/>
        <w:t>А кінь весь в піні, у пилу,&lt;br /&gt;</w:t>
        <w:br/>
        <w:t>Почувши волю, дико мчався&lt;br /&gt;</w:t>
        <w:br/>
        <w:t>І зник, пірнувши в синю млу.&lt;br /&gt;</w:t>
        <w:br/>
        <w:t>Козак на гетьмана старого&lt;br /&gt;</w:t>
        <w:br/>
        <w:t>Летів із шаблею в руках,&lt;br /&gt;</w:t>
        <w:br/>
        <w:t>З безумним гнівом ув очах.&lt;br /&gt;</w:t>
        <w:br/>
        <w:t>Мазепа підійшов до нього&lt;br /&gt;</w:t>
        <w:br/>
        <w:t>І мовив слово. Та козак&lt;br /&gt;</w:t>
        <w:br/>
        <w:t>Вже сплющив зір. Грозив, однак,&lt;br /&gt;</w:t>
        <w:br/>
        <w:t>І в сконі ворогу Росії,&lt;br /&gt;</w:t>
        <w:br/>
        <w:t>Зберігши невтоленний гнів,&lt;br /&gt;</w:t>
        <w:br/>
        <w:t>Ім'я коханої Марії&lt;br /&gt;</w:t>
        <w:br/>
        <w:t>Язик нечутно шепотів.</w:t>
      </w:r>
    </w:p>
    <w:p>
      <w:r>
        <w:br/>
        <w:t>Та гнуться, гнуться шведські сили.&lt;br /&gt;</w:t>
        <w:br/>
        <w:t>Час перемоги! Ми зломили!&lt;br /&gt;</w:t>
        <w:br/>
        <w:t>О, славний час! О, слави лет!&lt;br /&gt;</w:t>
        <w:br/>
        <w:t>Іще напір — і пада швед 26;&lt;br /&gt;</w:t>
        <w:br/>
        <w:t>Кіннота вслід — рубає, коле,&lt;br /&gt;</w:t>
        <w:br/>
        <w:t>Мечі ступила вже вона,&lt;br /&gt;</w:t>
        <w:br/>
        <w:t>Покрили мертві збите поле,&lt;br /&gt;</w:t>
        <w:br/>
        <w:t>Немовби чорна сарана.</w:t>
      </w:r>
    </w:p>
    <w:p>
      <w:r>
        <w:br/>
        <w:t>Петро святкує. Гордий, ясний&lt;br /&gt;</w:t>
        <w:br/>
        <w:t>І слави повен зір його.&lt;br /&gt;</w:t>
        <w:br/>
        <w:t>Бенкет царський його прекрасний.&lt;br /&gt;</w:t>
        <w:br/>
        <w:t>Під війська поклики свого&lt;br /&gt;</w:t>
        <w:br/>
        <w:t>В шатрі своїм він пригощає&lt;br /&gt;</w:t>
        <w:br/>
        <w:t>Своїх вождів, вождів чужих,&lt;br /&gt;</w:t>
        <w:br/>
        <w:t>Славетних бранців сам вітає,&lt;br /&gt;</w:t>
        <w:br/>
        <w:t>І за навчителів своїх&lt;br /&gt;</w:t>
        <w:br/>
        <w:t>Вітальний келих підіймає.&lt;br /&gt;</w:t>
        <w:br/>
        <w:t>А де ж той перший, званий гість?&lt;br /&gt;</w:t>
        <w:br/>
        <w:t>Учитель наш, ясновельможець,&lt;br /&gt;</w:t>
        <w:br/>
        <w:t>Чию важку тривалу злість&lt;br /&gt;</w:t>
        <w:br/>
        <w:t>Полтавський зборкав переможець?&lt;br /&gt;</w:t>
        <w:br/>
        <w:t>І де ж Мазепа? Як з очей&lt;br /&gt;</w:t>
        <w:br/>
        <w:t>Іуда зник, блідий од страху?&lt;br /&gt;</w:t>
        <w:br/>
        <w:t>Чому король не між гостей?&lt;br /&gt;</w:t>
        <w:br/>
        <w:t>Чом зрадник не пішов на плаху 27?</w:t>
      </w:r>
    </w:p>
    <w:p>
      <w:r>
        <w:br/>
        <w:t>Де степу дика глушина, —&lt;br /&gt;</w:t>
        <w:br/>
        <w:t>Король і гетьман мчать здалека.&lt;br /&gt;</w:t>
        <w:br/>
        <w:t>Зв'язала доля їх одна,&lt;br /&gt;</w:t>
        <w:br/>
        <w:t>А злоба люта й небезпека&lt;br /&gt;</w:t>
        <w:br/>
        <w:t>Дарують силу королю.&lt;br /&gt;</w:t>
        <w:br/>
        <w:t>Він рану болісну свою&lt;br /&gt;</w:t>
        <w:br/>
        <w:t>Забув. Поникши головою,&lt;br /&gt;</w:t>
        <w:br/>
        <w:t>Втікає він у даль глуху,&lt;br /&gt;</w:t>
        <w:br/>
        <w:t>І слуги віддані юрбою&lt;br /&gt;</w:t>
        <w:br/>
        <w:t>Ледь здоганяють на шляху.</w:t>
      </w:r>
    </w:p>
    <w:p>
      <w:r>
        <w:br/>
        <w:t>На степ загледівшись мінливий,&lt;br /&gt;</w:t>
        <w:br/>
        <w:t>На трави росні до колін,&lt;br /&gt;</w:t>
        <w:br/>
        <w:t>З ним поруч їде гетьман сивий.&lt;br /&gt;</w:t>
        <w:br/>
        <w:t>Ось хутір видно... Що ж це він,&lt;br /&gt;</w:t>
        <w:br/>
        <w:t>Мазепа, ніби налякався&lt;br /&gt;</w:t>
        <w:br/>
        <w:t>І геть від хутора помчався,&lt;br /&gt;</w:t>
        <w:br/>
        <w:t>Як від людей тікає звір?&lt;br /&gt;</w:t>
        <w:br/>
        <w:t>Чи, може, запустілий двір,&lt;br /&gt;</w:t>
        <w:br/>
        <w:t>І дім глухий, і сад самотній,&lt;br /&gt;</w:t>
        <w:br/>
        <w:t>І двері, скошені в пітьму,&lt;br /&gt;</w:t>
        <w:br/>
        <w:t>Якийсь-то випадок скорботний&lt;br /&gt;</w:t>
        <w:br/>
        <w:t>Тепер нагадують йому?&lt;br /&gt;</w:t>
        <w:br/>
        <w:t>Невинності святої кате!&lt;br /&gt;</w:t>
        <w:br/>
        <w:t>Чи ти впізнав житло багате,&lt;br /&gt;</w:t>
        <w:br/>
        <w:t>Цей дім, колись веселий дім,&lt;br /&gt;</w:t>
        <w:br/>
        <w:t>Де пив вино, в гульбі бурхливій,&lt;br /&gt;</w:t>
        <w:br/>
        <w:t>І за столом, в сім'ї щасливій,&lt;br /&gt;</w:t>
        <w:br/>
        <w:t>Сміявся з другом ти своїм?&lt;br /&gt;</w:t>
        <w:br/>
        <w:t>Тобі цей дім очей не коле,&lt;br /&gt;</w:t>
        <w:br/>
        <w:t>Де тихий ангел проживав?&lt;br /&gt;</w:t>
        <w:br/>
        <w:t>І сад, відкіль вночі у поле&lt;br /&gt;</w:t>
        <w:br/>
        <w:t>Її ти вивів... О, впізнав!&lt;br /&gt;</w:t>
        <w:br/>
        <w:t>Повито степ нічною млою,&lt;br /&gt;</w:t>
        <w:br/>
        <w:t>У тьмі дніпрові береги.&lt;br /&gt;</w:t>
        <w:br/>
        <w:t>Дрімають чуйно під горою&lt;br /&gt;</w:t>
        <w:br/>
        <w:t>Петра й Росії вороги.&lt;br /&gt;</w:t>
        <w:br/>
        <w:t>Героя сон минають мрії,&lt;br /&gt;</w:t>
        <w:br/>
        <w:t>Полтави втрату він забув.&lt;br /&gt;</w:t>
        <w:br/>
        <w:t>Та сон Мазепи темний був,&lt;br /&gt;</w:t>
        <w:br/>
        <w:t>Похмурий, повний безнадії.&lt;br /&gt;</w:t>
        <w:br/>
        <w:t>І раптом в тиші, ніби дзвін,&lt;br /&gt;</w:t>
        <w:br/>
        <w:t>Чийсь голос кличе. Що за лихо?&lt;br /&gt;</w:t>
        <w:br/>
        <w:t>Над ним, неначе на поклін,&lt;br /&gt;</w:t>
        <w:br/>
        <w:t>Хтось, нахилився тихо-тихо.&lt;br /&gt;</w:t>
        <w:br/>
        <w:t>Здригнувсь, немов на страті, він.&lt;br /&gt;</w:t>
        <w:br/>
        <w:t>Над ним бліда, простоволоса,&lt;br /&gt;</w:t>
        <w:br/>
        <w:t>Одягнена в лахміття, боса,&lt;br /&gt;</w:t>
        <w:br/>
        <w:t>З безумним поглядом, жахна,&lt;br /&gt;</w:t>
        <w:br/>
        <w:t>Стоїть під місяцем вона...&lt;br /&gt;</w:t>
        <w:br/>
        <w:t>"Чи це не сон?.. Це ти... Маріє?"</w:t>
      </w:r>
    </w:p>
    <w:p>
      <w:r>
        <w:br/>
        <w:t>М а р і я</w:t>
      </w:r>
    </w:p>
    <w:p>
      <w:r>
        <w:br/>
        <w:t>Ах, тихше, друже! В цей-бо час&lt;br /&gt;</w:t>
        <w:br/>
        <w:t>Сон над батьками тихо віє...&lt;br /&gt;</w:t>
        <w:br/>
        <w:t>Чекай... Вони почують нас.</w:t>
      </w:r>
    </w:p>
    <w:p>
      <w:r>
        <w:br/>
        <w:t>М а з е п а</w:t>
      </w:r>
    </w:p>
    <w:p>
      <w:r>
        <w:br/>
        <w:t>Маріє, бідна ж ти, Маріє!&lt;br /&gt;</w:t>
        <w:br/>
        <w:t>Опам'ятайся! Ти страшна.</w:t>
      </w:r>
    </w:p>
    <w:p>
      <w:r>
        <w:br/>
        <w:t>М а р і я</w:t>
      </w:r>
    </w:p>
    <w:p>
      <w:r>
        <w:br/>
        <w:t>Як мати хитрувать уміє!&lt;br /&gt;</w:t>
        <w:br/>
        <w:t>І що за оповідь смішна?&lt;br /&gt;</w:t>
        <w:br/>
        <w:t>Вона, як тайну розказала,&lt;br /&gt;</w:t>
        <w:br/>
        <w:t>Що вмер неначебто отець,&lt;br /&gt;</w:t>
        <w:br/>
        <w:t>Мені тихенько показала&lt;br /&gt;</w:t>
        <w:br/>
        <w:t>Старечу голову,— творець!&lt;br /&gt;</w:t>
        <w:br/>
        <w:t>Куди втікать від злого слова?&lt;br /&gt;</w:t>
        <w:br/>
        <w:t>Подумай тільки: голова&lt;br /&gt;</w:t>
        <w:br/>
        <w:t>Була не людська, сивоброва, —&lt;br /&gt;</w:t>
        <w:br/>
        <w:t>А вовча, он яке бува!&lt;br /&gt;</w:t>
        <w:br/>
        <w:t>Чим обмануть мене хотіла!&lt;br /&gt;</w:t>
        <w:br/>
        <w:t>Не сором серце так пекти?&lt;br /&gt;</w:t>
        <w:br/>
        <w:t>І задля чого? Щоб не сміла&lt;br /&gt;</w:t>
        <w:br/>
        <w:t>Разом з тобою утекти!&lt;br /&gt;</w:t>
        <w:br/>
        <w:t>Повіриш? —</w:t>
      </w:r>
    </w:p>
    <w:p>
      <w:r>
        <w:br/>
        <w:t>Крізь одчай глибокий&lt;br /&gt;</w:t>
        <w:br/>
        <w:t>Коханець наслухав жорстокий.&lt;br /&gt;</w:t>
        <w:br/>
        <w:t>У вирі дум тяжких, вона&lt;br /&gt;</w:t>
        <w:br/>
        <w:t>Йому шептала, мов п'яна:&lt;br /&gt;</w:t>
        <w:br/>
        <w:t>"Я пам'ятаю поле... свято...&lt;br /&gt;</w:t>
        <w:br/>
        <w:t>І чернь... і мертві там тіла...&lt;br /&gt;</w:t>
        <w:br/>
        <w:t>І мати в степ мене вела...&lt;br /&gt;</w:t>
        <w:br/>
        <w:t>А де ж ти був? З тобою різно&lt;br /&gt;</w:t>
        <w:br/>
        <w:t>Ми розійшлись, самотня я.&lt;br /&gt;</w:t>
        <w:br/>
        <w:t>Ходімо вдвох. Мерщій... вже пізно.&lt;br /&gt;</w:t>
        <w:br/>
        <w:t>Ах, бачу, голова моя&lt;br /&gt;</w:t>
        <w:br/>
        <w:t>Палає з думання пустого:&lt;br /&gt;</w:t>
        <w:br/>
        <w:t>А я вважала не за того&lt;br /&gt;</w:t>
        <w:br/>
        <w:t>Тебе, старий. Залиш мене.&lt;br /&gt;</w:t>
        <w:br/>
        <w:t>Страшний твій погляд і глузливий.&lt;br /&gt;</w:t>
        <w:br/>
        <w:t>Потворний ти, а він вродливий:&lt;br /&gt;</w:t>
        <w:br/>
        <w:t>В очах його блищить любов,&lt;br /&gt;</w:t>
        <w:br/>
        <w:t>Слова такі ласкаві, милі!&lt;br /&gt;</w:t>
        <w:br/>
        <w:t>У нього вуса білі, білі.&lt;br /&gt;</w:t>
        <w:br/>
        <w:t>А на твоїх засохла кров!.."</w:t>
      </w:r>
    </w:p>
    <w:p>
      <w:r>
        <w:br/>
        <w:t>І з диким сміхом завищала,&lt;br /&gt;</w:t>
        <w:br/>
        <w:t>Подібна сарні молодій,&lt;br /&gt;</w:t>
        <w:br/>
        <w:t>І, раптом скочивши, помчала,&lt;br /&gt;</w:t>
        <w:br/>
        <w:t>І зникла в темряві нічній.</w:t>
      </w:r>
    </w:p>
    <w:p>
      <w:r>
        <w:br/>
        <w:t>Світало. Схід зачервонів.&lt;br /&gt;</w:t>
        <w:br/>
        <w:t>Огонь ясний полум'янів.&lt;br /&gt;</w:t>
        <w:br/>
        <w:t>Пшеницю козаки варили;&lt;br /&gt;</w:t>
        <w:br/>
        <w:t>Без сідел коней до Дніпра&lt;br /&gt;</w:t>
        <w:br/>
        <w:t>Драбанти напувать водили.&lt;br /&gt;</w:t>
        <w:br/>
        <w:t>Проснувся Карл... "Ого! Пора!&lt;br /&gt;</w:t>
        <w:br/>
        <w:t>Вставай, Мазепо. Вже світає".&lt;br /&gt;</w:t>
        <w:br/>
        <w:t>Та він не спить, лице бліде,&lt;br /&gt;</w:t>
        <w:br/>
        <w:t>Бо розпач серце пожирає,&lt;br /&gt;</w:t>
        <w:br/>
        <w:t>Дихання в грудях не зведе.&lt;br /&gt;</w:t>
        <w:br/>
        <w:t>І мовчки він коня сідлає.&lt;br /&gt;</w:t>
        <w:br/>
        <w:t>I мчиться з королем в імлі,&lt;br /&gt;</w:t>
        <w:br/>
        <w:t>І страшно поглядом ширяє&lt;br /&gt;</w:t>
        <w:br/>
        <w:t>Над рідним рубежем землі.</w:t>
      </w:r>
    </w:p>
    <w:p>
      <w:r>
        <w:br/>
        <w:t>____________</w:t>
      </w:r>
    </w:p>
    <w:p>
      <w:r>
        <w:br/>
        <w:t>Сто літ минуло — що ж лишилось&lt;br /&gt;</w:t>
        <w:br/>
        <w:t>Від гордих цих людей міцних,&lt;br /&gt;</w:t>
        <w:br/>
        <w:t>Від пристрастей їх вогняних?&lt;br /&gt;</w:t>
        <w:br/>
        <w:t>Минуле їх не воскресилось —&lt;br /&gt;</w:t>
        <w:br/>
        <w:t>І зник давно кривавий слід&lt;br /&gt;</w:t>
        <w:br/>
        <w:t>Зусиль, поневірянь, побід.&lt;br /&gt;</w:t>
        <w:br/>
        <w:t>В житті північної держави,&lt;br /&gt;</w:t>
        <w:br/>
        <w:t>В її звитяжній боротьбі,&lt;br /&gt;</w:t>
        <w:br/>
        <w:t>Лиш ти воздвиг, герой Полтави,&lt;br /&gt;</w:t>
        <w:br/>
        <w:t>Величний пам'ятник собі.&lt;br /&gt;</w:t>
        <w:br/>
        <w:t>А там, де вітряки рядами&lt;br /&gt;</w:t>
        <w:br/>
        <w:t>Стоять по самий небосхил&lt;br /&gt;</w:t>
        <w:br/>
        <w:t>Понад бендерськими валами,&lt;br /&gt;</w:t>
        <w:br/>
        <w:t>Де бродять буйволи стадами&lt;br /&gt;</w:t>
        <w:br/>
        <w:t>Навкруг вояцьких тих могил, —&lt;br /&gt;</w:t>
        <w:br/>
        <w:t>Останки захистку розбиті&lt;br /&gt;</w:t>
        <w:br/>
        <w:t>І сходини вкрива земля;&lt;br /&gt;</w:t>
        <w:br/>
        <w:t>Вони одні лише на світі&lt;br /&gt;</w:t>
        <w:br/>
        <w:t>Гласять про шведа-короля.&lt;br /&gt;</w:t>
        <w:br/>
        <w:t>З них відбивав герой безумний&lt;br /&gt;</w:t>
        <w:br/>
        <w:t>З юрбою слуг, під криків гук,&lt;br /&gt;</w:t>
        <w:br/>
        <w:t>Бійців турецьких напад шумний&lt;br /&gt;</w:t>
        <w:br/>
        <w:t>І кинув шпагу під бунчук.&lt;br /&gt;</w:t>
        <w:br/>
        <w:t>Дарма захожий тут похилий&lt;br /&gt;</w:t>
        <w:br/>
        <w:t>Шукав би гетьмана могили:&lt;br /&gt;</w:t>
        <w:br/>
        <w:t>Мазепи слово зникло в тьму.&lt;br /&gt;</w:t>
        <w:br/>
        <w:t>Лиш в дні великої святині&lt;br /&gt;</w:t>
        <w:br/>
        <w:t>Собор погрозливо донині&lt;br /&gt;</w:t>
        <w:br/>
        <w:t>Гримить анафему йому.&lt;br /&gt;</w:t>
        <w:br/>
        <w:t>Та збереглася ще могила&lt;br /&gt;</w:t>
        <w:br/>
        <w:t>Тих двох, що впали в кров і пил:&lt;br /&gt;</w:t>
        <w:br/>
        <w:t>Між давніх праведних могил&lt;br /&gt;</w:t>
        <w:br/>
        <w:t>Їх тихо церква приютила 28.&lt;br /&gt;</w:t>
        <w:br/>
        <w:t>Дуби, розрісшися крислато,&lt;br /&gt;</w:t>
        <w:br/>
        <w:t>В Диканьці вартою стоять,&lt;br /&gt;</w:t>
        <w:br/>
        <w:t>Про друзів, посланих на страту,&lt;br /&gt;</w:t>
        <w:br/>
        <w:t>Вони нащадкам гомонять.&lt;br /&gt;</w:t>
        <w:br/>
        <w:t>Де ж грішниця-дочка? Предання&lt;br /&gt;</w:t>
        <w:br/>
        <w:t>Мовчить об тім. Її страждання,&lt;br /&gt;</w:t>
        <w:br/>
        <w:t>Її недоля та кінець&lt;br /&gt;</w:t>
        <w:br/>
        <w:t>Укриті темною пітьмою&lt;br /&gt;</w:t>
        <w:br/>
        <w:t>Від нас навіки. Лиш порою,&lt;br /&gt;</w:t>
        <w:br/>
        <w:t>Коли в селі сліпий співець&lt;br /&gt;</w:t>
        <w:br/>
        <w:t>Виконує перед народом&lt;br /&gt;</w:t>
        <w:br/>
        <w:t>Пісні Мазепи, — то, бува,&lt;br /&gt;</w:t>
        <w:br/>
        <w:t>Він і про грішну діву згодом&lt;br /&gt;</w:t>
        <w:br/>
        <w:t>Козачкам юним заспіва.</w:t>
      </w:r>
    </w:p>
    <w:p>
      <w:r>
        <w:br/>
        <w:t>1828</w:t>
      </w:r>
    </w:p>
    <w:p>
      <w:r>
        <w:br/>
        <w:t>ПРИМІТКИ</w:t>
      </w:r>
    </w:p>
    <w:p>
      <w:r>
        <w:br/>
        <w:t>1. Василь Леонтійович Кочубей — генеральний суддя за часів Мазепи.&lt;br /&gt;</w:t>
        <w:br/>
        <w:t>2. Кочубей мав декілька дочок; одна з них була замужем за Обидовським, небожем Мазепи. Та, про яку тут згадується, звалася Мотрею.&lt;br /&gt;</w:t>
        <w:br/>
        <w:t>3. Мазепа справді сватався до своєї хрещениці, але йому відмовили.&lt;br /&gt;</w:t>
        <w:br/>
        <w:t>4. Бунчук і булава — ознаки гетьманської влади.&lt;br /&gt;</w:t>
        <w:br/>
        <w:t>5. Дорошенко — гетьман.&lt;br /&gt;</w:t>
        <w:br/>
        <w:t>6. Григорій Самойлович — син гетьмана, засланого до Сибіру на початку царювання Петра І.&lt;br /&gt;</w:t>
        <w:br/>
        <w:t>7. Семен Палій — фастовський полковник, славетний наїзник. За свавільні наскоки засланий був до Єнісейська через скарги Мазепи. Коли Мазепа виявився зрадником, Палій був повернутий із заслання і брав участь у Полтавському бою.&lt;br /&gt;</w:t>
        <w:br/>
        <w:t>8. Кость Гордієнко — кошовий отаман запорозьких козаків. Згодом передався до Карла XII. Взятий у полон і страчений в 1708 р.&lt;br /&gt;</w:t>
        <w:br/>
        <w:t>9. 20 000 козаків було відряджено до Ліфляндії.&lt;br /&gt;</w:t>
        <w:br/>
        <w:t>10. Мазепа в одному місці закидає Кочубеєві те, що ним верховодить дружина його, горда і високорозумна.&lt;br /&gt;</w:t>
        <w:br/>
        <w:t>11. Іскра — полтавський полковник, товариш Кочубея, що поділив з ним його змову і долю.&lt;br /&gt;</w:t>
        <w:br/>
        <w:t>12. Єзуїт Залєнський, княгиня Дульська і якийсь болгарський архієпіскоп, вигнаний з своєї батьківщини, були головними агентами Мазепи. Останній у вигляді старця ходив з Польщі на Україну і назад.&lt;br /&gt;</w:t>
        <w:br/>
        <w:t>13. Так звалися маніфести гетьманів.&lt;br /&gt;</w:t>
        <w:br/>
        <w:t>14. Пилип Орлик— генеральний писар, поплічник Мазепи, після смерті (в 1710 р.) Мазепи дістав від Карла XII "титул" малоросійського гетьмана. Згодом перейшов у магометанську віру і вмер в Бендерах близько 1736 року.&lt;br /&gt;</w:t>
        <w:br/>
        <w:t>15. Булавін Кондратій — донський козачий сотник, що очолив повстання донських козаків у відповідь на спробу Петра І повернути з Дону біглих селян і солдатів-дезертирів.&lt;br /&gt;</w:t>
        <w:br/>
        <w:t>16. Таємний секретар Шафіров і гр. Головкін, друзі й заступники Мазепи.&lt;br /&gt;</w:t>
        <w:br/>
        <w:t>17. Станіслав — польський король початку XVIII ст.&lt;br /&gt;</w:t>
        <w:br/>
        <w:t>18. Під час невдалого походу до Криму Кази-Гірей пропонував Мазепі з'єднатися з ним і спільно напасти на російське військо.&lt;br /&gt;</w:t>
        <w:br/>
        <w:t>19. В своїх листах Мазепа скаржився, що доносителів катували надто легко, і невідступно вимагав їх страти, порівнюючи себе з Сусанною, безвинно обмовленою беззаконними стариками, а графа Головкіна — з пророком Данилом.&lt;br /&gt;</w:t>
        <w:br/>
        <w:t>20. Село Кочубея.&lt;br /&gt;</w:t>
        <w:br/>
        <w:t>21. Вже засуджений на смерть, Кочубей був катований у війську гетьмана. З відповідей нещасного видно, що його допитували про скарби, заховані ним.&lt;br /&gt;</w:t>
        <w:br/>
        <w:t>22. Військо, що перебувало на власному утриманні гетьманів.&lt;br /&gt;</w:t>
        <w:br/>
        <w:t>23. Петро І з властивою йому швидкістю та енергією вжив заходів для викоренення зради.&lt;br /&gt;</w:t>
        <w:br/>
        <w:t>"1708 ноября 7-го числа, по указу государеву, казаки по обычаю своєму вольними голосами выбрали в гетьманы полковника стародубского Ив. Скоропадского.&lt;br /&gt;</w:t>
        <w:br/>
        <w:t>"8-го числа приехали в Глухов киевский, черниговский и переяславский архиепископы.&lt;br /&gt;</w:t>
        <w:br/>
        <w:t>"А 9-го дня предали клятве Мазепу оные архиереи публично; того же дня и персону (куклу) оного изменника Мазепы вынесли и, сняв кавалерию (которая на ту персону была надета с бантом), оную персону бросили в палачевские руки, которую палач, взяв и прицепя за веревку, тащил по улице и по площади даже до виселицы, и потом повесили.&lt;br /&gt;</w:t>
        <w:br/>
        <w:t>"В Глухове же 10-го дня казнили Чечеля и прочих изменников..." (Журнал Петра Великого ).&lt;br /&gt;</w:t>
        <w:br/>
        <w:t>24. Чечель одчайдушно обороняв Батурін проти війська кн. Меншикова.&lt;br /&gt;</w:t>
        <w:br/>
        <w:t>25. Вночі Карл, сам оглядаючи наш табір, натрапив на козаків, що сиділи коло вогнища. Він поскакав просто на них і одного з них застрелив. Козаки дали по ньому три постріли і тяжко поранили його в ногу.&lt;br /&gt;</w:t>
        <w:br/>
        <w:t>26. Діло не тяглося і двох годин. "Ибо (сказано в Журн. Петра Великого) непобедимые господа шведы хребет свой показали и от наших войск вся неприятельская армия весьма опрокинута".&lt;br /&gt;</w:t>
        <w:br/>
        <w:t>27. Московський імператор, охоплений радістю, сховати яку він не давав собі труда, приймав на полі бою полонених, яких приводили до нього натовпом, і щохвилини питав: "Де ж мій брат Карл?"&lt;br /&gt;</w:t>
        <w:br/>
        <w:t>...Тоді, піднісши келих з вином, він сказав: "За здоров'я моїх вчителів у військовій справі!" Реншільд запитав його: кого він вшанував таким чудовим найменням. "Вас,панове шведські генерали", — відповів цар. — "В такому разі, ваша величність, — сказав граф, — ви дуже невдячні, коли так кепсько повелися з своїми вчителями".&lt;br /&gt;</w:t>
        <w:br/>
        <w:t>28. Обезглавлені тіла Іскри і Кочубея були віддані родичам і поховані в Київській лаврі; над їх гробом висічено такий напис:&lt;br /&gt;</w:t>
        <w:br/>
        <w:t>"Кто еси мимо грядый о нас неведущий,&lt;br /&gt;</w:t>
        <w:br/>
        <w:t>Елицы зде естесмо положены сущи,&lt;br /&gt;</w:t>
        <w:br/>
        <w:t>Понеже нам страсть и смерть повеле молчати,&lt;br /&gt;</w:t>
        <w:br/>
        <w:t>Сей камень возопиет о нас ти вещати,&lt;br /&gt;</w:t>
        <w:br/>
        <w:t>И за правду и верность к монарсе нашу,&lt;br /&gt;</w:t>
        <w:br/>
        <w:t>Страдания и смерти испыймо чашу.&lt;br /&gt;</w:t>
        <w:br/>
        <w:t>Злуданьем Мазепы, всевечно правы,&lt;br /&gt;</w:t>
        <w:br/>
        <w:t>Посеченны заставшие топором во главы;&lt;br /&gt;</w:t>
        <w:br/>
        <w:t>Почиваем в сем месте Матери Владычне,&lt;br /&gt;</w:t>
        <w:br/>
        <w:t>Подающия всем своим рабом живот вечный.&lt;br /&gt;</w:t>
        <w:br/>
        <w:t>Року 1708 месяца июля 15 дня посечены средь обозу войскового за Белою Церковию на Борщаговце и Ковшевом благородный Василий Кочубей, судия генеральный; Иоанн Искра, полковник полтавский. Привезены же тела их июля 17 в Киев и того ж дня в обители святой Печерской на сем месте погребены".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Полтава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