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Полонянка</w:t>
      </w:r>
    </w:p>
    <w:p>
      <w:r>
        <w:br/>
        <w:t xml:space="preserve"> То не лебеді — в тучі діброва;&lt;br /&gt;</w:t>
        <w:br/>
        <w:t>Може танком, як туча, пройти?&lt;br /&gt;</w:t>
        <w:br/>
        <w:t>Ти стоїш, молода, тонкоброва,&lt;br /&gt;</w:t>
        <w:br/>
        <w:t>Комсомолка — з десятого — ти.</w:t>
      </w:r>
    </w:p>
    <w:p>
      <w:r>
        <w:br/>
        <w:t>І немає для смутку причини:&lt;br /&gt;</w:t>
        <w:br/>
        <w:t>Ліс та поле — із золота мур,&lt;br /&gt;</w:t>
        <w:br/>
        <w:t>І тополі, неначе в Тичини,&lt;br /&gt;</w:t>
        <w:br/>
        <w:t>В рокотанні-риданні бандур.</w:t>
      </w:r>
    </w:p>
    <w:p>
      <w:r>
        <w:br/>
        <w:t>Не суворо на серці, не гнівно,&lt;br /&gt;</w:t>
        <w:br/>
        <w:t>А за тебе тривожуся я.&lt;br /&gt;</w:t>
        <w:br/>
        <w:t>Катерино моя, Ковалівно,&lt;br /&gt;</w:t>
        <w:br/>
        <w:t>Степова чарівнице моя!</w:t>
      </w:r>
    </w:p>
    <w:p>
      <w:r>
        <w:br/>
        <w:t>Степовичка, сама задніпрянка,&lt;br /&gt;</w:t>
        <w:br/>
        <w:t>З діда-прадіда — всі бойові.&lt;br /&gt;</w:t>
        <w:br/>
        <w:t>Заспіваєш — аж світяться ранки,&lt;br /&gt;</w:t>
        <w:br/>
        <w:t>Засмієшся — встають неживі.</w:t>
      </w:r>
    </w:p>
    <w:p>
      <w:r>
        <w:br/>
        <w:t>У роботі і сонця не бачиш,&lt;br /&gt;</w:t>
        <w:br/>
        <w:t>У любові — як пломінь з пожеж.&lt;br /&gt;</w:t>
        <w:br/>
        <w:t>З горя стлієш, але не заплачеш,&lt;br /&gt;</w:t>
        <w:br/>
        <w:t>Пересохнеш, але не впадеш.</w:t>
      </w:r>
    </w:p>
    <w:p>
      <w:r>
        <w:br/>
        <w:t>Он виходить війна і клекоче,&lt;br /&gt;</w:t>
        <w:br/>
        <w:t>І обагрює кров'ю краї,&lt;br /&gt;</w:t>
        <w:br/>
        <w:t>На твої ненахмурені очі,&lt;br /&gt;</w:t>
        <w:br/>
        <w:t>На осяяні руки твої,</w:t>
      </w:r>
    </w:p>
    <w:p>
      <w:r>
        <w:br/>
        <w:t>На віночок двох кіс понад чолом,&lt;br /&gt;</w:t>
        <w:br/>
        <w:t>На уста, не ціловані вніч,&lt;br /&gt;</w:t>
        <w:br/>
        <w:t>Над твоїм ще невиданим болем&lt;br /&gt;</w:t>
        <w:br/>
        <w:t>Із страшних залізняцьких сторіч,</w:t>
      </w:r>
    </w:p>
    <w:p>
      <w:r>
        <w:br/>
        <w:t>Понести тебе в даль горобину,&lt;br /&gt;</w:t>
        <w:br/>
        <w:t>Безгріховну — ввести до гріха,&lt;br /&gt;</w:t>
        <w:br/>
        <w:t>Стан високий зігнуть, як билину,&lt;br /&gt;</w:t>
        <w:br/>
        <w:t>А билина в покорі всиха.</w:t>
      </w:r>
    </w:p>
    <w:p>
      <w:r>
        <w:br/>
        <w:t>Що ж то обрій виблискує гнівно?&lt;br /&gt;</w:t>
        <w:br/>
        <w:t>Що ж не сплю і тривожуся я?&lt;br /&gt;</w:t>
        <w:br/>
        <w:t>Ти не знаєш того, Ковалівно,&lt;br /&gt;</w:t>
        <w:br/>
        <w:t>Степова чарівнице моя!..</w:t>
      </w:r>
    </w:p>
    <w:p>
      <w:r>
        <w:br/>
        <w:t>I</w:t>
      </w:r>
    </w:p>
    <w:p>
      <w:r>
        <w:br/>
        <w:t>Виходив Дудар рано з хати.&lt;br /&gt;</w:t>
        <w:br/>
        <w:t>Корів на пашу гнать чи ні?&lt;br /&gt;</w:t>
        <w:br/>
        <w:t>Гудуть за обрієм гармати,&lt;br /&gt;</w:t>
        <w:br/>
        <w:t>В стривоженій далечині.</w:t>
      </w:r>
    </w:p>
    <w:p>
      <w:r>
        <w:br/>
        <w:t>Обози. Трактори. Двоколки.&lt;br /&gt;</w:t>
        <w:br/>
        <w:t>І санітари на возах,&lt;br /&gt;</w:t>
        <w:br/>
        <w:t>І неба синього подолки,&lt;br /&gt;</w:t>
        <w:br/>
        <w:t>В диму, у грозах, у сльозах.</w:t>
      </w:r>
    </w:p>
    <w:p>
      <w:r>
        <w:br/>
        <w:t>Уже гуторили в артілі,&lt;br /&gt;</w:t>
        <w:br/>
        <w:t>Що з хлібом буде? Як лани?&lt;br /&gt;</w:t>
        <w:br/>
        <w:t>Стежки, у спеці поруділі,&lt;br /&gt;</w:t>
        <w:br/>
        <w:t>Бензином пахли від війни.</w:t>
      </w:r>
    </w:p>
    <w:p>
      <w:r>
        <w:br/>
        <w:t>Біженці йшли у полі, в лузі,&lt;br /&gt;</w:t>
        <w:br/>
        <w:t>В садах, в артілях, по окрузі,&lt;br /&gt;</w:t>
        <w:br/>
        <w:t>Варили юшку, а малі...&lt;br /&gt;</w:t>
        <w:br/>
        <w:t>Малята спали на землі.</w:t>
      </w:r>
    </w:p>
    <w:p>
      <w:r>
        <w:br/>
        <w:t>Без пелюшок та без одежі&lt;br /&gt;</w:t>
        <w:br/>
        <w:t>Несли їх старші із дворів,&lt;br /&gt;</w:t>
        <w:br/>
        <w:t>Де з туч вогненної мережі&lt;br /&gt;</w:t>
        <w:br/>
        <w:t>Щербатий місяць вслід горів.</w:t>
      </w:r>
    </w:p>
    <w:p>
      <w:r>
        <w:br/>
        <w:t>І не було в них ні колиски,&lt;br /&gt;</w:t>
        <w:br/>
        <w:t>Ні ложки звичної, ні миски,&lt;br /&gt;</w:t>
        <w:br/>
        <w:t>У школі, в полі чи в яру,&lt;br /&gt;</w:t>
        <w:br/>
        <w:t>В артилерійському жару,</w:t>
      </w:r>
    </w:p>
    <w:p>
      <w:r>
        <w:br/>
        <w:t>Ні теплих ліжок в темнім полі.&lt;br /&gt;</w:t>
        <w:br/>
        <w:t>Живим, як кажуть, повезло:&lt;br /&gt;</w:t>
        <w:br/>
        <w:t>Несли малий шматочок долі,&lt;br /&gt;</w:t>
        <w:br/>
        <w:t>У смерті вирваний на зло!</w:t>
      </w:r>
    </w:p>
    <w:p>
      <w:r>
        <w:br/>
        <w:t>Не легко йти із свого краю,&lt;br /&gt;</w:t>
        <w:br/>
        <w:t>У ярові, зелені дні.&lt;br /&gt;</w:t>
        <w:br/>
        <w:t>Я цим страждав, це добре знаю&lt;br /&gt;</w:t>
        <w:br/>
        <w:t>І на війні й не на війні.</w:t>
      </w:r>
    </w:p>
    <w:p>
      <w:r>
        <w:br/>
        <w:t>Це й Дудар бачив. Видно, горе&lt;br /&gt;</w:t>
        <w:br/>
        <w:t>Людей жене. Біда, біда!..&lt;br /&gt;</w:t>
        <w:br/>
        <w:t>В світання росне, півпрозоре&lt;br /&gt;</w:t>
        <w:br/>
        <w:t>Брела в долину череда.</w:t>
      </w:r>
    </w:p>
    <w:p>
      <w:r>
        <w:br/>
        <w:t>За темнокорими дубами,&lt;br /&gt;</w:t>
        <w:br/>
        <w:t>За сивим плетивом стежок,&lt;br /&gt;</w:t>
        <w:br/>
        <w:t>Корови, шепчучи губами,&lt;br /&gt;</w:t>
        <w:br/>
        <w:t>Втикали морди в моріжок.</w:t>
      </w:r>
    </w:p>
    <w:p>
      <w:r>
        <w:br/>
        <w:t>Рожеві ніздрі свіжомиті,&lt;br /&gt;</w:t>
        <w:br/>
        <w:t>Нагріті вітром з дальніх гін,&lt;br /&gt;</w:t>
        <w:br/>
        <w:t>І слини довгі, теплі ниті&lt;br /&gt;</w:t>
        <w:br/>
        <w:t>Звисали низько до колін.</w:t>
      </w:r>
    </w:p>
    <w:p>
      <w:r>
        <w:br/>
        <w:t>Старий давно глядів скотину,&lt;br /&gt;</w:t>
        <w:br/>
        <w:t>Не перше літо — вісім літ.&lt;br /&gt;</w:t>
        <w:br/>
        <w:t>Він восени зайде в хатину,&lt;br /&gt;</w:t>
        <w:br/>
        <w:t>Латає чоботи, свитину,&lt;br /&gt;</w:t>
        <w:br/>
        <w:t>Та й знов в артіль, давати звіт,</w:t>
      </w:r>
    </w:p>
    <w:p>
      <w:r>
        <w:br/>
        <w:t>Корма виписувать, дійниці&lt;br /&gt;</w:t>
        <w:br/>
        <w:t>Дояркам лагодить в жнива.&lt;br /&gt;</w:t>
        <w:br/>
        <w:t>І дні текли, немов з криниці&lt;br /&gt;</w:t>
        <w:br/>
        <w:t>Вода джерельна, грозова.</w:t>
      </w:r>
    </w:p>
    <w:p>
      <w:r>
        <w:br/>
        <w:t>Дійшло до слави з добрих звичок,&lt;br /&gt;</w:t>
        <w:br/>
        <w:t>Я сам лічити не берусь,&lt;br /&gt;</w:t>
        <w:br/>
        <w:t>Він скільки виростив теличок:&lt;br /&gt;</w:t>
        <w:br/>
        <w:t>Красуль, і Лисок, і Марусь,</w:t>
      </w:r>
    </w:p>
    <w:p>
      <w:r>
        <w:br/>
        <w:t>Породистих, напів і простих,&lt;br /&gt;</w:t>
        <w:br/>
        <w:t>Крутих коров'ячих голів,&lt;br /&gt;</w:t>
        <w:br/>
        <w:t>Білявобоких, рудохвостих,&lt;br /&gt;</w:t>
        <w:br/>
        <w:t>Могутніх, вкормлених волів.</w:t>
      </w:r>
    </w:p>
    <w:p>
      <w:r>
        <w:br/>
        <w:t>Лилося молоко в дійниці,&lt;br /&gt;</w:t>
        <w:br/>
        <w:t>Телят загонисту орду&lt;br /&gt;</w:t>
        <w:br/>
        <w:t>Купали часто молодиці,&lt;br /&gt;</w:t>
        <w:br/>
        <w:t>Давали пійла по труду.</w:t>
      </w:r>
    </w:p>
    <w:p>
      <w:r>
        <w:br/>
        <w:t>Можливо, це картина мила,&lt;br /&gt;</w:t>
        <w:br/>
        <w:t>Коли б у червні, на зорі,&lt;br /&gt;</w:t>
        <w:br/>
        <w:t>Двох бомб фашистська, люта сила&lt;br /&gt;</w:t>
        <w:br/>
        <w:t>Не засвистіла у дворі.</w:t>
      </w:r>
    </w:p>
    <w:p>
      <w:r>
        <w:br/>
        <w:t>Біля телят ходили діти,&lt;br /&gt;</w:t>
        <w:br/>
        <w:t>І сонце падало на тік,&lt;br /&gt;</w:t>
        <w:br/>
        <w:t>Вони не знали бомб приміти&lt;br /&gt;</w:t>
        <w:br/>
        <w:t>За свій малий, дитячий вік.</w:t>
      </w:r>
    </w:p>
    <w:p>
      <w:r>
        <w:br/>
        <w:t>Телята руки їм лизали,&lt;br /&gt;</w:t>
        <w:br/>
        <w:t>А сонце гладило чуби.&lt;br /&gt;</w:t>
        <w:br/>
        <w:t>Як жаль, під вибухом лежали&lt;br /&gt;</w:t>
        <w:br/>
        <w:t>Лиш два розчахнені дуби.</w:t>
      </w:r>
    </w:p>
    <w:p>
      <w:r>
        <w:br/>
        <w:t>А де ж дітей шукати будем?&lt;br /&gt;</w:t>
        <w:br/>
        <w:t>А де їх сон тяжкий розбудим?&lt;br /&gt;</w:t>
        <w:br/>
        <w:t>Нічого, мамо, чорна мла&lt;br /&gt;</w:t>
        <w:br/>
        <w:t>Не тільки ваших повила...</w:t>
      </w:r>
    </w:p>
    <w:p>
      <w:r>
        <w:br/>
        <w:t>II</w:t>
      </w:r>
    </w:p>
    <w:p>
      <w:r>
        <w:br/>
        <w:t>З Білоцерківщини ясної,&lt;br /&gt;</w:t>
        <w:br/>
        <w:t>З трипільських урвищ і ярів,&lt;br /&gt;</w:t>
        <w:br/>
        <w:t>Як перший пролісок весною,&lt;br /&gt;</w:t>
        <w:br/>
        <w:t>Останній промінь догорів.</w:t>
      </w:r>
    </w:p>
    <w:p>
      <w:r>
        <w:br/>
        <w:t>Заскреготіли танки горами,&lt;br /&gt;</w:t>
        <w:br/>
        <w:t>Бензином, потом і моторами&lt;br /&gt;</w:t>
        <w:br/>
        <w:t>Дихнуло в ніч, війнуло в ніч.&lt;br /&gt;</w:t>
        <w:br/>
        <w:t>В пилюці, з раненими й хворими,&lt;br /&gt;</w:t>
        <w:br/>
        <w:t>З розгубленими і суворими&lt;br /&gt;</w:t>
        <w:br/>
        <w:t>Ми відступали пліч-о-пліч.</w:t>
      </w:r>
    </w:p>
    <w:p>
      <w:r>
        <w:br/>
        <w:t>І міномети били з потаю,&lt;br /&gt;</w:t>
        <w:br/>
        <w:t>Дощі розривів над піхотою,&lt;br /&gt;</w:t>
        <w:br/>
        <w:t>Осколків виблиски в гаю,&lt;br /&gt;</w:t>
        <w:br/>
        <w:t>І вітер ніс у даль скорботою&lt;br /&gt;</w:t>
        <w:br/>
        <w:t>Тривожну молодість мою.</w:t>
      </w:r>
    </w:p>
    <w:p>
      <w:r>
        <w:br/>
        <w:t>Вона жила іще минулими&lt;br /&gt;</w:t>
        <w:br/>
        <w:t>Ясними, теплими, розгулими&lt;br /&gt;</w:t>
        <w:br/>
        <w:t>Літами, де то їм число?&lt;br /&gt;</w:t>
        <w:br/>
        <w:t>Та вже за вибухами й гулами&lt;br /&gt;</w:t>
        <w:br/>
        <w:t>Її, мов трісочку, несло,</w:t>
      </w:r>
    </w:p>
    <w:p>
      <w:r>
        <w:br/>
        <w:t>Мов гілку з дуба, збиту бурею,&lt;br /&gt;</w:t>
        <w:br/>
        <w:t>У пил, в пожарища густі.&lt;br /&gt;</w:t>
        <w:br/>
        <w:t>Привіт тому, хто ніччю хмурою&lt;br /&gt;</w:t>
        <w:br/>
        <w:t>Не зблід на тисячній версті!</w:t>
      </w:r>
    </w:p>
    <w:p>
      <w:r>
        <w:br/>
        <w:t>Хто йшов долинами й байраками,&lt;br /&gt;</w:t>
        <w:br/>
        <w:t>З полками, й сам, — як тільки міг,&lt;br /&gt;</w:t>
        <w:br/>
        <w:t>Гнівний, суворий чи заплаканий&lt;br /&gt;</w:t>
        <w:br/>
        <w:t>Для бою серце приберіг!</w:t>
      </w:r>
    </w:p>
    <w:p>
      <w:r>
        <w:br/>
        <w:t>III</w:t>
      </w:r>
    </w:p>
    <w:p>
      <w:r>
        <w:br/>
        <w:t>Марко служив у мехчастині&lt;br /&gt;</w:t>
        <w:br/>
        <w:t>Щось дев'ять місяців либонь,&lt;br /&gt;</w:t>
        <w:br/>
        <w:t>І ще він бачив ранки сині,&lt;br /&gt;</w:t>
        <w:br/>
        <w:t>Зорі вечірньої вогонь</w:t>
      </w:r>
    </w:p>
    <w:p>
      <w:r>
        <w:br/>
        <w:t>В селі Лебідці, за дніпровим&lt;br /&gt;</w:t>
        <w:br/>
        <w:t>Зеленим вибалком крутим,&lt;br /&gt;</w:t>
        <w:br/>
        <w:t>За тим переліском дубовим,&lt;br /&gt;</w:t>
        <w:br/>
        <w:t>За тим промінням золотим,</w:t>
      </w:r>
    </w:p>
    <w:p>
      <w:r>
        <w:br/>
        <w:t>Де спав у клуні, на соломі,&lt;br /&gt;</w:t>
        <w:br/>
        <w:t>Печалі мав малі, свої,&lt;br /&gt;</w:t>
        <w:br/>
        <w:t>Де снились думи невідомі&lt;br /&gt;</w:t>
        <w:br/>
        <w:t>Про ще невідані краї,</w:t>
      </w:r>
    </w:p>
    <w:p>
      <w:r>
        <w:br/>
        <w:t>Про дівчину, яку? —А хто зна,&lt;br /&gt;</w:t>
        <w:br/>
        <w:t>— Була така, любив одну...&lt;br /&gt;</w:t>
        <w:br/>
        <w:t>Година тиха, передгрозна&lt;br /&gt;</w:t>
        <w:br/>
        <w:t>Дощами йшла на ярину.</w:t>
      </w:r>
    </w:p>
    <w:p>
      <w:r>
        <w:br/>
        <w:t>В артілі сіяли пшеницю,&lt;br /&gt;</w:t>
        <w:br/>
        <w:t>Зерно підвозили, — тоді&lt;br /&gt;</w:t>
        <w:br/>
        <w:t>Раділи! Буде колоситься,&lt;br /&gt;</w:t>
        <w:br/>
        <w:t>Колюча, світла, як жар-птиця,&lt;br /&gt;</w:t>
        <w:br/>
        <w:t>Ясна, як зорі на воді.</w:t>
      </w:r>
    </w:p>
    <w:p>
      <w:r>
        <w:br/>
        <w:t>Марко чималу мав турботу:&lt;br /&gt;</w:t>
        <w:br/>
        <w:t>Орали поле по ночах,&lt;br /&gt;</w:t>
        <w:br/>
        <w:t>Як кажуть, до восьмого поту,&lt;br /&gt;</w:t>
        <w:br/>
        <w:t>До поту й солі на плечах.</w:t>
      </w:r>
    </w:p>
    <w:p>
      <w:r>
        <w:br/>
        <w:t>Ось глянь, стоїть вона, колюча,&lt;br /&gt;</w:t>
        <w:br/>
        <w:t>Вусата, росяна, важка,&lt;br /&gt;</w:t>
        <w:br/>
        <w:t>Пливе над нею сива туча&lt;br /&gt;</w:t>
        <w:br/>
        <w:t>Війни з-за темного лужка.</w:t>
      </w:r>
    </w:p>
    <w:p>
      <w:r>
        <w:br/>
        <w:t>Доспіла, схилена, нежата,&lt;br /&gt;</w:t>
        <w:br/>
        <w:t>Поникла в куряву суху.&lt;br /&gt;</w:t>
        <w:br/>
        <w:t>— Це ж наша, хлопці!&lt;br /&gt;</w:t>
        <w:br/>
        <w:t>— Жаль, хлоп'ята!&lt;br /&gt;</w:t>
        <w:br/>
        <w:t>— Да, жаль!..&lt;br /&gt;</w:t>
        <w:br/>
        <w:t>По дальньому шляху</w:t>
      </w:r>
    </w:p>
    <w:p>
      <w:r>
        <w:br/>
        <w:t>Повзли машини, гарби, танки,&lt;br /&gt;</w:t>
        <w:br/>
        <w:t>Легкі, вантажні, тягачі...&lt;br /&gt;</w:t>
        <w:br/>
        <w:t>Я знаю ці сумні світанки&lt;br /&gt;</w:t>
        <w:br/>
        <w:t>Над рідним краєм уночі.</w:t>
      </w:r>
    </w:p>
    <w:p>
      <w:r>
        <w:br/>
        <w:t>Пшениця рвана, стигла, бита,&lt;br /&gt;</w:t>
        <w:br/>
        <w:t>Столочена, уся в пилу,&lt;br /&gt;</w:t>
        <w:br/>
        <w:t>Заплакала несамовита,&lt;br /&gt;</w:t>
        <w:br/>
        <w:t>Зашелестіла по валу,</w:t>
      </w:r>
    </w:p>
    <w:p>
      <w:r>
        <w:br/>
        <w:t>Стеблини-руки підіймала&lt;br /&gt;</w:t>
        <w:br/>
        <w:t>До тих, хто пагубу завіз,&lt;br /&gt;</w:t>
        <w:br/>
        <w:t>Але війні було замало&lt;br /&gt;</w:t>
        <w:br/>
        <w:t>Її земних, зернистих сліз,</w:t>
      </w:r>
    </w:p>
    <w:p>
      <w:r>
        <w:br/>
        <w:t>Її наливів колосистих,&lt;br /&gt;</w:t>
        <w:br/>
        <w:t>Її шумливо голосистих&lt;br /&gt;</w:t>
        <w:br/>
        <w:t>Вітрів, пісень, і ні к чому&lt;br /&gt;</w:t>
        <w:br/>
        <w:t>Стоділ розбомблених, в диму.</w:t>
      </w:r>
    </w:p>
    <w:p>
      <w:r>
        <w:br/>
        <w:t>IV</w:t>
      </w:r>
    </w:p>
    <w:p>
      <w:r>
        <w:br/>
        <w:t>Явір шумів на подвір'ї ізкраю,&lt;br /&gt;</w:t>
        <w:br/>
        <w:t>Нова ворітня в янтарній смолі.&lt;br /&gt;</w:t>
        <w:br/>
        <w:t>Батька Марко не застав; я не знаю,&lt;br /&gt;</w:t>
        <w:br/>
        <w:t>Де вже той був. До рожевого гаю&lt;br /&gt;</w:t>
        <w:br/>
        <w:t>Вечір відносив години малі.</w:t>
      </w:r>
    </w:p>
    <w:p>
      <w:r>
        <w:br/>
        <w:t>Танки відходили.&lt;br /&gt;</w:t>
        <w:br/>
        <w:t>— Тату, я їду,&lt;br /&gt;</w:t>
        <w:br/>
        <w:t>Наша частина за Дніпр вируша!</w:t>
      </w:r>
    </w:p>
    <w:p>
      <w:r>
        <w:br/>
        <w:t>Як мені важко по рідному сліду&lt;br /&gt;</w:t>
        <w:br/>
        <w:t>Йти, відступаючи! Наче душа&lt;br /&gt;</w:t>
        <w:br/>
        <w:t>Жаром осипана з того клопоту.&lt;br /&gt;</w:t>
        <w:br/>
        <w:t>Все розкажу, повернувшися в дім...&lt;br /&gt;</w:t>
        <w:br/>
        <w:t>Білий листок з польового блокноту,&lt;br /&gt;</w:t>
        <w:br/>
        <w:t>Що я про тебе іще оповім?</w:t>
      </w:r>
    </w:p>
    <w:p>
      <w:r>
        <w:br/>
        <w:t>V</w:t>
      </w:r>
    </w:p>
    <w:p>
      <w:r>
        <w:br/>
        <w:t>Серце Маркові тремтіло у грудях,&lt;br /&gt;</w:t>
        <w:br/>
        <w:t>Вгледів її між людьми молоду.&lt;br /&gt;</w:t>
        <w:br/>
        <w:t>Скочив з машини, обнявся при людях:&lt;br /&gt;</w:t>
        <w:br/>
        <w:t>— Як ти, Катрусю?&lt;br /&gt;</w:t>
        <w:br/>
        <w:t>— З артіллю піду!</w:t>
      </w:r>
    </w:p>
    <w:p>
      <w:r>
        <w:br/>
        <w:t>Завтра худобу вигоним з долини,&lt;br /&gt;</w:t>
        <w:br/>
        <w:t>Трактори вже за Дніпром. Як не є,&lt;br /&gt;</w:t>
        <w:br/>
        <w:t>Підем в Задоння.&lt;br /&gt;</w:t>
        <w:br/>
        <w:t>— Марку!&lt;br /&gt;</w:t>
        <w:br/>
        <w:t>— Катерино,&lt;br /&gt;</w:t>
        <w:br/>
        <w:t>Катю, Катрусю, щастя моє!..</w:t>
      </w:r>
    </w:p>
    <w:p>
      <w:r>
        <w:br/>
        <w:t>— Ти не забудеш?&lt;br /&gt;</w:t>
        <w:br/>
        <w:t>— А ти? — Не забуду!&lt;br /&gt;</w:t>
        <w:br/>
        <w:t>Може, писатимеш?&lt;br /&gt;</w:t>
        <w:br/>
        <w:t>— Як же, куди?..&lt;br /&gt;</w:t>
        <w:br/>
        <w:t>Танки відходили ген поміж люду,&lt;br /&gt;</w:t>
        <w:br/>
        <w:t>Клали, як борозни, темні сліди.</w:t>
      </w:r>
    </w:p>
    <w:p>
      <w:r>
        <w:br/>
        <w:t>— Ну, поцілуй мене. — Поцілувала.&lt;br /&gt;</w:t>
        <w:br/>
        <w:t>Слово в устах, щоб не плакать, здержала.&lt;br /&gt;</w:t>
        <w:br/>
        <w:t>— Батька не бачив?&lt;br /&gt;</w:t>
        <w:br/>
        <w:t>— Ні, батько ж на луці.&lt;br /&gt;</w:t>
        <w:br/>
        <w:t>В білому платтячку, в громі, в пилюці&lt;br /&gt;</w:t>
        <w:br/>
        <w:t>Так і стояла.</w:t>
      </w:r>
    </w:p>
    <w:p>
      <w:r>
        <w:br/>
        <w:t>VI</w:t>
      </w:r>
    </w:p>
    <w:p>
      <w:r>
        <w:br/>
        <w:t>І по тій же дорозі,&lt;br /&gt;</w:t>
        <w:br/>
        <w:t>По ровах, по межі,&lt;br /&gt;</w:t>
        <w:br/>
        <w:t>Не в дощах, не в морозі&lt;br /&gt;</w:t>
        <w:br/>
        <w:t>Йшли свої, не чужі.</w:t>
      </w:r>
    </w:p>
    <w:p>
      <w:r>
        <w:br/>
        <w:t>Хліба сушену корку&lt;br /&gt;</w:t>
        <w:br/>
        <w:t>Пожувати б не гріх.&lt;br /&gt;</w:t>
        <w:br/>
        <w:t>Поділяють махорку,&lt;br /&gt;</w:t>
        <w:br/>
        <w:t>Щоб цигарка на всіх.</w:t>
      </w:r>
    </w:p>
    <w:p>
      <w:r>
        <w:br/>
        <w:t>Щоб цигарка курилась,&lt;br /&gt;</w:t>
        <w:br/>
        <w:t>Затягнися в диму,&lt;br /&gt;</w:t>
        <w:br/>
        <w:t>Щоб свої не журились&lt;br /&gt;</w:t>
        <w:br/>
        <w:t>У далекім дому!</w:t>
      </w:r>
    </w:p>
    <w:p>
      <w:r>
        <w:br/>
        <w:t>Хмари стелять кереї,&lt;br /&gt;</w:t>
        <w:br/>
        <w:t>Йдуть бійці, не дрижать,&lt;br /&gt;</w:t>
        <w:br/>
        <w:t>І німецькі трофеї&lt;br /&gt;</w:t>
        <w:br/>
        <w:t>За плечима лежать:</w:t>
      </w:r>
    </w:p>
    <w:p>
      <w:r>
        <w:br/>
        <w:t>Під руками ворожі&lt;br /&gt;</w:t>
        <w:br/>
        <w:t>Автомати у них,&lt;br /&gt;</w:t>
        <w:br/>
        <w:t>Сумки з рижої кожі&lt;br /&gt;</w:t>
        <w:br/>
        <w:t>На застібках складних.</w:t>
      </w:r>
    </w:p>
    <w:p>
      <w:r>
        <w:br/>
        <w:t>Спохмурніли очима:&lt;br /&gt;</w:t>
        <w:br/>
        <w:t>Де домівка, сім'я? —&lt;br /&gt;</w:t>
        <w:br/>
        <w:t>В них біда за плечима&lt;br /&gt;</w:t>
        <w:br/>
        <w:t>Не трофейна, — своя!</w:t>
      </w:r>
    </w:p>
    <w:p>
      <w:r>
        <w:br/>
        <w:t>Подоляни й волинці&lt;br /&gt;</w:t>
        <w:br/>
        <w:t>І полтавці вдалі&lt;br /&gt;</w:t>
        <w:br/>
        <w:t>Заховали в хустинці&lt;br /&gt;</w:t>
        <w:br/>
        <w:t>По шматочку землі.</w:t>
      </w:r>
    </w:p>
    <w:p>
      <w:r>
        <w:br/>
        <w:t>А вона усихає,&lt;br /&gt;</w:t>
        <w:br/>
        <w:t>Палить груди, як жар,&lt;br /&gt;</w:t>
        <w:br/>
        <w:t>І дощу їй немає,&lt;br /&gt;</w:t>
        <w:br/>
        <w:t>І ні сонця, ні хмар.</w:t>
      </w:r>
    </w:p>
    <w:p>
      <w:r>
        <w:br/>
        <w:t>Що посієш на людях,&lt;br /&gt;</w:t>
        <w:br/>
        <w:t>Де в пожежі поля?&lt;br /&gt;</w:t>
        <w:br/>
        <w:t>Б'ється серце у грудях,&lt;br /&gt;</w:t>
        <w:br/>
        <w:t>Вся на грудях земля.</w:t>
      </w:r>
    </w:p>
    <w:p>
      <w:r>
        <w:br/>
        <w:t>VII</w:t>
      </w:r>
    </w:p>
    <w:p>
      <w:r>
        <w:br/>
        <w:t>Кулемет десь полоще,&lt;br /&gt;</w:t>
        <w:br/>
        <w:t>Йде стежками відплат&lt;br /&gt;</w:t>
        <w:br/>
        <w:t>Катеринин молодший&lt;br /&gt;</w:t>
        <w:br/>
        <w:t>— Олексій — рідний брат.</w:t>
      </w:r>
    </w:p>
    <w:p>
      <w:r>
        <w:br/>
        <w:t>А чи мати удома,&lt;br /&gt;</w:t>
        <w:br/>
        <w:t>Сипле курям зерна?&lt;br /&gt;</w:t>
        <w:br/>
        <w:t>Он дорога відома&lt;br /&gt;</w:t>
        <w:br/>
        <w:t>Й невідома, курна,</w:t>
      </w:r>
    </w:p>
    <w:p>
      <w:r>
        <w:br/>
        <w:t>І чобітьми прибита&lt;br /&gt;</w:t>
        <w:br/>
        <w:t>Між незжатого жита,&lt;br /&gt;</w:t>
        <w:br/>
        <w:t>І осколками зрита,&lt;br /&gt;</w:t>
        <w:br/>
        <w:t>Одинока, одна.</w:t>
      </w:r>
    </w:p>
    <w:p>
      <w:r>
        <w:br/>
        <w:t>— Здрастуй, Катю, де ж мати,&lt;br /&gt;</w:t>
        <w:br/>
        <w:t>Ти, сестрице, сама?&lt;br /&gt;</w:t>
        <w:br/>
        <w:t>Ходить з хати до хати&lt;br /&gt;</w:t>
        <w:br/>
        <w:t>Не війна, а чума.</w:t>
      </w:r>
    </w:p>
    <w:p>
      <w:r>
        <w:br/>
        <w:t>— Ти спочинь, Олексію,&lt;br /&gt;</w:t>
        <w:br/>
        <w:t>Ляж, засни досхочу,&lt;br /&gt;</w:t>
        <w:br/>
        <w:t>Борошенця підсію,&lt;br /&gt;</w:t>
        <w:br/>
        <w:t>Пиріжків напечу.</w:t>
      </w:r>
    </w:p>
    <w:p>
      <w:r>
        <w:br/>
        <w:t>Є півлітра в наборі,&lt;br /&gt;</w:t>
        <w:br/>
        <w:t>Є ще сало в коморі,&lt;br /&gt;</w:t>
        <w:br/>
        <w:t>Закопали від німця, —&lt;br /&gt;</w:t>
        <w:br/>
        <w:t>Принесу, полечу!</w:t>
      </w:r>
    </w:p>
    <w:p>
      <w:r>
        <w:br/>
        <w:t>І зливала на руки&lt;br /&gt;</w:t>
        <w:br/>
        <w:t>Із дубової кружки.&lt;br /&gt;</w:t>
        <w:br/>
        <w:t>— Як живеться, Катрусю,&lt;br /&gt;</w:t>
        <w:br/>
        <w:t>Як сусіди, подружки?</w:t>
      </w:r>
    </w:p>
    <w:p>
      <w:r>
        <w:br/>
        <w:t>Сів на лаву скрипучу.&lt;br /&gt;</w:t>
        <w:br/>
        <w:t>— Чи здорові-живі?&lt;br /&gt;</w:t>
        <w:br/>
        <w:t>Із ноги зняв онучу&lt;br /&gt;</w:t>
        <w:br/>
        <w:t>У багнюці, в крові.</w:t>
      </w:r>
    </w:p>
    <w:p>
      <w:r>
        <w:br/>
        <w:t>Кашлянув якось сухо,&lt;br /&gt;</w:t>
        <w:br/>
        <w:t>Якось думно затих,&lt;br /&gt;</w:t>
        <w:br/>
        <w:t>А чи втома-задуха&lt;br /&gt;</w:t>
        <w:br/>
        <w:t>По дорогах крутих,</w:t>
      </w:r>
    </w:p>
    <w:p>
      <w:r>
        <w:br/>
        <w:t>Чи атака й бомбьожка,&lt;br /&gt;</w:t>
        <w:br/>
        <w:t>Хоч і це півбіди.&lt;br /&gt;</w:t>
        <w:br/>
        <w:t>— Дай води мені трошки&lt;br /&gt;</w:t>
        <w:br/>
        <w:t>Дай, Катрусю, води.</w:t>
      </w:r>
    </w:p>
    <w:p>
      <w:r>
        <w:br/>
        <w:t>Все прожите із думою&lt;br /&gt;</w:t>
        <w:br/>
        <w:t>Попливло між заграв.&lt;br /&gt;</w:t>
        <w:br/>
        <w:t>— Я приляжу, подумаю. —&lt;br /&gt;</w:t>
        <w:br/>
        <w:t>Звівсь. Хитнувся. І впав</w:t>
      </w:r>
    </w:p>
    <w:p>
      <w:r>
        <w:br/>
        <w:t>На гречану солому,&lt;br /&gt;</w:t>
        <w:br/>
        <w:t>На дубовий поріг.&lt;br /&gt;</w:t>
        <w:br/>
        <w:t>Повернувся додому, —&lt;br /&gt;</w:t>
        <w:br/>
        <w:t>З дому вийти не зміг.</w:t>
      </w:r>
    </w:p>
    <w:p>
      <w:r>
        <w:br/>
        <w:t>Потом виморив душу,&lt;br /&gt;</w:t>
        <w:br/>
        <w:t>Груди кашлем згнітив,&lt;br /&gt;</w:t>
        <w:br/>
        <w:t>Щось кричав про Катюшу&lt;br /&gt;</w:t>
        <w:br/>
        <w:t>На знайомий мотив.</w:t>
      </w:r>
    </w:p>
    <w:p>
      <w:r>
        <w:br/>
        <w:t>Зморшки пнулись на чолі:&lt;br /&gt;</w:t>
        <w:br/>
        <w:t>— Де я, в хаті, в бою?&lt;br /&gt;</w:t>
        <w:br/>
        <w:t>Кликав армій в полі&lt;br /&gt;</w:t>
        <w:br/>
        <w:t>Тридцять сьому свою.</w:t>
      </w:r>
    </w:p>
    <w:p>
      <w:r>
        <w:br/>
        <w:t>Стихла хата отецька,&lt;br /&gt;</w:t>
        <w:br/>
        <w:t>В лузі грім та луна.&lt;br /&gt;</w:t>
        <w:br/>
        <w:t>Ой, німецька, мертвецька,&lt;br /&gt;</w:t>
        <w:br/>
        <w:t>Чужедальня війна!</w:t>
      </w:r>
    </w:p>
    <w:p>
      <w:r>
        <w:br/>
        <w:t>...Борошенця підсію,&lt;br /&gt;</w:t>
        <w:br/>
        <w:t>Буде свято не в час.&lt;br /&gt;</w:t>
        <w:br/>
        <w:t>Чуєш-бо, Олексію,&lt;br /&gt;</w:t>
        <w:br/>
        <w:t>Ворог у нас!</w:t>
      </w:r>
    </w:p>
    <w:p>
      <w:r>
        <w:br/>
        <w:t>VIII</w:t>
      </w:r>
    </w:p>
    <w:p>
      <w:r>
        <w:br/>
        <w:t>Четвертий тиждень ув артілі,&lt;br /&gt;</w:t>
        <w:br/>
        <w:t>У кожній хаті, у дворі&lt;br /&gt;</w:t>
        <w:br/>
        <w:t>Здирали хліб, кожухи білі,&lt;br /&gt;</w:t>
        <w:br/>
        <w:t>Сорочки, шиті до зорі,</w:t>
      </w:r>
    </w:p>
    <w:p>
      <w:r>
        <w:br/>
        <w:t>Свитки овечі і верети,&lt;br /&gt;</w:t>
        <w:br/>
        <w:t>Глушили пострілом плачі,&lt;br /&gt;</w:t>
        <w:br/>
        <w:t>Гуртом до хати перлись, де то&lt;br /&gt;</w:t>
        <w:br/>
        <w:t>Скипає борщик у печі?</w:t>
      </w:r>
    </w:p>
    <w:p>
      <w:r>
        <w:br/>
        <w:t>Була в них випивка багата,&lt;br /&gt;</w:t>
        <w:br/>
        <w:t>Скоромна страва, а для втіх&lt;br /&gt;</w:t>
        <w:br/>
        <w:t>Все голубів із автомата&lt;br /&gt;</w:t>
        <w:br/>
        <w:t>Стріляли в золоті підстріх.</w:t>
      </w:r>
    </w:p>
    <w:p>
      <w:r>
        <w:br/>
        <w:t>Щоб ті вночі не вуркотіли&lt;br /&gt;</w:t>
        <w:br/>
        <w:t>І не будили запіяк,&lt;br /&gt;</w:t>
        <w:br/>
        <w:t>І в синє небо не летіли,&lt;br /&gt;</w:t>
        <w:br/>
        <w:t>Бо то ж фашистське, як-не-як.</w:t>
      </w:r>
    </w:p>
    <w:p>
      <w:r>
        <w:br/>
        <w:t>Пан офіцер лежав у ліжку,&lt;br /&gt;</w:t>
        <w:br/>
        <w:t>Гарячий доїдав обід.&lt;br /&gt;</w:t>
        <w:br/>
        <w:t>Дитину вбили на обніжку,&lt;br /&gt;</w:t>
        <w:br/>
        <w:t>Щоб не кричало, де не слід.</w:t>
      </w:r>
    </w:p>
    <w:p>
      <w:r>
        <w:br/>
        <w:t>Співало звечора надворі&lt;br /&gt;</w:t>
        <w:br/>
        <w:t>Щось про зозулю, зелен-гай,&lt;br /&gt;</w:t>
        <w:br/>
        <w:t>А в офіцера нерви хворі,&lt;br /&gt;</w:t>
        <w:br/>
        <w:t>Отож під нерви не співай!</w:t>
      </w:r>
    </w:p>
    <w:p>
      <w:r>
        <w:br/>
        <w:t>Убили дитину. Я знав її в школі.&lt;br /&gt;</w:t>
        <w:br/>
        <w:t>Сиділо на парті, у першому класі,&lt;br /&gt;</w:t>
        <w:br/>
        <w:t>Водило у книзі пальчатком поволі,&lt;br /&gt;</w:t>
        <w:br/>
        <w:t>А вдома просило не каші, а "касі".</w:t>
      </w:r>
    </w:p>
    <w:p>
      <w:r>
        <w:br/>
        <w:t>І мати вже вишила платтячко красне,.&lt;br /&gt;</w:t>
        <w:br/>
        <w:t>Старі черевички підбили підбором.&lt;br /&gt;</w:t>
        <w:br/>
        <w:t>Лежи, над тобою зоря не загасне,&lt;br /&gt;</w:t>
        <w:br/>
        <w:t>Забите дитя під сосновим забором.</w:t>
      </w:r>
    </w:p>
    <w:p>
      <w:r>
        <w:br/>
        <w:t>Для матері в світі коханіший хто є?&lt;br /&gt;</w:t>
        <w:br/>
        <w:t>Погляне на фото у тихій світлиці,&lt;br /&gt;</w:t>
        <w:br/>
        <w:t>На чесані вдвоє, заплетені вдвоє&lt;br /&gt;</w:t>
        <w:br/>
        <w:t>Тугі, коротенькі, русяві косиці.</w:t>
      </w:r>
    </w:p>
    <w:p>
      <w:r>
        <w:br/>
        <w:t>Не кличу мертвих і не плачу,&lt;br /&gt;</w:t>
        <w:br/>
        <w:t>Бо сліз невистачить мені&lt;br /&gt;</w:t>
        <w:br/>
        <w:t>За кров загублену дитячу&lt;br /&gt;</w:t>
        <w:br/>
        <w:t>І за юнацьку в наші дні.</w:t>
      </w:r>
    </w:p>
    <w:p>
      <w:r>
        <w:br/>
        <w:t>І за дідівську невхололу,&lt;br /&gt;</w:t>
        <w:br/>
        <w:t>І за дівочу, молоду,&lt;br /&gt;</w:t>
        <w:br/>
        <w:t>За всіх несхилених додолу,&lt;br /&gt;</w:t>
        <w:br/>
        <w:t>Але розпнутих у саду.</w:t>
      </w:r>
    </w:p>
    <w:p>
      <w:r>
        <w:br/>
        <w:t>IX</w:t>
      </w:r>
    </w:p>
    <w:p>
      <w:r>
        <w:br/>
        <w:t>Ходить староста півнем,&lt;br /&gt;</w:t>
        <w:br/>
        <w:t>Аж блищить борода.&lt;br /&gt;</w:t>
        <w:br/>
        <w:t>Матом тихим і рівним&lt;br /&gt;</w:t>
        <w:br/>
        <w:t>Всіх людей обклада.</w:t>
      </w:r>
    </w:p>
    <w:p>
      <w:r>
        <w:br/>
        <w:t>В шапці теплій, у свиті,&lt;br /&gt;</w:t>
        <w:br/>
        <w:t>Оглядає краї.&lt;br /&gt;</w:t>
        <w:br/>
        <w:t>Коні добрі та ситі&lt;br /&gt;</w:t>
        <w:br/>
        <w:t>На конюшні, свої.</w:t>
      </w:r>
    </w:p>
    <w:p>
      <w:r>
        <w:br/>
        <w:t>Дослужився до честі,&lt;br /&gt;</w:t>
        <w:br/>
        <w:t>В коменданта бува.&lt;br /&gt;</w:t>
        <w:br/>
        <w:t>І висить на міжхресті&lt;br /&gt;</w:t>
        <w:br/>
        <w:t>Не одна голова,</w:t>
      </w:r>
    </w:p>
    <w:p>
      <w:r>
        <w:br/>
        <w:t>Охолола з удару,&lt;br /&gt;</w:t>
        <w:br/>
        <w:t>Почорніла від жару,&lt;br /&gt;</w:t>
        <w:br/>
        <w:t>Їй очей не підвести, —&lt;br /&gt;</w:t>
        <w:br/>
        <w:t>Третій день нежива.</w:t>
      </w:r>
    </w:p>
    <w:p>
      <w:r>
        <w:br/>
        <w:t>Має староста знака,&lt;br /&gt;</w:t>
        <w:br/>
        <w:t>Любить слово "капут".&lt;br /&gt;</w:t>
        <w:br/>
        <w:t>Люди кажуть: собака!&lt;br /&gt;</w:t>
        <w:br/>
        <w:t>Німці кажуть: зер гут!</w:t>
      </w:r>
    </w:p>
    <w:p>
      <w:r>
        <w:br/>
        <w:t>— Я, — говорить, — є влада,&lt;br /&gt;</w:t>
        <w:br/>
        <w:t>Піднімецький король.&lt;br /&gt;</w:t>
        <w:br/>
        <w:t>Служиш радо не радо,&lt;br /&gt;</w:t>
        <w:br/>
        <w:t>А скорятися зволь.</w:t>
      </w:r>
    </w:p>
    <w:p>
      <w:r>
        <w:br/>
        <w:t>— Я, — говорить, — владика,&lt;br /&gt;</w:t>
        <w:br/>
        <w:t>В матір, в бога, у дим! —&lt;br /&gt;</w:t>
        <w:br/>
        <w:t>Людська кривда велика&lt;br /&gt;</w:t>
        <w:br/>
        <w:t>Ходить слідом за ним.</w:t>
      </w:r>
    </w:p>
    <w:p>
      <w:r>
        <w:br/>
        <w:t>Х</w:t>
      </w:r>
    </w:p>
    <w:p>
      <w:r>
        <w:br/>
        <w:t>— Може, борщу тобі, хочеш? Подати?&lt;br /&gt;</w:t>
        <w:br/>
        <w:t>Рано із матір'ю хліба спечем.&lt;br /&gt;</w:t>
        <w:br/>
        <w:t>Чуєш, Олексо? Заснув, може, брате? —&lt;br /&gt;</w:t>
        <w:br/>
        <w:t>Катря ввійшла до стодоли й плечем</w:t>
      </w:r>
    </w:p>
    <w:p>
      <w:r>
        <w:br/>
        <w:t>Сіно торкнула.&lt;br /&gt;</w:t>
        <w:br/>
        <w:t>— Вставай на часину,&lt;br /&gt;</w:t>
        <w:br/>
        <w:t>Сам же просив. —&lt;br /&gt;</w:t>
        <w:br/>
        <w:t>Та Олекса не спав.&lt;br /&gt;</w:t>
        <w:br/>
        <w:t>Бачив очей її синю росину,&lt;br /&gt;</w:t>
        <w:br/>
        <w:t>Брови тонкі, наче вперше впізнав.</w:t>
      </w:r>
    </w:p>
    <w:p>
      <w:r>
        <w:br/>
        <w:t>Рису між брів, непомічену вчора.&lt;br /&gt;</w:t>
        <w:br/>
        <w:t>— Боже, як виросла! Бач, школярі!..&lt;br /&gt;</w:t>
        <w:br/>
        <w:t>То ж і Марко так за нею... —&lt;br /&gt;</w:t>
        <w:br/>
        <w:t>Надворі&lt;br /&gt;</w:t>
        <w:br/>
        <w:t>Сонце плело золоті ятері;&lt;br /&gt;</w:t>
        <w:br/>
        <w:t>Когут запіяв. — Не сплю, Катерино,&lt;br /&gt;</w:t>
        <w:br/>
        <w:t>Буду збиратись.&lt;br /&gt;</w:t>
        <w:br/>
        <w:t>— Куди?&lt;br /&gt;</w:t>
        <w:br/>
        <w:t>— А туди,&lt;br /&gt;</w:t>
        <w:br/>
        <w:t>В ліс, до своїх, до бійців, все єдино&lt;br /&gt;</w:t>
        <w:br/>
        <w:t>Гірше не буде, як цеї біди;&lt;br /&gt;</w:t>
        <w:br/>
        <w:t>Буду ходити від хати до хати,&lt;br /&gt;</w:t>
        <w:br/>
        <w:t>Зайди, ви чуєте? Блиснуть мечі!&lt;br /&gt;</w:t>
        <w:br/>
        <w:t>Буде земля їм на смерть вибухати,&lt;br /&gt;</w:t>
        <w:br/>
        <w:t>Буде вода їх топити вночі.&lt;br /&gt;</w:t>
        <w:br/>
        <w:t>Буде вогонь їх потрошити люто,&lt;br /&gt;</w:t>
        <w:br/>
        <w:t>Буде не сон їм, а кров звідусіль,&lt;br /&gt;</w:t>
        <w:br/>
        <w:t>Буде їм в чарку не хміль, а отрута,&lt;br /&gt;</w:t>
        <w:br/>
        <w:t>Буде їм порох, — не хліб да не сіль.&lt;br /&gt;</w:t>
        <w:br/>
        <w:t>Я вже за тими гостями догляну,&lt;br /&gt;</w:t>
        <w:br/>
        <w:t>Будь вони прокляті!&lt;br /&gt;</w:t>
        <w:br/>
        <w:t>Катре, біжи!&lt;br /&gt;</w:t>
        <w:br/>
        <w:t>— Брате, візьми мене.&lt;br /&gt;</w:t>
        <w:br/>
        <w:t>— Що ти, зарано!&lt;br /&gt;</w:t>
        <w:br/>
        <w:t>Будуть ще болі, печалі та рани,&lt;br /&gt;</w:t>
        <w:br/>
        <w:t>Я тебе кликну, скажу: пов'яжи!&lt;br /&gt;</w:t>
        <w:br/>
        <w:t>— Скоро ж то?&lt;br /&gt;</w:t>
        <w:br/>
        <w:t>— Ждіте. Бувай-но здорова! —&lt;br /&gt;</w:t>
        <w:br/>
        <w:t>Так і пішов по травиці рудій.&lt;br /&gt;</w:t>
        <w:br/>
        <w:t>Скільки з останнього братнього слова&lt;br /&gt;</w:t>
        <w:br/>
        <w:t>Носить вона і тривог і надій?</w:t>
      </w:r>
    </w:p>
    <w:p>
      <w:r>
        <w:br/>
        <w:t>XI</w:t>
      </w:r>
    </w:p>
    <w:p>
      <w:r>
        <w:br/>
        <w:t>Чужинці просто стали грудьми,&lt;br /&gt;</w:t>
        <w:br/>
        <w:t>На розстріл зводилась рука:&lt;br /&gt;</w:t>
        <w:br/>
        <w:t>Ходила чутка поміж людьми&lt;br /&gt;</w:t>
        <w:br/>
        <w:t>Про дивного Кармалюка.</w:t>
      </w:r>
    </w:p>
    <w:p>
      <w:r>
        <w:br/>
        <w:t>Він бродить селами, ярами,&lt;br /&gt;</w:t>
        <w:br/>
        <w:t>Розбитим шляхом, пожарами,&lt;br /&gt;</w:t>
        <w:br/>
        <w:t>Сліди він бачить гвалтувань,&lt;br /&gt;</w:t>
        <w:br/>
        <w:t>Дитячі сльози в ранню рань;</w:t>
      </w:r>
    </w:p>
    <w:p>
      <w:r>
        <w:br/>
        <w:t>Стежками житніми простими,&lt;br /&gt;</w:t>
        <w:br/>
        <w:t>Лісами темними, в диму.&lt;br /&gt;</w:t>
        <w:br/>
        <w:t>І тільки кликне хто: Устиме!&lt;br /&gt;</w:t>
        <w:br/>
        <w:t>Він одкликається йому.</w:t>
      </w:r>
    </w:p>
    <w:p>
      <w:r>
        <w:br/>
        <w:t>Та не вертався ще додому,&lt;br /&gt;</w:t>
        <w:br/>
        <w:t>А по містечках тлів пожар.&lt;br /&gt;</w:t>
        <w:br/>
        <w:t>Казали, був він член обкому,&lt;br /&gt;</w:t>
        <w:br/>
        <w:t>А може й перший секретар.</w:t>
      </w:r>
    </w:p>
    <w:p>
      <w:r>
        <w:br/>
        <w:t>А з ним виходять на майдани&lt;br /&gt;</w:t>
        <w:br/>
        <w:t>Російські хлопці-партизани,&lt;br /&gt;</w:t>
        <w:br/>
        <w:t>Ще й з Білорусії брати,&lt;br /&gt;</w:t>
        <w:br/>
        <w:t>І там фашисту не пройти.</w:t>
      </w:r>
    </w:p>
    <w:p>
      <w:r>
        <w:br/>
        <w:t>Сам поліцай з Лебідки бачив,&lt;br /&gt;</w:t>
        <w:br/>
        <w:t>Як він на станції судачив&lt;br /&gt;</w:t>
        <w:br/>
        <w:t>Із перекупками в ряду.&lt;br /&gt;</w:t>
        <w:br/>
        <w:t>Купив два пряники морквяні,&lt;br /&gt;</w:t>
        <w:br/>
        <w:t>Сакви білені полотняні&lt;br /&gt;</w:t>
        <w:br/>
        <w:t>І зник. Ну, звісно, на біду!</w:t>
      </w:r>
    </w:p>
    <w:p>
      <w:r>
        <w:br/>
        <w:t>Десь за Дніпром кричали півні,&lt;br /&gt;</w:t>
        <w:br/>
        <w:t>У Яровім, у Криворівні,&lt;br /&gt;</w:t>
        <w:br/>
        <w:t>Чотири дні та все підряд.&lt;br /&gt;</w:t>
        <w:br/>
        <w:t>А найстаріший півень злюче&lt;br /&gt;</w:t>
        <w:br/>
        <w:t>Як не запіє: Кармалюче!&lt;br /&gt;</w:t>
        <w:br/>
        <w:t>І він з'явивсь, хоч рад не рад...</w:t>
      </w:r>
    </w:p>
    <w:p>
      <w:r>
        <w:br/>
        <w:t>Фашистам ніч не дав доспати,&lt;br /&gt;</w:t>
        <w:br/>
        <w:t>Забрав набої, автомати,&lt;br /&gt;</w:t>
        <w:br/>
        <w:t>Та й каже: вішайтесь сами.&lt;br /&gt;</w:t>
        <w:br/>
        <w:t>Зробили німці по петлюрі.&lt;br /&gt;</w:t>
        <w:br/>
        <w:t>— Мерщій влізайте! — Злі, понурі&lt;br /&gt;</w:t>
        <w:br/>
        <w:t>Полізли довгі, як соми.</w:t>
      </w:r>
    </w:p>
    <w:p>
      <w:r>
        <w:br/>
        <w:t>Три дні висіли на майдані,&lt;br /&gt;</w:t>
        <w:br/>
        <w:t>А він ізник у димній рані&lt;br /&gt;</w:t>
        <w:br/>
        <w:t>В лісів'я Лебідське старе.&lt;br /&gt;</w:t>
        <w:br/>
        <w:t>Стріляли в нього в полі, в гаї&lt;br /&gt;</w:t>
        <w:br/>
        <w:t>Чужинці-зайди, поліцаї,&lt;br /&gt;</w:t>
        <w:br/>
        <w:t>А що поробиш? Не береї</w:t>
      </w:r>
    </w:p>
    <w:p>
      <w:r>
        <w:br/>
        <w:t>Чи ще того свинцю немає,&lt;br /&gt;</w:t>
        <w:br/>
        <w:t>Чи притомились вороги,&lt;br /&gt;</w:t>
        <w:br/>
        <w:t>Що бідне серце вітром має,&lt;br /&gt;</w:t>
        <w:br/>
        <w:t>Налите дивної снаги.</w:t>
      </w:r>
    </w:p>
    <w:p>
      <w:r>
        <w:br/>
        <w:t>Що в людське горе неминуче&lt;br /&gt;</w:t>
        <w:br/>
        <w:t>Летить, як птиця з висоти,&lt;br /&gt;</w:t>
        <w:br/>
        <w:t>Ой Кармалюче, Кармалюче,&lt;br /&gt;</w:t>
        <w:br/>
        <w:t>В яких піснях тебе знайти?</w:t>
      </w:r>
    </w:p>
    <w:p>
      <w:r>
        <w:br/>
        <w:t>Йшли поїзди, за гулкими мостами&lt;br /&gt;</w:t>
        <w:br/>
        <w:t>В свисті і скреготі билась земля.&lt;br /&gt;</w:t>
        <w:br/>
        <w:t>Ранені кидались до нестями,&lt;br /&gt;</w:t>
        <w:br/>
        <w:t>В полі гнили... Ой поля ви, поля!</w:t>
      </w:r>
    </w:p>
    <w:p>
      <w:r>
        <w:br/>
        <w:t>Жито сухим золотистим потоком,&lt;br /&gt;</w:t>
        <w:br/>
        <w:t>Чорними ріками вугіль і сталь.&lt;br /&gt;</w:t>
        <w:br/>
        <w:t>Сивим коровам, волам крутобоким&lt;br /&gt;</w:t>
        <w:br/>
        <w:t>В темних теплушках мчатися в даль.</w:t>
      </w:r>
    </w:p>
    <w:p>
      <w:r>
        <w:br/>
        <w:t>Їх переріжуть на мюнхенській бойні,&lt;br /&gt;</w:t>
        <w:br/>
        <w:t>Вугіль у круппівських стліє печах,&lt;br /&gt;</w:t>
        <w:br/>
        <w:t>Жито жуватимуть в заупокойні&lt;br /&gt;</w:t>
        <w:br/>
        <w:t>Байстри гестапівські по ночах.</w:t>
      </w:r>
    </w:p>
    <w:p>
      <w:r>
        <w:br/>
        <w:t>— Діду Мажуго, а, діду Мажуго,&lt;br /&gt;</w:t>
        <w:br/>
        <w:t>Де ви тут, чуєте? де ваш онук?&lt;br /&gt;</w:t>
        <w:br/>
        <w:t>— Тут ми, кхе-кхе, не турбуйтеся вдруге,&lt;br /&gt;</w:t>
        <w:br/>
        <w:t>Кличе не хто-небудь, — сам Кармалюк!</w:t>
      </w:r>
    </w:p>
    <w:p>
      <w:r>
        <w:br/>
        <w:t>Верби похилі, кущі красноталу,&lt;br /&gt;</w:t>
        <w:br/>
        <w:t>Поїзд промчить, наче вогненний птах.&lt;br /&gt;</w:t>
        <w:br/>
        <w:t>Діда сніжок обсипає помалу,&lt;br /&gt;</w:t>
        <w:br/>
        <w:t>Вітер із ніччю квилить у дротах.</w:t>
      </w:r>
    </w:p>
    <w:p>
      <w:r>
        <w:br/>
        <w:t>Толові шашки не дихають димом,&lt;br /&gt;</w:t>
        <w:br/>
        <w:t>Спить меленіт до своєї пори.&lt;br /&gt;</w:t>
        <w:br/>
        <w:t>— Митю, наглянь за шляхом нелюдимим,&lt;br /&gt;</w:t>
        <w:br/>
        <w:t>Воїнський, людський гуде з-за гори?</w:t>
      </w:r>
    </w:p>
    <w:p>
      <w:r>
        <w:br/>
        <w:t>Мчить порожняк, пробігає дрезина,&lt;br /&gt;</w:t>
        <w:br/>
        <w:t>Чахка товарний, — минай, ні к чому,&lt;br /&gt;</w:t>
        <w:br/>
        <w:t>Діду дрімається; десь там родина...&lt;br /&gt;</w:t>
        <w:br/>
        <w:t>Митя-онук щось шепоче йому:</w:t>
      </w:r>
    </w:p>
    <w:p>
      <w:r>
        <w:br/>
        <w:t>— Діду, ви чуєте? Гітлер стукоче! —&lt;br /&gt;</w:t>
        <w:br/>
        <w:t>Справді: з-за кручі гримить до містка&lt;br /&gt;</w:t>
        <w:br/>
        <w:t>Кільцями буферів з темної ночі,&lt;br /&gt;</w:t>
        <w:br/>
        <w:t>Бронеплощадками вдарити хоче,&lt;br /&gt;</w:t>
        <w:br/>
        <w:t>Вбить тебе, випалить, душе хистка!</w:t>
      </w:r>
    </w:p>
    <w:p>
      <w:r>
        <w:br/>
        <w:t>В класних вагонах сидять офіцери,&lt;br /&gt;</w:t>
        <w:br/>
        <w:t>В'ється димок із тугих сигарет.&lt;br /&gt;</w:t>
        <w:br/>
        <w:t>Звівся Мажуга, як привид:&lt;br /&gt;</w:t>
        <w:br/>
        <w:t>— Тепера.&lt;br /&gt;</w:t>
        <w:br/>
        <w:t>Митю, пали! —&lt;br /&gt;</w:t>
        <w:br/>
        <w:t>Неба чорний намет&lt;br /&gt;</w:t>
        <w:br/>
        <w:t>Так затрясло, що посипались зорі,&lt;br /&gt;</w:t>
        <w:br/>
        <w:t>Рейки, мов коні, звились на диби.&lt;br /&gt;</w:t>
        <w:br/>
        <w:t>Скиглили збиті вагони: ми хворі!&lt;br /&gt;</w:t>
        <w:br/>
        <w:t>Прискало жаром залізо: губи!</w:t>
      </w:r>
    </w:p>
    <w:p>
      <w:r>
        <w:br/>
        <w:t>І вітер дме з страшної кручі&lt;br /&gt;</w:t>
        <w:br/>
        <w:t>Слідом, де їхали брати.&lt;br /&gt;</w:t>
        <w:br/>
        <w:t>Ой Кармалюче, Кармалюче,&lt;br /&gt;</w:t>
        <w:br/>
        <w:t>В яких піснях тебе знайти?</w:t>
      </w:r>
    </w:p>
    <w:p>
      <w:r>
        <w:br/>
        <w:t>XII</w:t>
      </w:r>
    </w:p>
    <w:p>
      <w:r>
        <w:br/>
        <w:t>Оту доріжку, двір і хату,&lt;br /&gt;</w:t>
        <w:br/>
        <w:t>Поля, де виростала ти,&lt;br /&gt;</w:t>
        <w:br/>
        <w:t>Тебе, мовчазну й сивувату,&lt;br /&gt;</w:t>
        <w:br/>
        <w:t>Я не забув між суєти.</w:t>
      </w:r>
    </w:p>
    <w:p>
      <w:r>
        <w:br/>
        <w:t>Жила від печі до колиски&lt;br /&gt;</w:t>
        <w:br/>
        <w:t>У тижні, в літа горьові,&lt;br /&gt;</w:t>
        <w:br/>
        <w:t>І все ж очей померхлі блиски&lt;br /&gt;</w:t>
        <w:br/>
        <w:t>Своєю правдою живі.</w:t>
      </w:r>
    </w:p>
    <w:p>
      <w:r>
        <w:br/>
        <w:t>А що минуло, то й радіти.&lt;br /&gt;</w:t>
        <w:br/>
        <w:t>Бог з ним, як кажуть, хай мина.&lt;br /&gt;</w:t>
        <w:br/>
        <w:t>Пішли на щастя діти й діти,&lt;br /&gt;</w:t>
        <w:br/>
        <w:t>За рік, за другий — новина.</w:t>
      </w:r>
    </w:p>
    <w:p>
      <w:r>
        <w:br/>
        <w:t>І нагодує, й поколише,&lt;br /&gt;</w:t>
        <w:br/>
        <w:t>Турбота є сім'ї усій.&lt;br /&gt;</w:t>
        <w:br/>
        <w:t>В дванадцятім знайшовся Гриша,&lt;br /&gt;</w:t>
        <w:br/>
        <w:t>В шістнадцятому — Олексій.</w:t>
      </w:r>
    </w:p>
    <w:p>
      <w:r>
        <w:br/>
        <w:t>І кожна днина і хвилина&lt;br /&gt;</w:t>
        <w:br/>
        <w:t>Була, як золота казна.&lt;br /&gt;</w:t>
        <w:br/>
        <w:t>У двадцять третім — Катерина,&lt;br /&gt;</w:t>
        <w:br/>
        <w:t>Хоч Катерини хто не зна?</w:t>
      </w:r>
    </w:p>
    <w:p>
      <w:r>
        <w:br/>
        <w:t>Ішли сусіди в теплу хату,&lt;br /&gt;</w:t>
        <w:br/>
        <w:t>Несли дарунки чи привіт,&lt;br /&gt;</w:t>
        <w:br/>
        <w:t>Вечерю їли небагату,&lt;br /&gt;</w:t>
        <w:br/>
        <w:t>Дитині зичили ста літ,</w:t>
      </w:r>
    </w:p>
    <w:p>
      <w:r>
        <w:br/>
        <w:t>Повеселіли й танцювали&lt;br /&gt;</w:t>
        <w:br/>
        <w:t>До світанкової зорі.&lt;br /&gt;</w:t>
        <w:br/>
        <w:t>Дівча Катрусею назвали,&lt;br /&gt;</w:t>
        <w:br/>
        <w:t>Як у Шевченка в "Кобзарі".</w:t>
      </w:r>
    </w:p>
    <w:p>
      <w:r>
        <w:br/>
        <w:t>І діти виросли. З війною&lt;br /&gt;</w:t>
        <w:br/>
        <w:t>Пішли у світ. І за стіною&lt;br /&gt;</w:t>
        <w:br/>
        <w:t>Не чути сміху у дворі.&lt;br /&gt;</w:t>
        <w:br/>
        <w:t>А пiзнавала їх щоранку&lt;br /&gt;</w:t>
        <w:br/>
        <w:t>По свіжовмитих голосах...&lt;br /&gt;</w:t>
        <w:br/>
        <w:t>Найстарший Гриша, — той на танках,&lt;br /&gt;</w:t>
        <w:br/>
        <w:t>А Олексій — отут, в лісах.</w:t>
      </w:r>
    </w:p>
    <w:p>
      <w:r>
        <w:br/>
        <w:t>Вечірній промінь гасне тихо,&lt;br /&gt;</w:t>
        <w:br/>
        <w:t>Дніпро сивіє аж до дна,&lt;br /&gt;</w:t>
        <w:br/>
        <w:t>Ти що згадала, Ковалихо,&lt;br /&gt;</w:t>
        <w:br/>
        <w:t>Об чім помислила, сумна?</w:t>
      </w:r>
    </w:p>
    <w:p>
      <w:r>
        <w:br/>
        <w:t>І слово знов запломеніло,&lt;br /&gt;</w:t>
        <w:br/>
        <w:t>То Катря зводиться в тиші:&lt;br /&gt;</w:t>
        <w:br/>
        <w:t>— Якого болю наболіло,&lt;br /&gt;</w:t>
        <w:br/>
        <w:t>Як запеклося на душі!</w:t>
      </w:r>
    </w:p>
    <w:p>
      <w:r>
        <w:br/>
        <w:t>Ви кажете, мамо, коритись не треба,&lt;br /&gt;</w:t>
        <w:br/>
        <w:t>Чи хто, може, гнувся у нашім роду?&lt;br /&gt;</w:t>
        <w:br/>
        <w:t>Нехай хоч повісять отам проти неба,&lt;br /&gt;</w:t>
        <w:br/>
        <w:t>А я не схилюсь, не скорюсь, не піду!</w:t>
      </w:r>
    </w:p>
    <w:p>
      <w:r>
        <w:br/>
        <w:t>Була я в містечку, побачила вчора&lt;br /&gt;</w:t>
        <w:br/>
        <w:t>На розі, де сад, в ресторані вони, —&lt;br /&gt;</w:t>
        <w:br/>
        <w:t>Три німці обідають, дівчина скора&lt;br /&gt;</w:t>
        <w:br/>
        <w:t>Вино підливає: кушайте, пани! —</w:t>
      </w:r>
    </w:p>
    <w:p>
      <w:r>
        <w:br/>
        <w:t>До тих, до есесівців. Три в капелюшках,&lt;br /&gt;</w:t>
        <w:br/>
        <w:t>Кармінові губи, паризькі духи, —&lt;br /&gt;</w:t>
        <w:br/>
        <w:t>Сидять з тими німцями золото-душки,&lt;br /&gt;</w:t>
        <w:br/>
        <w:t>Лукавлять, жартують, хі-хі да хи-хи.</w:t>
      </w:r>
    </w:p>
    <w:p>
      <w:r>
        <w:br/>
        <w:t>Ви, мамо, їх знаєте: Ріта з аптеки,&lt;br /&gt;</w:t>
        <w:br/>
        <w:t>Маруся — зі мною ходила в загін,&lt;br /&gt;</w:t>
        <w:br/>
        <w:t>А третя ота, що прибула здалека,&lt;br /&gt;</w:t>
        <w:br/>
        <w:t>Жона лейтенантова, знав би то він!</w:t>
      </w:r>
    </w:p>
    <w:p>
      <w:r>
        <w:br/>
        <w:t>Вино собі п'ють, заїдають омлетом,&lt;br /&gt;</w:t>
        <w:br/>
        <w:t>Печенею свіжою. Серце мені&lt;br /&gt;</w:t>
        <w:br/>
        <w:t>Згоріло. — Марусю! — й не дивиться, де там!&lt;br /&gt;</w:t>
        <w:br/>
        <w:t>А потім, все ж вийшла.&lt;br /&gt;</w:t>
        <w:br/>
        <w:t>— Не ті, каже, дні,&lt;br /&gt;</w:t>
        <w:br/>
        <w:t>Щоб нам гордувати. Буде голодуха,&lt;br /&gt;</w:t>
        <w:br/>
        <w:t>Зима, дорожнеча, — вмирати, чи як?&lt;br /&gt;</w:t>
        <w:br/>
        <w:t>— Чому ж тебе вчили в десятому, слухай,&lt;br /&gt;</w:t>
        <w:br/>
        <w:t>Щоб ти цілувала оцих запіяк?</w:t>
      </w:r>
    </w:p>
    <w:p>
      <w:r>
        <w:br/>
        <w:t>Ти совісті, видно, навчилася мало,&lt;br /&gt;</w:t>
        <w:br/>
        <w:t>То вже й похилила гілля молоде.&lt;br /&gt;</w:t>
        <w:br/>
        <w:t>Он брата твого яке горе спіткало,&lt;br /&gt;</w:t>
        <w:br/>
        <w:t>Осліплений німцем, села не знайде.</w:t>
      </w:r>
    </w:p>
    <w:p>
      <w:r>
        <w:br/>
        <w:t>Невже ти забула?&lt;br /&gt;</w:t>
        <w:br/>
        <w:t>— Ти, Катю, навіщо&lt;br /&gt;</w:t>
        <w:br/>
        <w:t>У душу груддя мені кидаєш? Він&lt;br /&gt;</w:t>
        <w:br/>
        <w:t>Погиб чи осліп, бо душею він вище,&lt;br /&gt;</w:t>
        <w:br/>
        <w:t>А я не чекаю людям перемін.</w:t>
      </w:r>
    </w:p>
    <w:p>
      <w:r>
        <w:br/>
        <w:t>Маруся заплакала з болю й печалі,&lt;br /&gt;</w:t>
        <w:br/>
        <w:t>І жаль мене взяв, що вона, як дитя.&lt;br /&gt;</w:t>
        <w:br/>
        <w:t>— Із ними, кажу, ти сьогодні, а далі&lt;br /&gt;</w:t>
        <w:br/>
        <w:t>Буде каяття, та нема вороття,</w:t>
      </w:r>
    </w:p>
    <w:p>
      <w:r>
        <w:br/>
        <w:t>А сором який? Із чужинцем заклятим&lt;br /&gt;</w:t>
        <w:br/>
        <w:t>Щоб жити? — то краще умри на шляху.&lt;br /&gt;</w:t>
        <w:br/>
        <w:t>Де рідна земля? Де подруги? Де мати?&lt;br /&gt;</w:t>
        <w:br/>
        <w:t>Невже тобі легко чуття ці продати&lt;br /&gt;</w:t>
        <w:br/>
        <w:t>На ласку чужинців, в годину лиху?</w:t>
      </w:r>
    </w:p>
    <w:p>
      <w:r>
        <w:br/>
        <w:t>-I Катря аж зблідла од гніву, ув очах&lt;br /&gt;</w:t>
        <w:br/>
        <w:t>Задумливих, синіх, як небо в маю,&lt;br /&gt;</w:t>
        <w:br/>
        <w:t>Заблискало жаром в тих очах дiвочих,&lt;br /&gt;</w:t>
        <w:br/>
        <w:t>Зломилися брови (Маркові по ночах&lt;br /&gt;</w:t>
        <w:br/>
        <w:t>Десь видились, снились у дальнім краю).</w:t>
      </w:r>
    </w:p>
    <w:p>
      <w:r>
        <w:br/>
        <w:t>— Ганьба яка!&lt;br /&gt;</w:t>
        <w:br/>
        <w:t>— Дочко, — озвалася мати. —&lt;br /&gt;</w:t>
        <w:br/>
        <w:t>То, правда, ганьба. Ти приляж та засни.&lt;br /&gt;</w:t>
        <w:br/>
        <w:t>Стара підвелася, бензину підляти&lt;br /&gt;</w:t>
        <w:br/>
        <w:t>В коптилку на комині.&lt;br /&gt;</w:t>
        <w:br/>
        <w:t>— Знать, до весни&lt;br /&gt;</w:t>
        <w:br/>
        <w:t>Ще наших не буде...</w:t>
      </w:r>
    </w:p>
    <w:p>
      <w:r>
        <w:br/>
        <w:t>Ввижались щоднини&lt;br /&gt;</w:t>
        <w:br/>
        <w:t>Їй танки побілені, зірваний міст,&lt;br /&gt;</w:t>
        <w:br/>
        <w:t>Розбомблені, зриті далекі долини&lt;br /&gt;</w:t>
        <w:br/>
        <w:t>І Гриша Коваль, — її старший — танкіст.</w:t>
      </w:r>
    </w:p>
    <w:p>
      <w:r>
        <w:br/>
        <w:t>Не те, що забитий, чи, скажем, каліка,&lt;br /&gt;</w:t>
        <w:br/>
        <w:t>Ні, дай бог, живий, але бачить вона,&lt;br /&gt;</w:t>
        <w:br/>
        <w:t>Як син просить пити, жадоба велика,&lt;br /&gt;</w:t>
        <w:br/>
        <w:t>А слова не чути, заносить луна.</w:t>
      </w:r>
    </w:p>
    <w:p>
      <w:r>
        <w:br/>
        <w:t>Уста йому шерхлі, аж важко дивитись,&lt;br /&gt;</w:t>
        <w:br/>
        <w:t>Змарнів од бойовищ, хоча й не заслаб.&lt;br /&gt;</w:t>
        <w:br/>
        <w:t>Взяла б йому їсти, умитись, напитись,&lt;br /&gt;</w:t>
        <w:br/>
        <w:t>За тисячу верст пішачком донесла б.</w:t>
      </w:r>
    </w:p>
    <w:p>
      <w:r>
        <w:br/>
        <w:t>Сорочку його — не армійську, дитячу,&lt;br /&gt;</w:t>
        <w:br/>
        <w:t>Білену, в волошках, в мужицькім цвіту,&lt;br /&gt;</w:t>
        <w:br/>
        <w:t>Поклала б на руку синовню гарячу,&lt;br /&gt;</w:t>
        <w:br/>
        <w:t>Не в ту, що стріляє, а в ліву оту.</w:t>
      </w:r>
    </w:p>
    <w:p>
      <w:r>
        <w:br/>
        <w:t>— Ще наших не буде, — сама собі каже.&lt;br /&gt;</w:t>
        <w:br/>
        <w:t>І важко їй з того. Ночами один&lt;br /&gt;</w:t>
        <w:br/>
        <w:t>Приходить крізь муку, крізь марево враже.&lt;br /&gt;</w:t>
        <w:br/>
        <w:t>— Устань, мамо!&lt;br /&gt;</w:t>
        <w:br/>
        <w:t>— Хто це?&lt;br /&gt;</w:t>
        <w:br/>
        <w:t>— Це Гриша, ваш син.</w:t>
      </w:r>
    </w:p>
    <w:p>
      <w:r>
        <w:br/>
        <w:t>І зайде він в хату несумовито,&lt;br /&gt;</w:t>
        <w:br/>
        <w:t>Танкісти й полковник з ним, звісно, як власть.&lt;br /&gt;</w:t>
        <w:br/>
        <w:t>І стане вона йому постіль стелити,&lt;br /&gt;</w:t>
        <w:br/>
        <w:t>Борщу з карасями на Стіл подасть.</w:t>
      </w:r>
    </w:p>
    <w:p>
      <w:r>
        <w:br/>
        <w:t>Отак собі думає.&lt;br /&gt;</w:t>
        <w:br/>
        <w:t>— Мамо, лягайте,&lt;br /&gt;</w:t>
        <w:br/>
        <w:t>Вже пізно, а я вам таке ще скажу:&lt;br /&gt;</w:t>
        <w:br/>
        <w:t>За місяць, за другий ті німчики-зайди&lt;br /&gt;</w:t>
        <w:br/>
        <w:t>Полізуть не в добра, а в душу чужу.&lt;br /&gt;</w:t>
        <w:br/>
        <w:t>їх знищити б! —</w:t>
      </w:r>
    </w:p>
    <w:p>
      <w:r>
        <w:br/>
        <w:t>Ніч повіває війною,&lt;br /&gt;</w:t>
        <w:br/>
        <w:t>Не спить Катерина з думками улад.&lt;br /&gt;</w:t>
        <w:br/>
        <w:t>І трубить у ріг на полях, за стіною&lt;br /&gt;</w:t>
        <w:br/>
        <w:t>Пожарами буйний, старий листопад.</w:t>
      </w:r>
    </w:p>
    <w:p>
      <w:r>
        <w:br/>
        <w:t>XIII</w:t>
      </w:r>
    </w:p>
    <w:p>
      <w:r>
        <w:br/>
        <w:t>Снився сон уночі Ковалисі:&lt;br /&gt;</w:t>
        <w:br/>
        <w:t>Наче поїзд поміж блискавиць&lt;br /&gt;</w:t>
        <w:br/>
        <w:t>Пробігає у димній завісі,&lt;br /&gt;</w:t>
        <w:br/>
        <w:t>Гнуться рейки тугих залізниць.</w:t>
      </w:r>
    </w:p>
    <w:p>
      <w:r>
        <w:br/>
        <w:t>І цокоче, і свище, і лине&lt;br /&gt;</w:t>
        <w:br/>
        <w:t>В даль, де явір зелений зачах.&lt;br /&gt;</w:t>
        <w:br/>
        <w:t>З машиністом стоїть Катерина,&lt;br /&gt;</w:t>
        <w:br/>
        <w:t>Теплий вогник сіяє в очах.</w:t>
      </w:r>
    </w:p>
    <w:p>
      <w:r>
        <w:br/>
        <w:t>А куди ж ти поїхала нині?&lt;br /&gt;</w:t>
        <w:br/>
        <w:t>Поїзд мчить в незнайомій долині.&lt;br /&gt;</w:t>
        <w:br/>
        <w:t>Ковалиха й питає:</w:t>
      </w:r>
    </w:p>
    <w:p>
      <w:r>
        <w:br/>
        <w:t>— А руки,&lt;br /&gt;</w:t>
        <w:br/>
        <w:t>Хто зв'язать тобі, Катре, звелів?</w:t>
      </w:r>
    </w:p>
    <w:p>
      <w:r>
        <w:br/>
        <w:t>Рейки в'ються, як чорні гадюки,&lt;br /&gt;</w:t>
        <w:br/>
        <w:t>На роздоллі осінніх полів.</w:t>
      </w:r>
    </w:p>
    <w:p>
      <w:r>
        <w:br/>
        <w:t>І за тими глухими полями&lt;br /&gt;</w:t>
        <w:br/>
        <w:t>Кличе Катря, і та ще й не та.&lt;br /&gt;</w:t>
        <w:br/>
        <w:t>— Де ви, мамо? Ви чуєте, мамо?&lt;br /&gt;</w:t>
        <w:br/>
        <w:t>Я не ваша, не золота!</w:t>
      </w:r>
    </w:p>
    <w:p>
      <w:r>
        <w:br/>
        <w:t>Я не бачу вас, де ви? Не чую,&lt;br /&gt;</w:t>
        <w:br/>
        <w:t>Наче зроду не знала, диви!&lt;br /&gt;</w:t>
        <w:br/>
        <w:t>На чужих подвориськах ночую,&lt;br /&gt;</w:t>
        <w:br/>
        <w:t>Я вже птиця-синиця, а ви&lt;br /&gt;</w:t>
        <w:br/>
        <w:t>Ще не птиця?&lt;br /&gt;</w:t>
        <w:br/>
        <w:t>Їй руку б подати.&lt;br /&gt;</w:t>
        <w:br/>
        <w:t>— Що ми, дочко, неначе сліпі?&lt;br /&gt;</w:t>
        <w:br/>
        <w:t>А земля, не на свято, — заклята,&lt;br /&gt;</w:t>
        <w:br/>
        <w:t>Не зелена — в болотній ропі,</w:t>
      </w:r>
    </w:p>
    <w:p>
      <w:r>
        <w:br/>
        <w:t>По коліна засмоктує тихо,&lt;br /&gt;</w:t>
        <w:br/>
        <w:t>Стопудове на ноги звиса.&lt;br /&gt;</w:t>
        <w:br/>
        <w:t>І нема поїздів, Ковалихо,&lt;br /&gt;</w:t>
        <w:br/>
        <w:t>Тільки ніч і ясні небеса.</w:t>
      </w:r>
    </w:p>
    <w:p>
      <w:r>
        <w:br/>
        <w:t>Катерина, схилившися поруч,&lt;br /&gt;</w:t>
        <w:br/>
        <w:t>Спить, як діти. На руку — щока.&lt;br /&gt;</w:t>
        <w:br/>
        <w:t>І твоя неутишена гореч&lt;br /&gt;</w:t>
        <w:br/>
        <w:t>Знову серце на бій виклика.</w:t>
      </w:r>
    </w:p>
    <w:p>
      <w:r>
        <w:br/>
        <w:t>XIV</w:t>
      </w:r>
    </w:p>
    <w:p>
      <w:r>
        <w:br/>
        <w:t>За гарматами била негода,&lt;br /&gt;</w:t>
        <w:br/>
        <w:t>За колесами бігла зима.&lt;br /&gt;</w:t>
        <w:br/>
        <w:t>Катерино, змарнована вродо,&lt;br /&gt;</w:t>
        <w:br/>
        <w:t>Чом од тебе привіту нема?</w:t>
      </w:r>
    </w:p>
    <w:p>
      <w:r>
        <w:br/>
        <w:t>Із Лебідки, села за горою,&lt;br /&gt;</w:t>
        <w:br/>
        <w:t>Залишивши дідів і внучат,&lt;br /&gt;</w:t>
        <w:br/>
        <w:t>Десь у грудні, ясною порою,&lt;br /&gt;</w:t>
        <w:br/>
        <w:t>Забирали в неволю дівчат.</w:t>
      </w:r>
    </w:p>
    <w:p>
      <w:r>
        <w:br/>
        <w:t>Із нажитої здавна оселі&lt;br /&gt;</w:t>
        <w:br/>
        <w:t>У тумани, як сиві мохи,&lt;br /&gt;</w:t>
        <w:br/>
        <w:t>У тірольські хазяйства дебелі,&lt;br /&gt;</w:t>
        <w:br/>
        <w:t>У баварські пивнушні льохи.</w:t>
      </w:r>
    </w:p>
    <w:p>
      <w:r>
        <w:br/>
        <w:t>Не розраду, не спів, не цілунок, —&lt;br /&gt;</w:t>
        <w:br/>
        <w:t>Чути матері крик за верству,&lt;br /&gt;</w:t>
        <w:br/>
        <w:t>Як дожила ти в білений клунок&lt;br /&gt;</w:t>
        <w:br/>
        <w:t>Житню чорну хлібину черству.</w:t>
      </w:r>
    </w:p>
    <w:p>
      <w:r>
        <w:br/>
        <w:t>Ти пішла з усіма до вокзалу&lt;br /&gt;</w:t>
        <w:br/>
        <w:t>По стерні, де робила той рік,&lt;br /&gt;</w:t>
        <w:br/>
        <w:t>Білу хустку навхрест зав'язала,&lt;br /&gt;</w:t>
        <w:br/>
        <w:t>Ясні кося сховала навік.</w:t>
      </w:r>
    </w:p>
    <w:p>
      <w:r>
        <w:br/>
        <w:t>Зорі вішали срібні вуздечки&lt;br /&gt;</w:t>
        <w:br/>
        <w:t>Над розореним пахотком меж.&lt;br /&gt;</w:t>
        <w:br/>
        <w:t>"Прощавайте, круті бережечки!" —&lt;br /&gt;</w:t>
        <w:br/>
        <w:t>Заспівати хотіла, так де ж? —</w:t>
      </w:r>
    </w:p>
    <w:p>
      <w:r>
        <w:br/>
        <w:t>Не змогла. Заскрипіли колеса,&lt;br /&gt;</w:t>
        <w:br/>
        <w:t>За теплушкою доли і плеса,&lt;br /&gt;</w:t>
        <w:br/>
        <w:t>Перевиті залізом мости,&lt;br /&gt;</w:t>
        <w:br/>
        <w:t>Кущ калини, прощай і прости!</w:t>
      </w:r>
    </w:p>
    <w:p>
      <w:r>
        <w:br/>
        <w:t>Пізня груша, медами налита,&lt;br /&gt;</w:t>
        <w:br/>
        <w:t>Білий колос незжатого жита,&lt;br /&gt;</w:t>
        <w:br/>
        <w:t>Попелища, густі кураї,&lt;br /&gt;</w:t>
        <w:br/>
        <w:t>Рідні люди і села мої,&lt;br /&gt;</w:t>
        <w:br/>
        <w:t>Прощавайте!</w:t>
      </w:r>
    </w:p>
    <w:p>
      <w:r>
        <w:br/>
        <w:t>Не ждіте додому&lt;br /&gt;</w:t>
        <w:br/>
        <w:t>У привітний, у батьківський дім.&lt;br /&gt;</w:t>
        <w:br/>
        <w:t>Сива чайка з-під тучі і грому&lt;br /&gt;</w:t>
        <w:br/>
        <w:t>Пролетіла над щастям моїм.</w:t>
      </w:r>
    </w:p>
    <w:p>
      <w:r>
        <w:br/>
        <w:t>На чужині і дні неохочі.&lt;br /&gt;</w:t>
        <w:br/>
        <w:t>Полетіла б, куди полечу?&lt;br /&gt;</w:t>
        <w:br/>
        <w:t>Посічуться там коси дівочі,&lt;br /&gt;</w:t>
        <w:br/>
        <w:t>Обірветься мій голос уночі,&lt;br /&gt;</w:t>
        <w:br/>
        <w:t>Висхнуть очі і то без плачу.</w:t>
      </w:r>
    </w:p>
    <w:p>
      <w:r>
        <w:br/>
        <w:t>Тих очей моїх сяєво синє,&lt;br /&gt;</w:t>
        <w:br/>
        <w:t>Брів тонких голубиний розліт&lt;br /&gt;</w:t>
        <w:br/>
        <w:t>Втопчуть в порох, у пил, в баговиння&lt;br /&gt;</w:t>
        <w:br/>
        <w:t>Біля чорних німецьких воріт...</w:t>
      </w:r>
    </w:p>
    <w:p>
      <w:r>
        <w:br/>
        <w:t>XV</w:t>
      </w:r>
    </w:p>
    <w:p>
      <w:r>
        <w:br/>
        <w:t>Грудень встеляв голубою габою&lt;br /&gt;</w:t>
        <w:br/>
        <w:t>Землю, річки закував у льоди.&lt;br /&gt;</w:t>
        <w:br/>
        <w:t>Що, Кармалюче, робити з тобою, —&lt;br /&gt;</w:t>
        <w:br/>
        <w:t>Темні ліси та вузенькі сліди!</w:t>
      </w:r>
    </w:p>
    <w:p>
      <w:r>
        <w:br/>
        <w:t>Поїзд сокоче, хитається п'янко,&lt;br /&gt;</w:t>
        <w:br/>
        <w:t>Рейки дзвенять, і теплушки повзуть.&lt;br /&gt;</w:t>
        <w:br/>
        <w:t>То ж Катерину, сестру, полонянку,&lt;br /&gt;</w:t>
        <w:br/>
        <w:t>Десь у баварську неволю везуть:</w:t>
      </w:r>
    </w:p>
    <w:p>
      <w:r>
        <w:br/>
        <w:t>Буде їй снитися марево станцій,&lt;br /&gt;</w:t>
        <w:br/>
        <w:t>Хриплих гудків розтривожений вий.&lt;br /&gt;</w:t>
        <w:br/>
        <w:t>Брат Олексій, що пішов у повстанці,&lt;br /&gt;</w:t>
        <w:br/>
        <w:t>Жив чи погибший?&lt;br /&gt;</w:t>
        <w:br/>
        <w:t>— Ні, сестро, живий!&lt;br /&gt;</w:t>
        <w:br/>
        <w:t>Тричі від смерті вибравсь щасливо,&lt;br /&gt;</w:t>
        <w:br/>
        <w:t>Бився один, а тепер не один.&lt;br /&gt;</w:t>
        <w:br/>
        <w:t>Варить він пиво просто на диво,&lt;br /&gt;</w:t>
        <w:br/>
        <w:t>Людям на щастя, а німцю — на згин...</w:t>
      </w:r>
    </w:p>
    <w:p>
      <w:r>
        <w:br/>
        <w:t>Став Кармалюк у своєму загоні&lt;br /&gt;</w:t>
        <w:br/>
        <w:t>(Як він зібрав цю залізну сім'ю?):&lt;br /&gt;</w:t>
        <w:br/>
        <w:t>— Хлопці, засідлуйте коні в погоні&lt;br /&gt;</w:t>
        <w:br/>
        <w:t>Та заправляйте машини у броні,&lt;br /&gt;</w:t>
        <w:br/>
        <w:t>Будем сестру рятувати мою.</w:t>
      </w:r>
    </w:p>
    <w:p>
      <w:r>
        <w:br/>
        <w:t>І знову вітер дме колюче,&lt;br /&gt;</w:t>
        <w:br/>
        <w:t>Квилять на станції дроти.&lt;br /&gt;</w:t>
        <w:br/>
        <w:t>Ой, Кармалюче, Кармалюче,&lt;br /&gt;</w:t>
        <w:br/>
        <w:t>В яких піснях тебе знайти!</w:t>
      </w:r>
    </w:p>
    <w:p>
      <w:r>
        <w:br/>
        <w:t>Теплушки сірі та зелені,&lt;br /&gt;</w:t>
        <w:br/>
        <w:t>Гудок, мов крик тонкий коня.&lt;br /&gt;</w:t>
        <w:br/>
        <w:t>Осіннє сонце десь на клені&lt;br /&gt;</w:t>
        <w:br/>
        <w:t>Поміж гілля і вороння.</w:t>
      </w:r>
    </w:p>
    <w:p>
      <w:r>
        <w:br/>
        <w:t>Солдатські кроки на пероні,&lt;br /&gt;</w:t>
        <w:br/>
        <w:t>Платформи вкриті наокіл.&lt;br /&gt;</w:t>
        <w:br/>
        <w:t>В напіввідчиненім вагоні&lt;br /&gt;</w:t>
        <w:br/>
        <w:t>Сидять дівчата з наших сіл.</w:t>
      </w:r>
    </w:p>
    <w:p>
      <w:r>
        <w:br/>
        <w:t>Ще дні стоять огню і рубки,&lt;br /&gt;</w:t>
        <w:br/>
        <w:t>Іще димлять навкруг краї.&lt;br /&gt;</w:t>
        <w:br/>
        <w:t>Куди ж летіти вам, голубки,&lt;br /&gt;</w:t>
        <w:br/>
        <w:t>Фашистом скривджені, мої!</w:t>
      </w:r>
    </w:p>
    <w:p>
      <w:r>
        <w:br/>
        <w:t>Що ти все думаєш, спершись в одвірок?&lt;br /&gt;</w:t>
        <w:br/>
        <w:t>Дзвоник дзвенить, калата калаток.&lt;br /&gt;</w:t>
        <w:br/>
        <w:t>Міра була, — а тепер недомірок,&lt;br /&gt;</w:t>
        <w:br/>
        <w:t>Воля була, — а тепера куток.</w:t>
      </w:r>
    </w:p>
    <w:p>
      <w:r>
        <w:br/>
        <w:t>Крикнула, сили зібравши останки,&lt;br /&gt;</w:t>
        <w:br/>
        <w:t>Може та сила й тримала її?&lt;br /&gt;</w:t>
        <w:br/>
        <w:t>— Де твої, Марку, броньовані танки,&lt;br /&gt;</w:t>
        <w:br/>
        <w:t>Де, Олексію, коні твої?</w:t>
      </w:r>
    </w:p>
    <w:p>
      <w:r>
        <w:br/>
        <w:t>Може таке увижатись в безсонні,&lt;br /&gt;</w:t>
        <w:br/>
        <w:t>Може у казці казатись, чи ні:&lt;br /&gt;</w:t>
        <w:br/>
        <w:t>Вирвались, вибігли змилені коні,&lt;br /&gt;</w:t>
        <w:br/>
        <w:t>Туго вуздечки рвучи рем'яні.</w:t>
      </w:r>
    </w:p>
    <w:p>
      <w:r>
        <w:br/>
        <w:t>П'ять мотоциклів з пакгауза, з бою,&lt;br /&gt;</w:t>
        <w:br/>
        <w:t>Сім автоматників зліва.&lt;br /&gt;</w:t>
        <w:br/>
        <w:t>— Це ми!&lt;br /&gt;</w:t>
        <w:br/>
        <w:t>От і зустрінемось, сестро, з тобою!&lt;br /&gt;</w:t>
        <w:br/>
        <w:t>— Тут я, Олексо, отут між людьми!</w:t>
      </w:r>
    </w:p>
    <w:p>
      <w:r>
        <w:br/>
        <w:t>Поїзд сіпнуло, вартові упали,&lt;br /&gt;</w:t>
        <w:br/>
        <w:t>Хмурий єфрейтор — в багню кров'яну.&lt;br /&gt;</w:t>
        <w:br/>
        <w:t>— Сестро, ти де?&lt;br /&gt;</w:t>
        <w:br/>
        <w:t>Поміж дим і завали,&lt;br /&gt;</w:t>
        <w:br/>
        <w:t>— Сестро, чекай-но! —&lt;br /&gt;</w:t>
        <w:br/>
        <w:t>Над рейки і шпали&lt;br /&gt;</w:t>
        <w:br/>
        <w:t>Поїзд несло в далину, в далину,</w:t>
      </w:r>
    </w:p>
    <w:p>
      <w:r>
        <w:br/>
        <w:t>Мимо гаїв, листвиною занесених,&lt;br /&gt;</w:t>
        <w:br/>
        <w:t>Мимо вітрів, темних туч піднебесених,&lt;br /&gt;</w:t>
        <w:br/>
        <w:t>Мимо шлагбаумів, будок, мостів,&lt;br /&gt;</w:t>
        <w:br/>
        <w:t>Сивого вереску, білих хрестів.</w:t>
      </w:r>
    </w:p>
    <w:p>
      <w:r>
        <w:br/>
        <w:t>Далі та далі... Полум'яні півні&lt;br /&gt;</w:t>
        <w:br/>
        <w:t>Крайню теплушку укрили крізь плач.&lt;br /&gt;</w:t>
        <w:br/>
        <w:t>Вершники мчали із поїздом врівні,&lt;br /&gt;</w:t>
        <w:br/>
        <w:t>Справа, і зліва, на ристь, і навскач.&lt;br /&gt;</w:t>
        <w:br/>
        <w:t>— Брате Олексо! — Зірвала хустину,&lt;br /&gt;</w:t>
        <w:br/>
        <w:t>Коси пустила, як мево пожеж.&lt;br /&gt;</w:t>
        <w:br/>
        <w:t>— Катре, домчу, дожену, до загину! —&lt;br /&gt;</w:t>
        <w:br/>
        <w:t>Вітром відносило:&lt;br /&gt;</w:t>
        <w:br/>
        <w:t>— Не доженеш!..</w:t>
      </w:r>
    </w:p>
    <w:p>
      <w:r>
        <w:br/>
        <w:t>Так вона й бачить: стежини нехитрі,&lt;br /&gt;</w:t>
        <w:br/>
        <w:t>Так їй і сняться в баварських ночах:&lt;br /&gt;</w:t>
        <w:br/>
        <w:t>Гриви розметані, коні в повітрі,&lt;br /&gt;</w:t>
        <w:br/>
        <w:t>Бронзове сонце у кінських очах.</w:t>
      </w:r>
    </w:p>
    <w:p>
      <w:r>
        <w:br/>
        <w:t>XVI</w:t>
      </w:r>
    </w:p>
    <w:p>
      <w:r>
        <w:br/>
        <w:t>...А танки йшли і йшли окопчами,&lt;br /&gt;</w:t>
        <w:br/>
        <w:t>Містками, дзотами, в рову,&lt;br /&gt;</w:t>
        <w:br/>
        <w:t>І скреготіли сталлю: втопчемо!&lt;br /&gt;</w:t>
        <w:br/>
        <w:t>Ревли моторами: зірву!</w:t>
      </w:r>
    </w:p>
    <w:p>
      <w:r>
        <w:br/>
        <w:t>І ворони справляли поминки&lt;br /&gt;</w:t>
        <w:br/>
        <w:t>Над німцем, а не над бійцем.&lt;br /&gt;</w:t>
        <w:br/>
        <w:t>Броня горіла, як соломинка,&lt;br /&gt;</w:t>
        <w:br/>
        <w:t>Як свічка жовтим пломінцем.</w:t>
      </w:r>
    </w:p>
    <w:p>
      <w:r>
        <w:br/>
        <w:t>А нашим не страшне вороння:&lt;br /&gt;</w:t>
        <w:br/>
        <w:t>Ішли танкісти із Задоння,&lt;br /&gt;</w:t>
        <w:br/>
        <w:t>Уральці — хлопці-молодці;&lt;br /&gt;</w:t>
        <w:br/>
        <w:t>І в день важкий і в ніч безсоння&lt;br /&gt;</w:t>
        <w:br/>
        <w:t>Із Підмосков'я йшли бійці,&lt;br /&gt;</w:t>
        <w:br/>
        <w:t>Гранати стиснувши в руці.</w:t>
      </w:r>
    </w:p>
    <w:p>
      <w:r>
        <w:br/>
        <w:t>Дзвеніли кулями ковалики,&lt;br /&gt;</w:t>
        <w:br/>
        <w:t>Залізом ранили зорю.&lt;br /&gt;</w:t>
        <w:br/>
        <w:t>Марко почув, хтось кличе здалеку:&lt;br /&gt;</w:t>
        <w:br/>
        <w:t>— Горю я, хлопці, ой, горю!</w:t>
      </w:r>
    </w:p>
    <w:p>
      <w:r>
        <w:br/>
        <w:t>То кликав Швачка. Танк підбитий&lt;br /&gt;</w:t>
        <w:br/>
        <w:t>Не повз, не брязкав, не летів.&lt;br /&gt;</w:t>
        <w:br/>
        <w:t>Термітний жар несамовитий&lt;br /&gt;</w:t>
        <w:br/>
        <w:t>В машині рівно клекотів.</w:t>
      </w:r>
    </w:p>
    <w:p>
      <w:r>
        <w:br/>
        <w:t>Броні товсті зелені мури,&lt;br /&gt;</w:t>
        <w:br/>
        <w:t>Тріщали шкельця, як чужі,&lt;br /&gt;</w:t>
        <w:br/>
        <w:t>Летіли іскри в амбразури,&lt;br /&gt;</w:t>
        <w:br/>
        <w:t>І дотлівали стелажі.</w:t>
      </w:r>
    </w:p>
    <w:p>
      <w:r>
        <w:br/>
        <w:t>А Швачка ще сидів. Ударом&lt;br /&gt;</w:t>
        <w:br/>
        <w:t>Струснуло башту. В далині&lt;br /&gt;</w:t>
        <w:br/>
        <w:t>Угледів він за білим яром,&lt;br /&gt;</w:t>
        <w:br/>
        <w:t>За чорним збуреним пожаром&lt;br /&gt;</w:t>
        <w:br/>
        <w:t>Свої рум'яні, гожі дні.</w:t>
      </w:r>
    </w:p>
    <w:p>
      <w:r>
        <w:br/>
        <w:t>Вони стояли, як хлоп'ята&lt;br /&gt;</w:t>
        <w:br/>
        <w:t>Смагляві, сонячні, — і він&lt;br /&gt;</w:t>
        <w:br/>
        <w:t>Відчув: ударила гармата,&lt;br /&gt;</w:t>
        <w:br/>
        <w:t>Як давніх років давній дзвін.</w:t>
      </w:r>
    </w:p>
    <w:p>
      <w:r>
        <w:br/>
        <w:t>І все.&lt;br /&gt;</w:t>
        <w:br/>
        <w:t>Бензину жовта маса&lt;br /&gt;</w:t>
        <w:br/>
        <w:t>Диміла душно-гаряче.&lt;br /&gt;</w:t>
        <w:br/>
        <w:t>І вибухли боєприпаси,&lt;br /&gt;</w:t>
        <w:br/>
        <w:t>Осколком ранивши плече.</w:t>
      </w:r>
    </w:p>
    <w:p>
      <w:r>
        <w:br/>
        <w:t>— Ти, Швачко, живий, а чи мертвий?&lt;br /&gt;</w:t>
        <w:br/>
        <w:t>— Ванюшо!&lt;br /&gt;</w:t>
        <w:br/>
        <w:t>— Ого, брат, як діло! На, пий чи кури.&lt;br /&gt;</w:t>
        <w:br/>
        <w:t>Із попелу, вибухів, димної суші,&lt;br /&gt;</w:t>
        <w:br/>
        <w:t>Де полум'я било в розтерзані душі,&lt;br /&gt;</w:t>
        <w:br/>
        <w:t>Виносили Швачку у смерті з нори.</w:t>
      </w:r>
    </w:p>
    <w:p>
      <w:r>
        <w:br/>
        <w:t>Дали йому спирту глитнути, у вічі&lt;br /&gt;</w:t>
        <w:br/>
        <w:t>Дивились з надією: — Ваню, це ми! —&lt;br /&gt;</w:t>
        <w:br/>
        <w:t>Зітхнув і підвівся, поранений тричі.&lt;br /&gt;</w:t>
        <w:br/>
        <w:t>— Вперед! — зашептав, і в збілілім обличчі,&lt;br /&gt;</w:t>
        <w:br/>
        <w:t>В обривках шинелі, в заметах зими,&lt;br /&gt;</w:t>
        <w:br/>
        <w:t>У спалених щоках, в зашерхлій долоні&lt;br /&gt;</w:t>
        <w:br/>
        <w:t>Життя затепліло, як іскра.&lt;br /&gt;</w:t>
        <w:br/>
        <w:t>— Я сам.&lt;br /&gt;</w:t>
        <w:br/>
        <w:t>І справді, підвівся і в гони червоні&lt;br /&gt;</w:t>
        <w:br/>
        <w:t>Пройшов кроків двадцять, пов'язка на скроні&lt;br /&gt;</w:t>
        <w:br/>
        <w:t>Біліла. Вклонився важким небесам.&lt;br /&gt;</w:t>
        <w:br/>
        <w:t>— Отут я і ляжу.&lt;br /&gt;</w:t>
        <w:br/>
        <w:t>І впав, і руками,&lt;br /&gt;</w:t>
        <w:br/>
        <w:t>Що пахли тавотом, засмаглі в диму,&lt;br /&gt;</w:t>
        <w:br/>
        <w:t>Простягся на захід перед полками,&lt;br /&gt;</w:t>
        <w:br/>
        <w:t>В залізнім потоці, як в отчім дому.</w:t>
      </w:r>
    </w:p>
    <w:p>
      <w:r>
        <w:br/>
        <w:t>Ще полум'я тріскало та гуготіло,&lt;br /&gt;</w:t>
        <w:br/>
        <w:t>Повзло по машинах, по скатах, як звір,&lt;br /&gt;</w:t>
        <w:br/>
        <w:t>Але, натикнувшись на Шваччине тіло,&lt;br /&gt;</w:t>
        <w:br/>
        <w:t>Не брало його, язиками летіло&lt;br /&gt;</w:t>
        <w:br/>
        <w:t>Назад, на вітри, до світанкових зір.</w:t>
      </w:r>
    </w:p>
    <w:p>
      <w:r>
        <w:br/>
        <w:t>Фугаски свистіли і рвались, осколки&lt;br /&gt;</w:t>
        <w:br/>
        <w:t>Не брали грудей його, куля чужа&lt;br /&gt;</w:t>
        <w:br/>
        <w:t>Не брала грудей його, мчали двоколки,&lt;br /&gt;</w:t>
        <w:br/>
        <w:t>І танки пройшли під багряні подолки&lt;br /&gt;</w:t>
        <w:br/>
        <w:t>Пожарів і туч, де ясніла межа.</w:t>
      </w:r>
    </w:p>
    <w:p>
      <w:r>
        <w:br/>
        <w:t>А Швачка лежав біля того потока&lt;br /&gt;</w:t>
        <w:br/>
        <w:t>Малий і притихлий, — хоч скрегіт і гук&lt;br /&gt;</w:t>
        <w:br/>
        <w:t>Усе віддалявся, зникаючи з ока,&lt;br /&gt;</w:t>
        <w:br/>
        <w:t>Земля українська, пекуча й широка,&lt;br /&gt;</w:t>
        <w:br/>
        <w:t>Ото й починалась з-під Шваччиних рук.</w:t>
      </w:r>
    </w:p>
    <w:p>
      <w:r>
        <w:br/>
        <w:t>XVII</w:t>
      </w:r>
    </w:p>
    <w:p>
      <w:r>
        <w:br/>
        <w:t>Встає на силу наша сила:&lt;br /&gt;</w:t>
        <w:br/>
        <w:t>На меч — мечем, на грудь — грудьми.&lt;br /&gt;</w:t>
        <w:br/>
        <w:t>Стоїть в степу Савур-могила,&lt;br /&gt;</w:t>
        <w:br/>
        <w:t>А біля неї танки й ми.</w:t>
      </w:r>
    </w:p>
    <w:p>
      <w:r>
        <w:br/>
        <w:t>Хатина біла коло яру,&lt;br /&gt;</w:t>
        <w:br/>
        <w:t>Є стіл і лава, хазяї&lt;br /&gt;</w:t>
        <w:br/>
        <w:t>Не знаєм де; підкинем жару,&lt;br /&gt;</w:t>
        <w:br/>
        <w:t>Пожитки витягнем свої,&lt;br /&gt;</w:t>
        <w:br/>
        <w:t>Поп'єм чайку.</w:t>
      </w:r>
    </w:p>
    <w:p>
      <w:r>
        <w:br/>
        <w:t>В таку годину,&lt;br /&gt;</w:t>
        <w:br/>
        <w:t>Де відпочить припало нам,&lt;br /&gt;</w:t>
        <w:br/>
        <w:t>Боєць пригадує єдину&lt;br /&gt;</w:t>
        <w:br/>
        <w:t>Кохану, матір, чи родину,&lt;br /&gt;</w:t>
        <w:br/>
        <w:t>Чи друга, брата, десь отам.</w:t>
      </w:r>
    </w:p>
    <w:p>
      <w:r>
        <w:br/>
        <w:t>З цієї хати лине думка,&lt;br /&gt;</w:t>
        <w:br/>
        <w:t>Про зустріч вигадка проста.&lt;br /&gt;</w:t>
        <w:br/>
        <w:t>А найщасливішпй з підсумка&lt;br /&gt;</w:t>
        <w:br/>
        <w:t>Виймає давнього листа.</w:t>
      </w:r>
    </w:p>
    <w:p>
      <w:r>
        <w:br/>
        <w:t>У ніч оцю така ж нагода&lt;br /&gt;</w:t>
        <w:br/>
        <w:t>Припала друзям, знавши їх, —&lt;br /&gt;</w:t>
        <w:br/>
        <w:t>Боєць хозроти чи хозвзвода&lt;br /&gt;</w:t>
        <w:br/>
        <w:t>Читав цидулку від своїх.</w:t>
      </w:r>
    </w:p>
    <w:p>
      <w:r>
        <w:br/>
        <w:t>І нам почувся сміх дитяти,&lt;br /&gt;</w:t>
        <w:br/>
        <w:t>Снігів зав'южена політь,&lt;br /&gt;</w:t>
        <w:br/>
        <w:t>І в кожушку, в хустині мати&lt;br /&gt;</w:t>
        <w:br/>
        <w:t>Десь за вікном оцим стоїть.</w:t>
      </w:r>
    </w:p>
    <w:p>
      <w:r>
        <w:br/>
        <w:t>У хатній мирній, теплій тиші&lt;br /&gt;</w:t>
        <w:br/>
        <w:t>Всім снилась дальня подорож.&lt;br /&gt;</w:t>
        <w:br/>
        <w:t>— А нам не пишуть наші, Гришо. —&lt;br /&gt;</w:t>
        <w:br/>
        <w:t>Марко зітхнув.&lt;br /&gt;</w:t>
        <w:br/>
        <w:t>— Да, нам...&lt;br /&gt;</w:t>
        <w:br/>
        <w:t>— Ну, що ж...</w:t>
      </w:r>
    </w:p>
    <w:p>
      <w:r>
        <w:br/>
        <w:t>Та як писать, куди і звідки?&lt;br /&gt;</w:t>
        <w:br/>
        <w:t>З якого місця і числа?&lt;br /&gt;</w:t>
        <w:br/>
        <w:t>Як до зеленої Лебідки&lt;br /&gt;</w:t>
        <w:br/>
        <w:t>Метіль дороги занесла.</w:t>
      </w:r>
    </w:p>
    <w:p>
      <w:r>
        <w:br/>
        <w:t>Не так метіль, як та пороша,&lt;br /&gt;</w:t>
        <w:br/>
        <w:t>Не так пороша, як біда.&lt;br /&gt;</w:t>
        <w:br/>
        <w:t>І друге літо листоноша&lt;br /&gt;</w:t>
        <w:br/>
        <w:t>У тихий двір не загляда.</w:t>
      </w:r>
    </w:p>
    <w:p>
      <w:r>
        <w:br/>
        <w:t>І не виходить батько з хати.&lt;br /&gt;</w:t>
        <w:br/>
        <w:t>Яких почуєш звісток-див?&lt;br /&gt;</w:t>
        <w:br/>
        <w:t>Листи синовні без доплати&lt;br /&gt;</w:t>
        <w:br/>
        <w:t>Він, може б, кров'ю доплатив.</w:t>
      </w:r>
    </w:p>
    <w:p>
      <w:r>
        <w:br/>
        <w:t>А їх, бач, не видно, немає, не чути,&lt;br /&gt;</w:t>
        <w:br/>
        <w:t>І що з Катериною? Як там вона?&lt;br /&gt;</w:t>
        <w:br/>
        <w:t>— Як ось поживем, то побачим, а нуте&lt;br /&gt;</w:t>
        <w:br/>
        <w:t>На карту поглянемо, що ж, брат, — війна!</w:t>
      </w:r>
    </w:p>
    <w:p>
      <w:r>
        <w:br/>
        <w:t>І Гриша з планшетки розгладжує карту,&lt;br /&gt;</w:t>
        <w:br/>
        <w:t>Помічену вправо, і вліво, й навкіс,&lt;br /&gt;</w:t>
        <w:br/>
        <w:t>Де стрілки червоні, як люди на варту,&lt;br /&gt;</w:t>
        <w:br/>
        <w:t>Спішать звідусіль, через гори і ліс.</w:t>
      </w:r>
    </w:p>
    <w:p>
      <w:r>
        <w:br/>
        <w:t>І в димці пунктирів окреслено-сизій,&lt;br /&gt;</w:t>
        <w:br/>
        <w:t>У замкнутих колах, у секторах площ,&lt;br /&gt;</w:t>
        <w:br/>
        <w:t>Боролись і дихали сотні дивізій,&lt;br /&gt;</w:t>
        <w:br/>
        <w:t>В броні, у металі, під хугу та дощ.</w:t>
      </w:r>
    </w:p>
    <w:p>
      <w:r>
        <w:br/>
        <w:t>— Еге, тут і карти, поглянь, — не стачає,&lt;br /&gt;</w:t>
        <w:br/>
        <w:t>Ти бачиш, Марку, цей листок не для нас,&lt;br /&gt;</w:t>
        <w:br/>
        <w:t>Валуйки і Білгород бій зустрічає,&lt;br /&gt;</w:t>
        <w:br/>
        <w:t>Прорив на Барвінкове і на Донбас,</w:t>
      </w:r>
    </w:p>
    <w:p>
      <w:r>
        <w:br/>
        <w:t>Тут праве крило завернуло на Злочів,&lt;br /&gt;</w:t>
        <w:br/>
        <w:t>На Лопань Козачу, Опішню й Сулу.&lt;br /&gt;</w:t>
        <w:br/>
        <w:t>— Дивися, щоб зайвого не напророчив!&lt;br /&gt;</w:t>
        <w:br/>
        <w:t>Радіє Марко. Скатертину малу</w:t>
      </w:r>
    </w:p>
    <w:p>
      <w:r>
        <w:br/>
        <w:t>Новенької карти (з минулого року,&lt;br /&gt;</w:t>
        <w:br/>
        <w:t>Коли відступали, забулась вона)&lt;br /&gt;</w:t>
        <w:br/>
        <w:t>Тепер положили на столику збоку,&lt;br /&gt;</w:t>
        <w:br/>
        <w:t>Розгладили ніжно хрустку і широку:&lt;br /&gt;</w:t>
        <w:br/>
        <w:t>— Не рвися ж, нова!&lt;br /&gt;</w:t>
        <w:br/>
        <w:t>— Не нова.&lt;br /&gt;</w:t>
        <w:br/>
        <w:t>— Так одна!</w:t>
      </w:r>
    </w:p>
    <w:p>
      <w:r>
        <w:br/>
        <w:t>І з карти тієї, як перша за свідка,&lt;br /&gt;</w:t>
        <w:br/>
        <w:t>Від мук, від повішених, що там було, —&lt;br /&gt;</w:t>
        <w:br/>
        <w:t>З дніпровської кручі дивилась Лебідка —&lt;br /&gt;</w:t>
        <w:br/>
        <w:t>Маркове і Гришине рідне село.</w:t>
      </w:r>
    </w:p>
    <w:p>
      <w:r>
        <w:br/>
        <w:t>— Ось клени, Марку!&lt;br /&gt;</w:t>
        <w:br/>
        <w:t>— Ось дорога до ставу.&lt;br /&gt;</w:t>
        <w:br/>
        <w:t>— А це до артілі. А це, ну, а це?&lt;br /&gt;</w:t>
        <w:br/>
        <w:t>І він пригадав: та не юнь і не славу,&lt;br /&gt;</w:t>
        <w:br/>
        <w:t>І навіть не бій, де взяли переправу,&lt;br /&gt;</w:t>
        <w:br/>
        <w:t>А інше, в сльозах чорнобриве лице.</w:t>
      </w:r>
    </w:p>
    <w:p>
      <w:r>
        <w:br/>
        <w:t>Коли вона радилась, як виряджала,&lt;br /&gt;</w:t>
        <w:br/>
        <w:t>І слово в устах, щоб не плакать, здержала;&lt;br /&gt;</w:t>
        <w:br/>
        <w:t>— Гаразд, я не буду.&lt;br /&gt;</w:t>
        <w:br/>
        <w:t>А рушив водій, —&lt;br /&gt;</w:t>
        <w:br/>
        <w:t>Ще бігла слідом у пилюці рудій,&lt;br /&gt;</w:t>
        <w:br/>
        <w:t>Тримаючи вузлика...&lt;br /&gt;</w:t>
        <w:br/>
        <w:t>Батько чи вдома?&lt;br /&gt;</w:t>
        <w:br/>
        <w:t>Веселий, нехитрий, робучий, як віл.&lt;br /&gt;</w:t>
        <w:br/>
        <w:t>— Ти звідки це взявсь? — пожартує сірома, —&lt;br /&gt;</w:t>
        <w:br/>
        <w:t>Та ще і в погонах? — і чарку на стіл.</w:t>
      </w:r>
    </w:p>
    <w:p>
      <w:r>
        <w:br/>
        <w:t>Дрібничку од німця заховану вміло:&lt;br /&gt;</w:t>
        <w:br/>
        <w:t>Шмат сала, зчерствілу хлібину внесе.&lt;br /&gt;</w:t>
        <w:br/>
        <w:t>— За наше добро то і випити діло.&lt;br /&gt;</w:t>
        <w:br/>
        <w:t>— На щастя!&lt;br /&gt;</w:t>
        <w:br/>
        <w:t>— На щастя!&lt;br /&gt;</w:t>
        <w:br/>
        <w:t>І вип'ють усе.</w:t>
      </w:r>
    </w:p>
    <w:p>
      <w:r>
        <w:br/>
        <w:t>Вбіжать дітлахи, завітає сусідка,&lt;br /&gt;</w:t>
        <w:br/>
        <w:t>Заглянуть діди погуторити з ним.&lt;br /&gt;</w:t>
        <w:br/>
        <w:t>А може, й не так воно?&lt;br /&gt;</w:t>
        <w:br/>
        <w:t>З карти Лебідка&lt;br /&gt;</w:t>
        <w:br/>
        <w:t>Повіяла згаром і вітром сухим,</w:t>
      </w:r>
    </w:p>
    <w:p>
      <w:r>
        <w:br/>
        <w:t>Дитячим плачем, гіркотою розлуки,&lt;br /&gt;</w:t>
        <w:br/>
        <w:t>Усім тим, що серця бійця не мине,&lt;br /&gt;</w:t>
        <w:br/>
        <w:t>І наче жива, підіймаючи руки,&lt;br /&gt;</w:t>
        <w:br/>
        <w:t>Сини мої, каже, врятуйте мене!</w:t>
      </w:r>
    </w:p>
    <w:p>
      <w:r>
        <w:br/>
        <w:t>XVIII</w:t>
      </w:r>
    </w:p>
    <w:p>
      <w:r>
        <w:br/>
        <w:t>В селі фашистам не жилося,&lt;br /&gt;</w:t>
        <w:br/>
        <w:t>Не спалось тихо, не пилось.&lt;br /&gt;</w:t>
        <w:br/>
        <w:t>В полях несіяних колосся&lt;br /&gt;</w:t>
        <w:br/>
        <w:t>Остюччям сірим підвелось.</w:t>
      </w:r>
    </w:p>
    <w:p>
      <w:r>
        <w:br/>
        <w:t>В Лебідці темно в кожній хаті,&lt;br /&gt;</w:t>
        <w:br/>
        <w:t>Діди мовчали, як німі,&lt;br /&gt;</w:t>
        <w:br/>
        <w:t>Дівчата вбрання небагаті&lt;br /&gt;</w:t>
        <w:br/>
        <w:t>Не одягали в тій зимі.</w:t>
      </w:r>
    </w:p>
    <w:p>
      <w:r>
        <w:br/>
        <w:t>Вітрами віяло зі сходу,&lt;br /&gt;</w:t>
        <w:br/>
        <w:t>Залізним клекотом здаля.&lt;br /&gt;</w:t>
        <w:br/>
        <w:t>Хто брав з Дніпра світанком воду,&lt;br /&gt;</w:t>
        <w:br/>
        <w:t>Той чув: тріщить, гуде земля,&lt;br /&gt;</w:t>
        <w:br/>
        <w:t>Як в горобину ніч. За три дні&lt;br /&gt;</w:t>
        <w:br/>
        <w:t>Знялись фашисти-німчаї,&lt;br /&gt;</w:t>
        <w:br/>
        <w:t>Зібрали добра не свої&lt;br /&gt;</w:t>
        <w:br/>
        <w:t>Та й рушили. І тихі злидні&lt;br /&gt;</w:t>
        <w:br/>
        <w:t>" Поплентались за ними з хат,&lt;br /&gt;</w:t>
        <w:br/>
        <w:t>З воріт, не з кам'яних палат.</w:t>
      </w:r>
    </w:p>
    <w:p>
      <w:r>
        <w:br/>
        <w:t>Микита Дудар біля хати&lt;br /&gt;</w:t>
        <w:br/>
        <w:t>Корову порав, ту, що сам&lt;br /&gt;</w:t>
        <w:br/>
        <w:t>В артілі викохав з теляти,&lt;br /&gt;</w:t>
        <w:br/>
        <w:t>З телички, з горем пополам.</w:t>
      </w:r>
    </w:p>
    <w:p>
      <w:r>
        <w:br/>
        <w:t>Було носив гаряче пійло,&lt;br /&gt;</w:t>
        <w:br/>
        <w:t>Стелив солому в тепле стійло,&lt;br /&gt;</w:t>
        <w:br/>
        <w:t>Назвав Красулею її,&lt;br /&gt;</w:t>
        <w:br/>
        <w:t>Славетну в нашому краї.</w:t>
      </w:r>
    </w:p>
    <w:p>
      <w:r>
        <w:br/>
        <w:t>Він приховав її в коморі,&lt;br /&gt;</w:t>
        <w:br/>
        <w:t>Коли прийшли чужі й суворі&lt;br /&gt;</w:t>
        <w:br/>
        <w:t>Фашисти-німці іздалека.&lt;br /&gt;</w:t>
        <w:br/>
        <w:t>Сьогодні ж пішки і навскач,&lt;br /&gt;</w:t>
        <w:br/>
        <w:t>Не взявши хлiба, яйка, млека,&lt;br /&gt;</w:t>
        <w:br/>
        <w:t>Біжать кудись ти бач, ти бач...</w:t>
      </w:r>
    </w:p>
    <w:p>
      <w:r>
        <w:br/>
        <w:t>Вони зайшли до нього в двір,&lt;br /&gt;</w:t>
        <w:br/>
        <w:t>Що не солдат, то лютий звір.&lt;br /&gt;</w:t>
        <w:br/>
        <w:t>— Давай корову&lt;br /&gt;</w:t>
        <w:br/>
        <w:t>— Що? Корову?&lt;br /&gt;</w:t>
        <w:br/>
        <w:t>Беріг, кормив, голодний сам.&lt;br /&gt;</w:t>
        <w:br/>
        <w:t>— Це не моя, пани. — І знову&lt;br /&gt;</w:t>
        <w:br/>
        <w:t>Годує тихо: —я не дам.&lt;br /&gt;</w:t>
        <w:br/>
        <w:t>— Давай корову.&lt;br /&gt;</w:t>
        <w:br/>
        <w:t>— Що ви, круки?&lt;br /&gt;</w:t>
        <w:br/>
        <w:t>— Поживи треба? Став до них.&lt;br /&gt;</w:t>
        <w:br/>
        <w:t>Бліді роти. Помадні руки&lt;br /&gt;</w:t>
        <w:br/>
        <w:t>На парабелумах німих.</w:t>
      </w:r>
    </w:p>
    <w:p>
      <w:r>
        <w:br/>
        <w:t>-Лоби похмурі, задубілі,&lt;br /&gt;</w:t>
        <w:br/>
        <w:t>Данина скровленим годам.&lt;br /&gt;</w:t>
        <w:br/>
        <w:t>— Бери, дависьі&lt;br /&gt;</w:t>
        <w:br/>
        <w:t>— Чия?&lt;br /&gt;</w:t>
        <w:br/>
        <w:t>— 3 артілі.&lt;br /&gt;</w:t>
        <w:br/>
        <w:t>А будь ви прокляті! Не дам!..</w:t>
      </w:r>
    </w:p>
    <w:p>
      <w:r>
        <w:br/>
        <w:t>Вішали Дударя серед майдану,&lt;br /&gt;</w:t>
        <w:br/>
        <w:t>Там, де гуляли собі дітлахи&lt;br /&gt;</w:t>
        <w:br/>
        <w:t>В "бабки", у "ключика", де спозарану&lt;br /&gt;</w:t>
        <w:br/>
        <w:t>Зорі цвіли, де вітри з-за лиману&lt;br /&gt;</w:t>
        <w:br/>
        <w:t>Гривами крили широкі шляхи.</w:t>
      </w:r>
    </w:p>
    <w:p>
      <w:r>
        <w:br/>
        <w:t>Староста зрізав березу у школі,&lt;br /&gt;</w:t>
        <w:br/>
        <w:t>Віжки приніс, бо мотузки — ніде.&lt;br /&gt;</w:t>
        <w:br/>
        <w:t>— Може, поглибте вкопати?&lt;br /&gt;</w:t>
        <w:br/>
        <w:t>— Доволі.&lt;br /&gt;</w:t>
        <w:br/>
        <w:t>— Стовп не розчахне, а він не впаде.</w:t>
      </w:r>
    </w:p>
    <w:p>
      <w:r>
        <w:br/>
        <w:t>Вивели Дударя з школи, з підвалу,&lt;br /&gt;</w:t>
        <w:br/>
        <w:t>Руки зв'язали, неначе він міг&lt;br /&gt;</w:t>
        <w:br/>
        <w:t>Шкоду руками вчинити чималу,&lt;br /&gt;</w:t>
        <w:br/>
        <w:t>Кинуть гранату чи вирвать поріг&lt;br /&gt;</w:t>
        <w:br/>
        <w:t>З-під коменданта. Білобородий,&lt;br /&gt;</w:t>
        <w:br/>
        <w:t>В шапці старій, у рудім кожушку,&lt;br /&gt;</w:t>
        <w:br/>
        <w:t>Ношенім здавна у дні непогоди,&lt;br /&gt;</w:t>
        <w:br/>
        <w:t>Став він на стежку свою заважку.</w:t>
      </w:r>
    </w:p>
    <w:p>
      <w:r>
        <w:br/>
        <w:t>Вітер висвистував над головою&lt;br /&gt;</w:t>
        <w:br/>
        <w:t>В гіллях дубів, на велику біду.&lt;br /&gt;</w:t>
        <w:br/>
        <w:t>Сивою лапою сніговою&lt;br /&gt;</w:t>
        <w:br/>
        <w:t>Вечір ступав по м'якому сліду.</w:t>
      </w:r>
    </w:p>
    <w:p>
      <w:r>
        <w:br/>
        <w:t>— От і життя мого крайня година,&lt;br /&gt;</w:t>
        <w:br/>
        <w:t>Знать би Маркові загибіль оцю. —&lt;br /&gt;</w:t>
        <w:br/>
        <w:t>Серце пекло, і пекуча краплина&lt;br /&gt;</w:t>
        <w:br/>
        <w:t>В грудях повзла, як сльоза по лицю.</w:t>
      </w:r>
    </w:p>
    <w:p>
      <w:r>
        <w:br/>
        <w:t>— Що це я? Важко. Заплачу ще, годі.&lt;br /&gt;</w:t>
        <w:br/>
        <w:t>Люди подумають всяке... —&lt;br /&gt;</w:t>
        <w:br/>
        <w:t>Й тоді,&lt;br /&gt;</w:t>
        <w:br/>
        <w:t>Саме тоді хтось заплакав в народі,&lt;br /&gt;</w:t>
        <w:br/>
        <w:t>Жінка чи хлопчик. Два німці в незгоді&lt;br /&gt;</w:t>
        <w:br/>
        <w:t>Шарпали віжки, самі вже бліді.</w:t>
      </w:r>
    </w:p>
    <w:p>
      <w:r>
        <w:br/>
        <w:t>Щось із петлею не ладилось. Люди&lt;br /&gt;</w:t>
        <w:br/>
        <w:t>Тихо шептались в дитячім плачі.&lt;br /&gt;</w:t>
        <w:br/>
        <w:t>— От я і вмру, без докору й огуди,&lt;br /&gt;</w:t>
        <w:br/>
        <w:t>Так, як, не спавши, рішив уночі.</w:t>
      </w:r>
    </w:p>
    <w:p>
      <w:r>
        <w:br/>
        <w:t>Скоро Марко завітає додому,&lt;br /&gt;</w:t>
        <w:br/>
        <w:t>Хтось оповість, як я ждав недарма,&lt;br /&gt;</w:t>
        <w:br/>
        <w:t>Хліб помолотять, звезуть, а потому&lt;br /&gt;</w:t>
        <w:br/>
        <w:t>Син пригадає, що батька нема.</w:t>
      </w:r>
    </w:p>
    <w:p>
      <w:r>
        <w:br/>
        <w:t>Хлопчик отой, що так ревно ридає,&lt;br /&gt;</w:t>
        <w:br/>
        <w:t>Виросте, буде, гляди, голова!&lt;br /&gt;</w:t>
        <w:br/>
        <w:t>Десь і колись у сім'ї пригадає,&lt;br /&gt;</w:t>
        <w:br/>
        <w:t>Як мені звисла рука нежива.</w:t>
      </w:r>
    </w:p>
    <w:p>
      <w:r>
        <w:br/>
        <w:t>Стовбур березовий, зрубаний люто,&lt;br /&gt;</w:t>
        <w:br/>
        <w:t>Свіже пагіння погонить у вись.&lt;br /&gt;</w:t>
        <w:br/>
        <w:t>Дню мій посивілий, щастя забуте,&lt;br /&gt;</w:t>
        <w:br/>
        <w:t>Встань, оживи, розцвітися колись! —</w:t>
      </w:r>
    </w:p>
    <w:p>
      <w:r>
        <w:br/>
        <w:t>Легко зітхнув, подивився вільніше.&lt;br /&gt;</w:t>
        <w:br/>
        <w:t>Староста віжки вчепив рем'яні.&lt;br /&gt;</w:t>
        <w:br/>
        <w:t>Дудар сказав:&lt;br /&gt;</w:t>
        <w:br/>
        <w:t>— Коли вішать, то вішай,&lt;br /&gt;</w:t>
        <w:br/>
        <w:t>Що ж ти все крутишся? Тоже мені! —&lt;br /&gt;</w:t>
        <w:br/>
        <w:t>Староста крикнув:&lt;br /&gt;</w:t>
        <w:br/>
        <w:t>— Не терпиться, може?&lt;br /&gt;</w:t>
        <w:br/>
        <w:t>Іч, затремтів, не поможе, мовчи.&lt;br /&gt;</w:t>
        <w:br/>
        <w:t>Дудар сказав:&lt;br /&gt;</w:t>
        <w:br/>
        <w:t>— Хто боїться, небоже?&lt;br /&gt;</w:t>
        <w:br/>
        <w:t>Що ти кричиш? На фашиста кричи.</w:t>
      </w:r>
    </w:p>
    <w:p>
      <w:r>
        <w:br/>
        <w:t>Хтось засміявся, а німці — дивитись.&lt;br /&gt;</w:t>
        <w:br/>
        <w:t>Так його вішали, чорні вони.&lt;br /&gt;</w:t>
        <w:br/>
        <w:t>Шапку зняли, не дали поклонитись&lt;br /&gt;</w:t>
        <w:br/>
        <w:t>Людям у ноги на три сторони.</w:t>
      </w:r>
    </w:p>
    <w:p>
      <w:r>
        <w:br/>
        <w:t>Брязнули сухо чужі автомати.&lt;br /&gt;</w:t>
        <w:br/>
        <w:t>Вже як ступив на високий поріг,&lt;br /&gt;</w:t>
        <w:br/>
        <w:t>Крикнув на люди:&lt;br /&gt;</w:t>
        <w:br/>
        <w:t>— Нехай живе мати&lt;br /&gt;</w:t>
        <w:br/>
        <w:t>Наша!..— і слів доказати не зміг.</w:t>
      </w:r>
    </w:p>
    <w:p>
      <w:r>
        <w:br/>
        <w:t>Може він думав про людську руїну,&lt;br /&gt;</w:t>
        <w:br/>
        <w:t>Може про матір із дітьми? Не вім.&lt;br /&gt;</w:t>
        <w:br/>
        <w:t>Може хотів вшанувать Україну&lt;br /&gt;</w:t>
        <w:br/>
        <w:t>Здушеним, теплим диханням своїм.</w:t>
      </w:r>
    </w:p>
    <w:p>
      <w:r>
        <w:br/>
        <w:t>Часто любив говорити із нею,&lt;br /&gt;</w:t>
        <w:br/>
        <w:t>З тою Вітчизною в ночі грізні.&lt;br /&gt;</w:t>
        <w:br/>
        <w:t>Так він між небом повис і землею,&lt;br /&gt;</w:t>
        <w:br/>
        <w:t>Взутий, без шапки, в снігу, в сивизні.</w:t>
      </w:r>
    </w:p>
    <w:p>
      <w:r>
        <w:br/>
        <w:t>Вітер гойдав його дужо і сміло,&lt;br /&gt;</w:t>
        <w:br/>
        <w:t>Ніччю й світанками без перемін.&lt;br /&gt;</w:t>
        <w:br/>
        <w:t>Місяць чіпався за голову білу,&lt;br /&gt;</w:t>
        <w:br/>
        <w:t>А люди падали до колін.</w:t>
      </w:r>
    </w:p>
    <w:p>
      <w:r>
        <w:br/>
        <w:t>XIX</w:t>
      </w:r>
    </w:p>
    <w:p>
      <w:r>
        <w:br/>
        <w:t>Не спиться старості з півночі.&lt;br /&gt;</w:t>
        <w:br/>
        <w:t>Гуде хурделиця в дворі,&lt;br /&gt;</w:t>
        <w:br/>
        <w:t>І ясени-поводарі&lt;br /&gt;</w:t>
        <w:br/>
        <w:t>Шумлять, до бурі неохочі.</w:t>
      </w:r>
    </w:p>
    <w:p>
      <w:r>
        <w:br/>
        <w:t>— Податки? Сплатимо податки,&lt;br /&gt;</w:t>
        <w:br/>
        <w:t>Щоб Гітлер жер до призволя.&lt;br /&gt;</w:t>
        <w:br/>
        <w:t>Не обдеруть же все до латки,&lt;br /&gt;</w:t>
        <w:br/>
        <w:t>Наділ дадуть, своя земля,</w:t>
      </w:r>
    </w:p>
    <w:p>
      <w:r>
        <w:br/>
        <w:t>Це не артільне-божевільне,&lt;br /&gt;</w:t>
        <w:br/>
        <w:t>Чи то пак, чортове, — своє...&lt;br /&gt;</w:t>
        <w:br/>
        <w:t>В ворота хтось з дороги б'є,&lt;br /&gt;</w:t>
        <w:br/>
        <w:t>У двір, під вікна йде повільно.</w:t>
      </w:r>
    </w:p>
    <w:p>
      <w:r>
        <w:br/>
        <w:t>— Хазяїн дома?&lt;br /&gt;</w:t>
        <w:br/>
        <w:t>— Хто там?&lt;br /&gt;</w:t>
        <w:br/>
        <w:t>— Можна?&lt;br /&gt;</w:t>
        <w:br/>
        <w:t>З дороги збились, відчиняй,&lt;br /&gt;</w:t>
        <w:br/>
        <w:t>Нам пана-старосту. —&lt;br /&gt;</w:t>
        <w:br/>
        <w:t>Обложна&lt;br /&gt;</w:t>
        <w:br/>
        <w:t>Снігами, хвищею тривожна,&lt;br /&gt;</w:t>
        <w:br/>
        <w:t>Вітри зметнувши в небокрай,&lt;br /&gt;</w:t>
        <w:br/>
        <w:t>Гуляє ніч.&lt;br /&gt;</w:t>
        <w:br/>
        <w:t>— Ви звідки? Хто ви?&lt;br /&gt;</w:t>
        <w:br/>
        <w:t>— Ми криворівенські.&lt;br /&gt;</w:t>
        <w:br/>
        <w:t>— Чого ж?&lt;br /&gt;</w:t>
        <w:br/>
        <w:t>— Записку дайте хоч в півслові,&lt;br /&gt;</w:t>
        <w:br/>
        <w:t>З дороги збились в бездорож,&lt;br /&gt;</w:t>
        <w:br/>
        <w:t>Поночувать би.&lt;br /&gt;</w:t>
        <w:br/>
        <w:t>— Йдіть у хату,&lt;br /&gt;</w:t>
        <w:br/>
        <w:t>Нечиста носить вас, хоч вий.&lt;br /&gt;</w:t>
        <w:br/>
        <w:t>Ввійшли: в кожусі, бородатий,&lt;br /&gt;</w:t>
        <w:br/>
        <w:t>Другий в кереї, — молодий.</w:t>
      </w:r>
    </w:p>
    <w:p>
      <w:r>
        <w:br/>
        <w:t>Хазяйка спить, в м'яку перину&lt;br /&gt;</w:t>
        <w:br/>
        <w:t>Пірнувши, килим, стіл, хатину&lt;br /&gt;</w:t>
        <w:br/>
        <w:t>Приїжджі бачать; все чуже.&lt;br /&gt;</w:t>
        <w:br/>
        <w:t>Годинник цокає годину,&lt;br /&gt;</w:t>
        <w:br/>
        <w:t>Затишно, тихо, байдуже.</w:t>
      </w:r>
    </w:p>
    <w:p>
      <w:r>
        <w:br/>
        <w:t>На стінці фото: йдуть колоною&lt;br /&gt;</w:t>
        <w:br/>
        <w:t>Мадьяри й німці в два сліда,&lt;br /&gt;</w:t>
        <w:br/>
        <w:t>А рамку з квіткою червоною&lt;br /&gt;</w:t>
        <w:br/>
        <w:t>Сам фюрер Гітлер посіда.</w:t>
      </w:r>
    </w:p>
    <w:p>
      <w:r>
        <w:br/>
        <w:t>А де ж, секретарю сільради,&lt;br /&gt;</w:t>
        <w:br/>
        <w:t>Твоя клятьба і жар промов,&lt;br /&gt;</w:t>
        <w:br/>
        <w:t>Що ти, опечений немов,&lt;br /&gt;</w:t>
        <w:br/>
        <w:t>Кричав: життя віддам заради...&lt;br /&gt;</w:t>
        <w:br/>
        <w:t>Кого? Пригадуєш, — що кров&lt;br /&gt;</w:t>
        <w:br/>
        <w:t>Свою проллєш, що серце виймеш,&lt;br /&gt;</w:t>
        <w:br/>
        <w:t>Що хоч безкрилий — крила здіймеш.&lt;br /&gt;</w:t>
        <w:br/>
        <w:t>Здійняв. Куди ж ти полетів?&lt;br /&gt;</w:t>
        <w:br/>
        <w:t>Як на словах того хотів.&lt;br /&gt;</w:t>
        <w:br/>
        <w:t>Еге, брат...&lt;br /&gt;</w:t>
        <w:br/>
        <w:t>— Он як ви живете!&lt;br /&gt;</w:t>
        <w:br/>
        <w:t>— А що, погано? Гірш було.&lt;br /&gt;</w:t>
        <w:br/>
        <w:t>Спасибі, в німця помело&lt;br /&gt;</w:t>
        <w:br/>
        <w:t>Як повело та підмело,&lt;br /&gt;</w:t>
        <w:br/>
        <w:t>Хоч ще не всіх.&lt;br /&gt;</w:t>
        <w:br/>
        <w:t>— Ну, звісно, де там,&lt;br /&gt;</w:t>
        <w:br/>
        <w:t>Усіх не виметеш.&lt;br /&gt;</w:t>
        <w:br/>
        <w:t>— Як? Як?&lt;br /&gt;</w:t>
        <w:br/>
        <w:t>Дивись ти! А яким прикметам&lt;br /&gt;</w:t>
        <w:br/>
        <w:t>Ймеш віри? Просто переляк...&lt;br /&gt;</w:t>
        <w:br/>
        <w:t>Бери записку, йдіть.&lt;br /&gt;</w:t>
        <w:br/>
        <w:t>Записка&lt;br /&gt;</w:t>
        <w:br/>
        <w:t>Безсило падає із рук,&lt;br /&gt;</w:t>
        <w:br/>
        <w:t>Бо молодий очима блиска,&lt;br /&gt;</w:t>
        <w:br/>
        <w:t>Схиливсь на стіл, шепоче зблизька:&lt;br /&gt;</w:t>
        <w:br/>
        <w:t>— Впізнав, чи ні? Я — Кармалюк.&lt;br /&gt;</w:t>
        <w:br/>
        <w:t>— Ти Кармалюк?&lt;br /&gt;</w:t>
        <w:br/>
        <w:t>— Я Кармалюк.&lt;br /&gt;</w:t>
        <w:br/>
        <w:t>Впізнав?&lt;br /&gt;</w:t>
        <w:br/>
        <w:t>— Аякже. — Ледь губами&lt;br /&gt;</w:t>
        <w:br/>
        <w:t>Хазяїн шепче: — Олексій?&lt;br /&gt;</w:t>
        <w:br/>
        <w:t>Хіба ж я знав, що ми рабами&lt;br /&gt;</w:t>
        <w:br/>
        <w:t>фашистів будем?&lt;br /&gt;</w:t>
        <w:br/>
        <w:t>— Що посій,&lt;br /&gt;</w:t>
        <w:br/>
        <w:t>То те й пожнеш, як кажуть.&lt;br /&gt;</w:t>
        <w:br/>
        <w:t>— Ой, посіяли поле ми&lt;br /&gt;</w:t>
        <w:br/>
        <w:t>Переораним низом.&lt;br /&gt;</w:t>
        <w:br/>
        <w:t>Руки, ноги скололи ми&lt;br /&gt;</w:t>
        <w:br/>
        <w:t>Не колоссям — залізом,&lt;br /&gt;</w:t>
        <w:br/>
        <w:t>Що вродило — не косимо,&lt;br /&gt;</w:t>
        <w:br/>
        <w:t>Ні снопа обмолоту,&lt;br /&gt;</w:t>
        <w:br/>
        <w:t>Не хліба свої косимо,&lt;br /&gt;</w:t>
        <w:br/>
        <w:t>А німецьку сволоту.</w:t>
      </w:r>
    </w:p>
    <w:p>
      <w:r>
        <w:br/>
        <w:t>— Не скигли переді мною, я тобі не Гiтлер,&lt;br /&gt;</w:t>
        <w:br/>
        <w:t>Сказав Олексій. — За що ти вбив дядька Микиту?&lt;br /&gt;</w:t>
        <w:br/>
        <w:t>— Я не вбив, я повісив, — заспішив староста.</w:t>
      </w:r>
    </w:p>
    <w:p>
      <w:r>
        <w:br/>
        <w:t>— Від чого в тебе руки мліють,&lt;br /&gt;</w:t>
        <w:br/>
        <w:t>З роботи, може, з пахоти?&lt;br /&gt;</w:t>
        <w:br/>
        <w:t>Такі, як ти, й любить не вміють,&lt;br /&gt;</w:t>
        <w:br/>
        <w:t>Вмирать не вміють, як і ти.&lt;br /&gt;</w:t>
        <w:br/>
        <w:t>Та ви, що вмієте? Огуду,&lt;br /&gt;</w:t>
        <w:br/>
        <w:t>Злобу носити, як обріз,&lt;br /&gt;</w:t>
        <w:br/>
        <w:t>Брести струмками людських сліз.&lt;br /&gt;</w:t>
        <w:br/>
        <w:t>За скільки срібників, Іудо,&lt;br /&gt;</w:t>
        <w:br/>
        <w:t>Сестру на каторгу завіз,&lt;br /&gt;</w:t>
        <w:br/>
        <w:t>Мою сестру? Ну? Що?&lt;br /&gt;</w:t>
        <w:br/>
        <w:t>— Не знаю.&lt;br /&gt;</w:t>
        <w:br/>
        <w:t>— А я, брат, знаю, я злічив,&lt;br /&gt;</w:t>
        <w:br/>
        <w:t>Я десять ночей не почив,&lt;br /&gt;</w:t>
        <w:br/>
        <w:t>Не їв, не спав, по всьому краю&lt;br /&gt;</w:t>
        <w:br/>
        <w:t>Шукав її, та:&lt;br /&gt;</w:t>
        <w:br/>
        <w:t>Вже хоч кликни — не одкликнеться,&lt;br /&gt;</w:t>
        <w:br/>
        <w:t>Вже хоч свисни — не одсвиснеться,&lt;br /&gt;</w:t>
        <w:br/>
        <w:t>Вже хоч квіткою картатою,&lt;br /&gt;</w:t>
        <w:br/>
        <w:t>Хоч струмком стелись до дна, —&lt;br /&gt;</w:t>
        <w:br/>
        <w:t>Не пройде вона за хатою,&lt;br /&gt;</w:t>
        <w:br/>
        <w:t>Не подивиться одна.&lt;br /&gt;</w:t>
        <w:br/>
        <w:t>Ніде не оживають мертві,&lt;br /&gt;</w:t>
        <w:br/>
        <w:t>Живі ж бувають, як мерці.&lt;br /&gt;</w:t>
        <w:br/>
        <w:t>А ти убивця, в власній жертві,&lt;br /&gt;</w:t>
        <w:br/>
        <w:t>Чого змінився на лиці?</w:t>
      </w:r>
    </w:p>
    <w:p>
      <w:r>
        <w:br/>
        <w:t>— Змінився, бо смерть свою чує, — озвався від печі&lt;br /&gt;</w:t>
        <w:br/>
        <w:t>Мажуга і пригасив сигарету, аж зашкварчало. Тоді й&lt;br /&gt;</w:t>
        <w:br/>
        <w:t>староста скипів:</w:t>
      </w:r>
    </w:p>
    <w:p>
      <w:r>
        <w:br/>
        <w:t>— Ти не лякай, бо я не ляканий,&lt;br /&gt;</w:t>
        <w:br/>
        <w:t>Дурниць при хаті не кажи.&lt;br /&gt;</w:t>
        <w:br/>
        <w:t>Гуляєш ніччю за байраками,&lt;br /&gt;</w:t>
        <w:br/>
        <w:t>А ти прийди і послужи,&lt;br /&gt;</w:t>
        <w:br/>
        <w:t>Щоб коменданту й людям добре,&lt;br /&gt;</w:t>
        <w:br/>
        <w:t>Щоб не палили хат і сіл,&lt;br /&gt;</w:t>
        <w:br/>
        <w:t>А то: ми чесне, ми хоробре,&lt;br /&gt;</w:t>
        <w:br/>
        <w:t>Ми славне військо! І навкіл&lt;br /&gt;</w:t>
        <w:br/>
        <w:t>В лісах ховаєтесь? Я б теж&lt;br /&gt;</w:t>
        <w:br/>
        <w:t>Від цих податків .і пожеж&lt;br /&gt;</w:t>
        <w:br/>
        <w:t>Утік до вас. А як же люди?&lt;br /&gt;</w:t>
        <w:br/>
        <w:t>Фашисти сунуть звідусюди,&lt;br /&gt;</w:t>
        <w:br/>
        <w:t>Мов сарана, і де знайдеш,&lt;br /&gt;</w:t>
        <w:br/>
        <w:t>А де загубиш, чорт ті знає...&lt;br /&gt;</w:t>
        <w:br/>
        <w:t>— Воно попихачів немає,&lt;br /&gt;</w:t>
        <w:br/>
        <w:t>Так ти знайшовсь, берлінська курво, — Гітлеру поклони&lt;br /&gt;</w:t>
        <w:br/>
        <w:t>б'єш?</w:t>
      </w:r>
    </w:p>
    <w:p>
      <w:r>
        <w:br/>
        <w:t>— А ти кому?&lt;br /&gt;</w:t>
        <w:br/>
        <w:t>— Я нікому. Народу поклонюся, як умиратиму, зрозумів?</w:t>
      </w:r>
    </w:p>
    <w:p>
      <w:r>
        <w:br/>
        <w:t>Бо він мене зродив і виростив,&lt;br /&gt;</w:t>
        <w:br/>
        <w:t>Ходити муками прирік.&lt;br /&gt;</w:t>
        <w:br/>
        <w:t>І я кажу тобі по щирості:&lt;br /&gt;</w:t>
        <w:br/>
        <w:t>Я рад за свій короткий вік,&lt;br /&gt;</w:t>
        <w:br/>
        <w:t>Що він тривогами й потоками&lt;br /&gt;</w:t>
        <w:br/>
        <w:t>Огненних злив живе в мені,&lt;br /&gt;</w:t>
        <w:br/>
        <w:t>Що я промчусь над днями й роками,&lt;br /&gt;</w:t>
        <w:br/>
        <w:t>Як месник на страшнім коні.&lt;br /&gt;</w:t>
        <w:br/>
        <w:t>Народе, чуєш? Глянь, за в'югою,&lt;br /&gt;</w:t>
        <w:br/>
        <w:t>Крізь сто земель зберись сюди,&lt;br /&gt;</w:t>
        <w:br/>
        <w:t>Мене із зрадником, з катюгою&lt;br /&gt;</w:t>
        <w:br/>
        <w:t>Роз'єдини і розсуди!</w:t>
      </w:r>
    </w:p>
    <w:p>
      <w:r>
        <w:br/>
        <w:t>— Я тут ні при чому. Чого ти пристав, хіба я що, —&lt;br /&gt;</w:t>
        <w:br/>
        <w:t>забурмотів староста і простягнув руку до гранати.</w:t>
      </w:r>
    </w:p>
    <w:p>
      <w:r>
        <w:br/>
        <w:t>— Я розсудив вас, — підвівся Мажуга: —&lt;br /&gt;</w:t>
        <w:br/>
        <w:t>Ім'ям народу погибне наруга!&lt;br /&gt;</w:t>
        <w:br/>
        <w:t>Звіється попелом зраднику хата,&lt;br /&gt;</w:t>
        <w:br/>
        <w:t>Я з ним не їв, не гуляв, не гостив.&lt;br /&gt;</w:t>
        <w:br/>
        <w:t>Зняв автомата і з автомата&lt;br /&gt;</w:t>
        <w:br/>
        <w:t>Вчетверо старосту перехрестив.</w:t>
      </w:r>
    </w:p>
    <w:p>
      <w:r>
        <w:br/>
        <w:t>ХХ</w:t>
      </w:r>
    </w:p>
    <w:p>
      <w:r>
        <w:br/>
        <w:t>Прорвались танки на світанку&lt;br /&gt;</w:t>
        <w:br/>
        <w:t>В Лебідку з заходу. Танкіст&lt;br /&gt;</w:t>
        <w:br/>
        <w:t>Просив водиці біля ганку,&lt;br /&gt;</w:t>
        <w:br/>
        <w:t>Торкнув гармошку гармоніст.</w:t>
      </w:r>
    </w:p>
    <w:p>
      <w:r>
        <w:br/>
        <w:t>Танкісту винесли водиці:&lt;br /&gt;</w:t>
        <w:br/>
        <w:t>— Простіть, немає молока.&lt;br /&gt;</w:t>
        <w:br/>
        <w:t>І кланялися молодиці:&lt;br /&gt;</w:t>
        <w:br/>
        <w:t>— Заходьте в хату, здалека&lt;br /&gt;</w:t>
        <w:br/>
        <w:t>Оце ж ви, хлопці? — Скатертину&lt;br /&gt;</w:t>
        <w:br/>
        <w:t>(Розшита квітка голуба)&lt;br /&gt;</w:t>
        <w:br/>
        <w:t>На стіл. А дід із-поза тину&lt;br /&gt;</w:t>
        <w:br/>
        <w:t>Гукнув здивовано:&lt;br /&gt;</w:t>
        <w:br/>
        <w:t>— Ти, ба,&lt;br /&gt;</w:t>
        <w:br/>
        <w:t>Це ж наші! Бий тебе нечиста,&lt;br /&gt;</w:t>
        <w:br/>
        <w:t>Я наче знав! Хоч як не є,&lt;br /&gt;</w:t>
        <w:br/>
        <w:t>Підбіг старий, зустрів танкіста,&lt;br /&gt;</w:t>
        <w:br/>
        <w:t>І пізнає й не пізнає:</w:t>
      </w:r>
    </w:p>
    <w:p>
      <w:r>
        <w:br/>
        <w:t>— Чи не Марко?&lt;br /&gt;</w:t>
        <w:br/>
        <w:t>— Впізнали, діду?&lt;br /&gt;</w:t>
        <w:br/>
        <w:t>А батько як тут? — Скільки ж днів! —&lt;br /&gt;</w:t>
        <w:br/>
        <w:t>Дідусь, чи горе, чи обиду&lt;br /&gt;</w:t>
        <w:br/>
        <w:t>В очах примовк і затаїв.</w:t>
      </w:r>
    </w:p>
    <w:p>
      <w:r>
        <w:br/>
        <w:t>Хатина стояла, як в літа дитячі,&lt;br /&gt;</w:t>
        <w:br/>
        <w:t>Ті ж четверо вікон, дубовий поріг,&lt;br /&gt;</w:t>
        <w:br/>
        <w:t>І явір шумів в побажанні удачі&lt;br /&gt;</w:t>
        <w:br/>
        <w:t>Усім перехожим з далеких доріг.</w:t>
      </w:r>
    </w:p>
    <w:p>
      <w:r>
        <w:br/>
        <w:t>Та вже не скрипіла соснова ворітня,&lt;br /&gt;</w:t>
        <w:br/>
        <w:t>І голуб залізний над ганком крутим.&lt;br /&gt;</w:t>
        <w:br/>
        <w:t>Зоря вечорова бувало із квітня&lt;br /&gt;</w:t>
        <w:br/>
        <w:t>Завжди розцвітає над голубом тим.</w:t>
      </w:r>
    </w:p>
    <w:p>
      <w:r>
        <w:br/>
        <w:t>Тепер він клював пофарбованим дзьобом&lt;br /&gt;</w:t>
        <w:br/>
        <w:t>Огонь вечорів і зерно дощове.&lt;br /&gt;</w:t>
        <w:br/>
        <w:t>Заметом високим, важким, білолобим&lt;br /&gt;</w:t>
        <w:br/>
        <w:t>Дихнуло Маркові подвір'я живе.</w:t>
      </w:r>
    </w:p>
    <w:p>
      <w:r>
        <w:br/>
        <w:t>Розсипане жито у сінях не к святу,&lt;br /&gt;</w:t>
        <w:br/>
        <w:t>На шибці морозища сива змія.&lt;br /&gt;</w:t>
        <w:br/>
        <w:t>Марко не повірив:&lt;br /&gt;</w:t>
        <w:br/>
        <w:t>— Ну, здрастуйте, тату.&lt;br /&gt;</w:t>
        <w:br/>
        <w:t>А стеля відбила той оклик:&lt;br /&gt;</w:t>
        <w:br/>
        <w:t>— Це я!</w:t>
      </w:r>
    </w:p>
    <w:p>
      <w:r>
        <w:br/>
        <w:t>А стіл не ожив і не встала підлога,&lt;br /&gt;</w:t>
        <w:br/>
        <w:t>Рушник весь у півниках не трепетав.&lt;br /&gt;</w:t>
        <w:br/>
        <w:t>— Це, тату, Марко, —&lt;br /&gt;</w:t>
        <w:br/>
        <w:t>І ступив до порога,&lt;br /&gt;</w:t>
        <w:br/>
        <w:t>І вже не вітався і не питав.</w:t>
      </w:r>
    </w:p>
    <w:p>
      <w:r>
        <w:br/>
        <w:t>Сусідський хлопчина, звичайно, як діти,&lt;br /&gt;</w:t>
        <w:br/>
        <w:t>Підбіг, привітався, задиханий сам.&lt;br /&gt;</w:t>
        <w:br/>
        <w:t>— Марку, ти до батька? До діда Микити?&lt;br /&gt;</w:t>
        <w:br/>
        <w:t>Так їх же немає.&lt;br /&gt;</w:t>
        <w:br/>
        <w:t>Вони он, отам.</w:t>
      </w:r>
    </w:p>
    <w:p>
      <w:r>
        <w:br/>
        <w:t>Широкий майдане, лебідський майдане,&lt;br /&gt;</w:t>
        <w:br/>
        <w:t>В рясних шумидубах, в беріз білині,&lt;br /&gt;</w:t>
        <w:br/>
        <w:t>Як вітер повіє, як сонце погляне,&lt;br /&gt;</w:t>
        <w:br/>
        <w:t>Виходять на кручу твою лебедяни,&lt;br /&gt;</w:t>
        <w:br/>
        <w:t>Усе виглядають своїх вдалині.</w:t>
      </w:r>
    </w:p>
    <w:p>
      <w:r>
        <w:br/>
        <w:t>Туди перетоптано стежки-доріжки&lt;br /&gt;</w:t>
        <w:br/>
        <w:t>З обрізами, з гнівом в ночах огняних,&lt;br /&gt;</w:t>
        <w:br/>
        <w:t>Де серед майдану підчеплено віжки&lt;br /&gt;</w:t>
        <w:br/>
        <w:t>І Дудар Микита на них, рем'яних.</w:t>
      </w:r>
    </w:p>
    <w:p>
      <w:r>
        <w:br/>
        <w:t>Марко підійшов під березу лапату,&lt;br /&gt;</w:t>
        <w:br/>
        <w:t>До місця того, пам'ятного всі дні.&lt;br /&gt;</w:t>
        <w:br/>
        <w:t>— Я, тату, вернувся, ви чуєте, тату?&lt;br /&gt;</w:t>
        <w:br/>
        <w:t>За що вас? За мене?&lt;br /&gt;</w:t>
        <w:br/>
        <w:t>Простіте мені.</w:t>
      </w:r>
    </w:p>
    <w:p>
      <w:r>
        <w:br/>
        <w:t>Я думав про вас, як поранило двічі,&lt;br /&gt;</w:t>
        <w:br/>
        <w:t>При смерті згадав, у снігу, у траві.&lt;br /&gt;</w:t>
        <w:br/>
        <w:t>Я хочу вам, тату, поглянути в вічі,&lt;br /&gt;</w:t>
        <w:br/>
        <w:t>На хвильку подумаю, що ви живі.</w:t>
      </w:r>
    </w:p>
    <w:p>
      <w:r>
        <w:br/>
        <w:t>Щоб чортова, чорна, осмалена гілка&lt;br /&gt;</w:t>
        <w:br/>
        <w:t>Упала з петлею, страшна віддаля,&lt;br /&gt;</w:t>
        <w:br/>
        <w:t>Щоб в хаті у нас забриніла сопілка,&lt;br /&gt;</w:t>
        <w:br/>
        <w:t>А люди сказали б:&lt;br /&gt;</w:t>
        <w:br/>
        <w:t>— Микита гуля!</w:t>
      </w:r>
    </w:p>
    <w:p>
      <w:r>
        <w:br/>
        <w:t>І стіни ходили б од крику і танцю,&lt;br /&gt;</w:t>
        <w:br/>
        <w:t>І чобіт підкований гупав, агій,&lt;br /&gt;</w:t>
        <w:br/>
        <w:t>І я заспівав би гостям наостанці:&lt;br /&gt;</w:t>
        <w:br/>
        <w:t>Ой, діду мій, діду, дударику мій!</w:t>
      </w:r>
    </w:p>
    <w:p>
      <w:r>
        <w:br/>
        <w:t>Ви чуєте, тату? Ні, що я питаю. —&lt;br /&gt;</w:t>
        <w:br/>
        <w:t>Він руку узяв, припадаючи ниць,&lt;br /&gt;</w:t>
        <w:br/>
        <w:t>Згадав, як приніс якось батько із гаю&lt;br /&gt;</w:t>
        <w:br/>
        <w:t>Червоних, мов жар, наливних полуниць</w:t>
      </w:r>
    </w:p>
    <w:p>
      <w:r>
        <w:br/>
        <w:t>І сипав Маркові із цеї ж долоні.&lt;br /&gt;</w:t>
        <w:br/>
        <w:t>І вже ні стояти, ні думать не міг&lt;br /&gt;</w:t>
        <w:br/>
        <w:t>За сонцем колючим в яркій оболоні,&lt;br /&gt;</w:t>
        <w:br/>
        <w:t>За чорним заметом в роздоллі доріг.</w:t>
      </w:r>
    </w:p>
    <w:p>
      <w:r>
        <w:br/>
        <w:t>— Клянуся вам, руки, затиснуті губи,&lt;br /&gt;</w:t>
        <w:br/>
        <w:t>Заплющені очі, клянуся я вам,&lt;br /&gt;</w:t>
        <w:br/>
        <w:t>Клянусь тобі, сонце і вітре, і дубе,&lt;br /&gt;</w:t>
        <w:br/>
        <w:t>Мій батьку, клянусь тобі, в серце нелюбе&lt;br /&gt;</w:t>
        <w:br/>
        <w:t>Залізом, свинцем і пожаром віддам,&lt;br /&gt;</w:t>
        <w:br/>
        <w:t>Клянуся! —</w:t>
      </w:r>
    </w:p>
    <w:p>
      <w:r>
        <w:br/>
        <w:t>Пішов. А з-за отчого двору&lt;br /&gt;</w:t>
        <w:br/>
        <w:t>Дитячою згадкою, хто їй не рад? —&lt;br /&gt;</w:t>
        <w:br/>
        <w:t>Гарячим, своїм, недоказаним впору&lt;br /&gt;</w:t>
        <w:br/>
        <w:t>Бриніло і кликало знову назад:&lt;br /&gt;</w:t>
        <w:br/>
        <w:t>— Діду мій, дударику,&lt;br /&gt;</w:t>
        <w:br/>
        <w:t>Ти ж було селом ідеш,&lt;br /&gt;</w:t>
        <w:br/>
        <w:t>Ти ж було... — За долинами&lt;br /&gt;</w:t>
        <w:br/>
        <w:t>В даль пливе зима.&lt;br /&gt;</w:t>
        <w:br/>
        <w:t>Буде літо знов над нами&lt;br /&gt;</w:t>
        <w:br/>
        <w:t>З квітом, з піснею, з жнивами,&lt;br /&gt;</w:t>
        <w:br/>
        <w:t>А тебе нема.&lt;br /&gt;</w:t>
        <w:br/>
        <w:t>Діду мій, дударику,&lt;br /&gt;</w:t>
        <w:br/>
        <w:t>А тебе нема.</w:t>
      </w:r>
    </w:p>
    <w:p>
      <w:r>
        <w:br/>
        <w:t>XXI</w:t>
      </w:r>
    </w:p>
    <w:p>
      <w:r>
        <w:br/>
        <w:t>Он розклад лекцій. Снопик жита&lt;br /&gt;</w:t>
        <w:br/>
        <w:t>Схилився важко, як в диму.&lt;br /&gt;</w:t>
        <w:br/>
        <w:t>Сорочка — квітка недошита, —&lt;br /&gt;</w:t>
        <w:br/>
        <w:t>Недовишивана йому.</w:t>
      </w:r>
    </w:p>
    <w:p>
      <w:r>
        <w:br/>
        <w:t>Ясна нагідка малинова,&lt;br /&gt;</w:t>
        <w:br/>
        <w:t>Мов Катрі дума і журба.&lt;br /&gt;</w:t>
        <w:br/>
        <w:t>То обірвалася з півслова&lt;br /&gt;</w:t>
        <w:br/>
        <w:t>Вечірня молода розмова, —&lt;br /&gt;</w:t>
        <w:br/>
        <w:t>Ласкава нитка голуба.</w:t>
      </w:r>
    </w:p>
    <w:p>
      <w:r>
        <w:br/>
        <w:t>Буває щастю повороток,&lt;br /&gt;</w:t>
        <w:br/>
        <w:t>Марку, не згадуймо про це,&lt;br /&gt;</w:t>
        <w:br/>
        <w:t>Бо милих рук повіяв дотик&lt;br /&gt;</w:t>
        <w:br/>
        <w:t>Тобі в обпалене лице.</w:t>
      </w:r>
    </w:p>
    <w:p>
      <w:r>
        <w:br/>
        <w:t>І та посмішка, що наснилась,&lt;br /&gt;</w:t>
        <w:br/>
        <w:t>І крик — люблю! — в грозові дні,&lt;br /&gt;</w:t>
        <w:br/>
        <w:t>І даль вечірня заяснилась&lt;br /&gt;</w:t>
        <w:br/>
        <w:t>Черленим листом на човні.</w:t>
      </w:r>
    </w:p>
    <w:p>
      <w:r>
        <w:br/>
        <w:t>Ось, бачиш, стіл: чорнильні знаки,&lt;br /&gt;</w:t>
        <w:br/>
        <w:t>Школярські зшитки на краю,&lt;br /&gt;</w:t>
        <w:br/>
        <w:t>"Кобзар", сторінка "Гайдамаків",&lt;br /&gt;</w:t>
        <w:br/>
        <w:t>Розкрита "В гаю, у гаю..."</w:t>
      </w:r>
    </w:p>
    <w:p>
      <w:r>
        <w:br/>
        <w:t>Тут передумала немало&lt;br /&gt;</w:t>
        <w:br/>
        <w:t>З задуми вогником в очах,&lt;br /&gt;</w:t>
        <w:br/>
        <w:t>Ось тут листи твої читала,&lt;br /&gt;</w:t>
        <w:br/>
        <w:t>Розчісувалась по ночах.</w:t>
      </w:r>
    </w:p>
    <w:p>
      <w:r>
        <w:br/>
        <w:t>І він відчув, як пахнуть коси&lt;br /&gt;</w:t>
        <w:br/>
        <w:t>її заплетені, ясні&lt;br /&gt;</w:t>
        <w:br/>
        <w:t>Прив'ялим сіном на покосі,&lt;br /&gt;</w:t>
        <w:br/>
        <w:t>Роменом білим, наче в сні.</w:t>
      </w:r>
    </w:p>
    <w:p>
      <w:r>
        <w:br/>
        <w:t>Тепло руки її знайоме,&lt;br /&gt;</w:t>
        <w:br/>
        <w:t>Посмішка й голос:&lt;br /&gt;</w:t>
        <w:br/>
        <w:t>— Де ж це ти? —&lt;br /&gt;</w:t>
        <w:br/>
        <w:t>Його просили в невідоме&lt;br /&gt;</w:t>
        <w:br/>
        <w:t>Прийти зустріть, оберегти.</w:t>
      </w:r>
    </w:p>
    <w:p>
      <w:r>
        <w:br/>
        <w:t>XXII</w:t>
      </w:r>
    </w:p>
    <w:p>
      <w:r>
        <w:br/>
        <w:t>...Йшли вони полем усі до вокзалу,&lt;br /&gt;</w:t>
        <w:br/>
        <w:t>Трапивсь підводчик, — підсіли на віз.&lt;br /&gt;</w:t>
        <w:br/>
        <w:t>— Дочко, кажу, я такого не знала,&lt;br /&gt;</w:t>
        <w:br/>
        <w:t>З діда, із прадіда хто переніс?</w:t>
      </w:r>
    </w:p>
    <w:p>
      <w:r>
        <w:br/>
        <w:t>Не в половеччину бранці у скруті,&lt;br /&gt;</w:t>
        <w:br/>
        <w:t>В землю страшнішу дорога лежить.&lt;br /&gt;</w:t>
        <w:br/>
        <w:t>— Мамо, однаково, ми вже забуті,&lt;br /&gt;</w:t>
        <w:br/>
        <w:t>А ви хоч Маркові перекажіть.</w:t>
      </w:r>
    </w:p>
    <w:p>
      <w:r>
        <w:br/>
        <w:t>Видно тобі, сину. Гляну на неї, —&lt;br /&gt;</w:t>
        <w:br/>
        <w:t>Й слова не скаже, неначебто я;&lt;br /&gt;</w:t>
        <w:br/>
        <w:t>Вже накричалась разом із ріднею,&lt;br /&gt;</w:t>
        <w:br/>
        <w:t>Вже перетліла, сама не своя.</w:t>
      </w:r>
    </w:p>
    <w:p>
      <w:r>
        <w:br/>
        <w:t>Двічі давала їй пити і їсти,&lt;br /&gt;</w:t>
        <w:br/>
        <w:t>Ні, не бере і не хоче, куди!&lt;br /&gt;</w:t>
        <w:br/>
        <w:t>Три дні везли їх до першого міста,&lt;br /&gt;</w:t>
        <w:br/>
        <w:t>Три дні я криком встеляла сліди.&lt;br /&gt;</w:t>
        <w:br/>
        <w:t>Де вже поможеш?&lt;br /&gt;</w:t>
        <w:br/>
        <w:t>Ковалиха&lt;br /&gt;</w:t>
        <w:br/>
        <w:t>З Марком і Гришею — в сім'ї,&lt;br /&gt;</w:t>
        <w:br/>
        <w:t>І жебонить і ллється стиха&lt;br /&gt;</w:t>
        <w:br/>
        <w:t>Стареча розповідь її:</w:t>
      </w:r>
    </w:p>
    <w:p>
      <w:r>
        <w:br/>
        <w:t>— Чи я ж її не доглядала,&lt;br /&gt;</w:t>
        <w:br/>
        <w:t>Чи я із горя горяна,&lt;br /&gt;</w:t>
        <w:br/>
        <w:t>Чи я не ту зорю вгадала,&lt;br /&gt;</w:t>
        <w:br/>
        <w:t>Як народилася вона?&lt;br /&gt;</w:t>
        <w:br/>
        <w:t>Чи я не ту встеляла руту,&lt;br /&gt;</w:t>
        <w:br/>
        <w:t>Не ті полотна льонові,&lt;br /&gt;</w:t>
        <w:br/>
        <w:t>Чи я не руту, а осмуту&lt;br /&gt;</w:t>
        <w:br/>
        <w:t>На щастя клала в голові?&lt;br /&gt;</w:t>
        <w:br/>
        <w:t>Чи колос ясний, заколихий&lt;br /&gt;</w:t>
        <w:br/>
        <w:t>Зерном не сипав їй до ніг?</w:t>
      </w:r>
    </w:p>
    <w:p>
      <w:r>
        <w:br/>
        <w:t>Не плач, не треба, Ковалихо,&lt;br /&gt;</w:t>
        <w:br/>
        <w:t>Я б тоже ніччю, Ковалихо,&lt;br /&gt;</w:t>
        <w:br/>
        <w:t>Ридав з тобою, якби міг.</w:t>
      </w:r>
    </w:p>
    <w:p>
      <w:r>
        <w:br/>
        <w:t>XXIII</w:t>
      </w:r>
    </w:p>
    <w:p>
      <w:r>
        <w:br/>
        <w:t>Винесли ранених двох із землянки,&lt;br /&gt;</w:t>
        <w:br/>
        <w:t>Діда Мажугу з онуком малим,&lt;br /&gt;</w:t>
        <w:br/>
        <w:t>Зброю, харчі, динаміт і в тачанку,&lt;br /&gt;</w:t>
        <w:br/>
        <w:t>Радіо, каски і шляхом отим,</w:t>
      </w:r>
    </w:p>
    <w:p>
      <w:r>
        <w:br/>
        <w:t>Здавна знайомим, проїждженим, битим.&lt;br /&gt;</w:t>
        <w:br/>
        <w:t>В жнива клопітні тут кожен їздець,&lt;br /&gt;</w:t>
        <w:br/>
        <w:t>Білим ліском, недокошеним житом&lt;br /&gt;</w:t>
        <w:br/>
        <w:t>Просто в Лебідку пішли навпростець.</w:t>
      </w:r>
    </w:p>
    <w:p>
      <w:r>
        <w:br/>
        <w:t>Небо синіло з дитинства єдине,&lt;br /&gt;</w:t>
        <w:br/>
        <w:t>Наче й війна не палила всі дні,&lt;br /&gt;</w:t>
        <w:br/>
        <w:t>Прапор, пошитий із скатертини,&lt;br /&gt;</w:t>
        <w:br/>
        <w:t>Трепетно, червоно звивсь вдалині.</w:t>
      </w:r>
    </w:p>
    <w:p>
      <w:r>
        <w:br/>
        <w:t>Коні іржали, загнуздані туго,&lt;br /&gt;</w:t>
        <w:br/>
        <w:t>Сім мотоциклів промчали, як в бій.&lt;br /&gt;</w:t>
        <w:br/>
        <w:t>Ранених несли чотири подруги&lt;br /&gt;</w:t>
        <w:br/>
        <w:t>Діда й онука в носилці одній.</w:t>
      </w:r>
    </w:p>
    <w:p>
      <w:r>
        <w:br/>
        <w:t>Менших чотирнадцять хлопчиків з двору&lt;br /&gt;</w:t>
        <w:br/>
        <w:t>Вибігли — внуки — через перелаз.&lt;br /&gt;</w:t>
        <w:br/>
        <w:t>— Дайте нам, діду, хоч рученьку хвору,&lt;br /&gt;</w:t>
        <w:br/>
        <w:t>Гляньте на нас, та полайте хоч нас!</w:t>
      </w:r>
    </w:p>
    <w:p>
      <w:r>
        <w:br/>
        <w:t>— Ви не вмирайте, коли вже удома.&lt;br /&gt;</w:t>
        <w:br/>
        <w:t>Нас не лишайте заради біди. —&lt;br /&gt;</w:t>
        <w:br/>
        <w:t>Звівся Мажуга: — Ох, яка втома!&lt;br /&gt;</w:t>
        <w:br/>
        <w:t>Довго лежав я. Подайте води! —</w:t>
      </w:r>
    </w:p>
    <w:p>
      <w:r>
        <w:br/>
        <w:t>Випив. — Спочину у себе у хаті,&lt;br /&gt;</w:t>
        <w:br/>
        <w:t>Все ж воно вдома не те, що в гостях. —&lt;br /&gt;</w:t>
        <w:br/>
        <w:t>Встав, і три кулі німецькі закляті&lt;br /&gt;</w:t>
        <w:br/>
        <w:t>Сухо скрипіли йому у костях.</w:t>
      </w:r>
    </w:p>
    <w:p>
      <w:r>
        <w:br/>
        <w:t>Йшли партизани додому схудалі,&lt;br /&gt;</w:t>
        <w:br/>
        <w:t>Йшли мовчазні і змужнілі від ран.&lt;br /&gt;</w:t>
        <w:br/>
        <w:t>Ген поза обрієм далі та далі&lt;br /&gt;</w:t>
        <w:br/>
        <w:t>Сонце сушило осінній туман.</w:t>
      </w:r>
    </w:p>
    <w:p>
      <w:r>
        <w:br/>
        <w:t>...Батько погладив синка по голівці,&lt;br /&gt;</w:t>
        <w:br/>
        <w:t>Навіть впустив автомата із рук.&lt;br /&gt;</w:t>
        <w:br/>
        <w:t>— Здрастуйте!&lt;br /&gt;</w:t>
        <w:br/>
        <w:t>— Здрастуйте, кармалюківці!&lt;br /&gt;</w:t>
        <w:br/>
        <w:t>— Ось він, товариші, сам Кармалюк!</w:t>
      </w:r>
    </w:p>
    <w:p>
      <w:r>
        <w:br/>
        <w:t>Кинувся Гриша в обійми до брата.&lt;br /&gt;</w:t>
        <w:br/>
        <w:t>— Жив, Олексію?&lt;br /&gt;</w:t>
        <w:br/>
        <w:t>— Та всі ми живі.</w:t>
      </w:r>
    </w:p>
    <w:p>
      <w:r>
        <w:br/>
        <w:t>Он вона радість яка небагата!&lt;br /&gt;</w:t>
        <w:br/>
        <w:t>Ні, забагата! — бо вся у крові.&lt;br /&gt;</w:t>
        <w:br/>
        <w:t>Я тебе, радосте, цвітом посію,&lt;br /&gt;</w:t>
        <w:br/>
        <w:t>Дикою рожею, тереном мук.</w:t>
      </w:r>
    </w:p>
    <w:p>
      <w:r>
        <w:br/>
        <w:t>— На, Олексію!&lt;br /&gt;</w:t>
        <w:br/>
        <w:t>— Візьми, Олексію!&lt;br /&gt;</w:t>
        <w:br/>
        <w:t>— йди, Олексію! — і тисячі рук&lt;br /&gt;</w:t>
        <w:br/>
        <w:t>Дотику просять і ласки тривожно,&lt;br /&gt;</w:t>
        <w:br/>
        <w:t>Все, що минуло, мовчи, не тривож.&lt;br /&gt;</w:t>
        <w:br/>
        <w:t>— Просим обідати в хату.&lt;br /&gt;</w:t>
        <w:br/>
        <w:t>— Це можна.&lt;br /&gt;</w:t>
        <w:br/>
        <w:t>— Може й по чарці?&lt;br /&gt;</w:t>
        <w:br/>
        <w:t>— По чарці? Чого ж...</w:t>
      </w:r>
    </w:p>
    <w:p>
      <w:r>
        <w:br/>
        <w:t>Тут і Марко підійшов привітати.&lt;br /&gt;</w:t>
        <w:br/>
        <w:t>Літо згадалося, сонце між нив.&lt;br /&gt;</w:t>
        <w:br/>
        <w:t>Став Олексій, поклонився, як брату:&lt;br /&gt;</w:t>
        <w:br/>
        <w:t>— Друже, прости мені, я завинив.</w:t>
      </w:r>
    </w:p>
    <w:p>
      <w:r>
        <w:br/>
        <w:t>Я бачив, як вона ізрана&lt;br /&gt;</w:t>
        <w:br/>
        <w:t>Ходила біла із біла,&lt;br /&gt;</w:t>
        <w:br/>
        <w:t>Мені сестра, тобі кохана,&lt;br /&gt;</w:t>
        <w:br/>
        <w:t>Не нажилась, не одцвіла.</w:t>
      </w:r>
    </w:p>
    <w:p>
      <w:r>
        <w:br/>
        <w:t>Я міг би вирвати із муки&lt;br /&gt;</w:t>
        <w:br/>
        <w:t>Її за три-чотири дні,&lt;br /&gt;</w:t>
        <w:br/>
        <w:t>Кликнуть на клич, подати руку,&lt;br /&gt;</w:t>
        <w:br/>
        <w:t>Але спізнивсь. Прости мені...</w:t>
      </w:r>
    </w:p>
    <w:p>
      <w:r>
        <w:br/>
        <w:t>Мій кінь від чортового скоку&lt;br /&gt;</w:t>
        <w:br/>
        <w:t>Упав запінений в яру.&lt;br /&gt;</w:t>
        <w:br/>
        <w:t>Хорошу, рідну, синьооку&lt;br /&gt;</w:t>
        <w:br/>
        <w:t>Не здожену, не відберу.</w:t>
      </w:r>
    </w:p>
    <w:p>
      <w:r>
        <w:br/>
        <w:t>У мотоциклах все горюче&lt;br /&gt;</w:t>
        <w:br/>
        <w:t>До краплі висохло, як піт.&lt;br /&gt;</w:t>
        <w:br/>
        <w:t>Лиш серце буйне та болюче&lt;br /&gt;</w:t>
        <w:br/>
        <w:t>Летіло вслід, кричало вслід.</w:t>
      </w:r>
    </w:p>
    <w:p>
      <w:r>
        <w:br/>
        <w:t>Словам останнім в сині гони,&lt;br /&gt;</w:t>
        <w:br/>
        <w:t>Вони розвіялись, як дим,&lt;br /&gt;</w:t>
        <w:br/>
        <w:t>Теплушкам сірим навздогони,&lt;br /&gt;</w:t>
        <w:br/>
        <w:t>Пожарам темним і страшним.</w:t>
      </w:r>
    </w:p>
    <w:p>
      <w:r>
        <w:br/>
        <w:t>І вже ні єна, ані спокою,&lt;br /&gt;</w:t>
        <w:br/>
        <w:t>Я посивів за тії дні.&lt;br /&gt;</w:t>
        <w:br/>
        <w:t>З розлуки, з мислі отакої,&lt;br /&gt;</w:t>
        <w:br/>
        <w:t>Яка судилася мені,&lt;br /&gt;</w:t>
        <w:br/>
        <w:t>Прости, Марку.</w:t>
      </w:r>
    </w:p>
    <w:p>
      <w:r>
        <w:br/>
        <w:t>— А що прощати?&lt;br /&gt;</w:t>
        <w:br/>
        <w:t>Зітхать, пригадувать вночі?&lt;br /&gt;</w:t>
        <w:br/>
        <w:t>Стоять бійці он біля хати,&lt;br /&gt;</w:t>
        <w:br/>
        <w:t>Не старости, не родичі.&lt;br /&gt;</w:t>
        <w:br/>
        <w:t>На подніпровім понизов'ю&lt;br /&gt;</w:t>
        <w:br/>
        <w:t>Вмирали, падали, як грім,&lt;br /&gt;</w:t>
        <w:br/>
        <w:t>Братерством здружені і кров'ю&lt;br /&gt;</w:t>
        <w:br/>
        <w:t>І хлібом чорним, та своїм.&lt;br /&gt;</w:t>
        <w:br/>
        <w:t>Ці партизанські кожушанки,&lt;br /&gt;</w:t>
        <w:br/>
        <w:t>В стрічках продимлені ушанки,&lt;br /&gt;</w:t>
        <w:br/>
        <w:t>Ці гнівом стиснуті уста,&lt;br /&gt;</w:t>
        <w:br/>
        <w:t>Нам шлях — дорога непроста.&lt;br /&gt;</w:t>
        <w:br/>
        <w:t>То що своє там горе? Годі.&lt;br /&gt;</w:t>
        <w:br/>
        <w:t>Сідай, Олексо, як ти жив?&lt;br /&gt;</w:t>
        <w:br/>
        <w:t>— А ти?&lt;br /&gt;</w:t>
        <w:br/>
        <w:t>— Та всяко. У поході,&lt;br /&gt;</w:t>
        <w:br/>
        <w:t>Ти знаєш, хтось заворожив&lt;br /&gt;</w:t>
        <w:br/>
        <w:t>Мене од смерті, слово честі,&lt;br /&gt;</w:t>
        <w:br/>
        <w:t>Чи на меду, чи на свинці...</w:t>
      </w:r>
    </w:p>
    <w:p>
      <w:r>
        <w:br/>
        <w:t>Марко підвівсь: на перехресті&lt;br /&gt;</w:t>
        <w:br/>
        <w:t>Здіймали батька два бійці:&lt;br /&gt;</w:t>
        <w:br/>
        <w:t>Зняли тугі ремінні віжки,&lt;br /&gt;</w:t>
        <w:br/>
        <w:t>Зрубали шибеницю в сніг.&lt;br /&gt;</w:t>
        <w:br/>
        <w:t>Марко вже знав: на ці доріжки,&lt;br /&gt;</w:t>
        <w:br/>
        <w:t>На житом всипаний поріг&lt;br /&gt;</w:t>
        <w:br/>
        <w:t>Ступить не зможе він однині&lt;br /&gt;</w:t>
        <w:br/>
        <w:t>Поки в батьківській цвіт-долині,&lt;br /&gt;</w:t>
        <w:br/>
        <w:t>Не ляже купою на купі&lt;br /&gt;</w:t>
        <w:br/>
        <w:t>Фашистський на фашистськім трупі.</w:t>
      </w:r>
    </w:p>
    <w:p>
      <w:r>
        <w:br/>
        <w:t>Вставай, моя страдальна ноче,&lt;br /&gt;</w:t>
        <w:br/>
        <w:t>Годино яросних надій!&lt;br /&gt;</w:t>
        <w:br/>
        <w:t>І ніч шумить, зове, клекоче&lt;br /&gt;</w:t>
        <w:br/>
        <w:t>Про вічний бій, великий бій!</w:t>
      </w:r>
    </w:p>
    <w:p>
      <w:r>
        <w:br/>
        <w:t>XXIV</w:t>
      </w:r>
    </w:p>
    <w:p>
      <w:r>
        <w:br/>
        <w:t>З листів Катерини</w:t>
      </w:r>
    </w:p>
    <w:p>
      <w:r>
        <w:br/>
        <w:t>1&lt;br /&gt;</w:t>
        <w:br/>
        <w:t>Березень дише в чужинському полі,&lt;br /&gt;</w:t>
        <w:br/>
        <w:t>Може і в нас сяє сонце між віт?&lt;br /&gt;</w:t>
        <w:br/>
        <w:t>Це б ми в десятому класі у школі&lt;br /&gt;</w:t>
        <w:br/>
        <w:t>Зранку співали б усі "Заповіт".</w:t>
      </w:r>
    </w:p>
    <w:p>
      <w:r>
        <w:br/>
        <w:t>Сторож шкільний оповів би до діла&lt;br /&gt;</w:t>
        <w:br/>
        <w:t>Все про лани, і Дніпро, і гаї,&lt;br /&gt;</w:t>
        <w:br/>
        <w:t>Як би Наталя Петрівна раділа&lt;br /&gt;</w:t>
        <w:br/>
        <w:t>З нашої співанки! Знаєм її!</w:t>
      </w:r>
    </w:p>
    <w:p>
      <w:r>
        <w:br/>
        <w:t>Потім портрета несли б до колбуду&lt;br /&gt;</w:t>
        <w:br/>
        <w:t>Того, де в шапці Тарас, — сам один.&lt;br /&gt;</w:t>
        <w:br/>
        <w:t>Потім дівчат назбиралося б, люду&lt;br /&gt;</w:t>
        <w:br/>
        <w:t>Рівно на дев'ять чи десять годин.</w:t>
      </w:r>
    </w:p>
    <w:p>
      <w:r>
        <w:br/>
        <w:t>З дворища цього далеко до свята,&lt;br /&gt;</w:t>
        <w:br/>
        <w:t>Хліб та сухарик не на меду.&lt;br /&gt;</w:t>
        <w:br/>
        <w:t>Земле чужа, невситима, заклята,&lt;br /&gt;</w:t>
        <w:br/>
        <w:t>Я тебе думкою перебреду!</w:t>
      </w:r>
    </w:p>
    <w:p>
      <w:r>
        <w:br/>
        <w:t>Я тебе гнівом спалю по долині,&lt;br /&gt;</w:t>
        <w:br/>
        <w:t>Що запишу об вечірній годині?&lt;br /&gt;</w:t>
        <w:br/>
        <w:t>— Думи мої, думи мої,&lt;br /&gt;</w:t>
        <w:br/>
        <w:t>Ви мої єдині!</w:t>
      </w:r>
    </w:p>
    <w:p>
      <w:r>
        <w:br/>
        <w:t>2</w:t>
      </w:r>
    </w:p>
    <w:p>
      <w:r>
        <w:br/>
        <w:t>Він розвився, наш дуб-себелюбок,&lt;br /&gt;</w:t>
        <w:br/>
        <w:t>На зеленій далекій землі.&lt;br /&gt;</w:t>
        <w:br/>
        <w:t>Сивий голуб скликає голубок&lt;br /&gt;</w:t>
        <w:br/>
        <w:t>Біля хати у сонці, в теплі.</w:t>
      </w:r>
    </w:p>
    <w:p>
      <w:r>
        <w:br/>
        <w:t>Я забула, як сонце те гріє,&lt;br /&gt;</w:t>
        <w:br/>
        <w:t>Як вуркочуть мої голуби.&lt;br /&gt;</w:t>
        <w:br/>
        <w:t>Хто їм проса із жмені посіє?&lt;br /&gt;</w:t>
        <w:br/>
        <w:t>Не хилися, борись і люби!</w:t>
      </w:r>
    </w:p>
    <w:p>
      <w:r>
        <w:br/>
        <w:t>Як нам важко в чужинському полі.&lt;br /&gt;</w:t>
        <w:br/>
        <w:t>Вже нам видно — палають фронти.&lt;br /&gt;</w:t>
        <w:br/>
        <w:t>Ми радянські дівчата в неволі,&lt;br /&gt;</w:t>
        <w:br/>
        <w:t>Йдіть же швидше, кохані брати!</w:t>
      </w:r>
    </w:p>
    <w:p>
      <w:r>
        <w:br/>
        <w:t>Чорні, схудлі, без хати й одежі,&lt;br /&gt;</w:t>
        <w:br/>
        <w:t>Пишем сни, сподіваємось ми.&lt;br /&gt;</w:t>
        <w:br/>
        <w:t>Рідний дубе, в зеленій мережі,&lt;br /&gt;</w:t>
        <w:br/>
        <w:t>Про майбутнє ти нам зашуми!</w:t>
      </w:r>
    </w:p>
    <w:p>
      <w:r>
        <w:br/>
        <w:t>3</w:t>
      </w:r>
    </w:p>
    <w:p>
      <w:r>
        <w:br/>
        <w:t>Небо квітневе пливе безкрає,&lt;br /&gt;</w:t>
        <w:br/>
        <w:t>Хазяйка квокче: ми ж у раю.&lt;br /&gt;</w:t>
        <w:br/>
        <w:t>Півень ізранку не так співає,&lt;br /&gt;</w:t>
        <w:br/>
        <w:t>Як у Лебідці, в нашім краю.</w:t>
      </w:r>
    </w:p>
    <w:p>
      <w:r>
        <w:br/>
        <w:t>Ходить нахохлений, гребінь ізбоку,&lt;br /&gt;</w:t>
        <w:br/>
        <w:t>Просто як Гітлер, хай йому біс!&lt;br /&gt;</w:t>
        <w:br/>
        <w:t>Я б його вбила, та мати мороку&lt;br /&gt;</w:t>
        <w:br/>
        <w:t>З тею хазяйкою, буде сліз,</w:t>
      </w:r>
    </w:p>
    <w:p>
      <w:r>
        <w:br/>
        <w:t>Буде прокльонів на мої руки,&lt;br /&gt;</w:t>
        <w:br/>
        <w:t>Вони помарніли й без тих проклять&lt;br /&gt;</w:t>
        <w:br/>
        <w:t>З їжі чужої, з болю, з розлуки,&lt;br /&gt;</w:t>
        <w:br/>
        <w:t>З днів одиноких, як чорних розп'ять.</w:t>
      </w:r>
    </w:p>
    <w:p>
      <w:r>
        <w:br/>
        <w:t>4</w:t>
      </w:r>
    </w:p>
    <w:p>
      <w:r>
        <w:br/>
        <w:t>Здрастуйте, мамо, пишу вам удруге,&lt;br /&gt;</w:t>
        <w:br/>
        <w:t>Першу листівку ви мали чи ні?&lt;br /&gt;</w:t>
        <w:br/>
        <w:t>Її написала я в тяжку недугу,&lt;br /&gt;</w:t>
        <w:br/>
        <w:t>А зараз поправилась, ліпше мені.</w:t>
      </w:r>
    </w:p>
    <w:p>
      <w:r>
        <w:br/>
        <w:t>Як мене з дворища в двір гонили,&lt;br /&gt;</w:t>
        <w:br/>
        <w:t>Знаю від горя найглибшу глиб,&lt;br /&gt;</w:t>
        <w:br/>
        <w:t>Ви мене сивими б косами крили,&lt;br /&gt;</w:t>
        <w:br/>
        <w:t>Своїми руками оберегли б.</w:t>
      </w:r>
    </w:p>
    <w:p>
      <w:r>
        <w:br/>
        <w:t>Ви мені б ложку дали до їжі,&lt;br /&gt;</w:t>
        <w:br/>
        <w:t>Хоч не їмо ми наварених страв,&lt;br /&gt;</w:t>
        <w:br/>
        <w:t>Дали б сорочку білу та свіжу,&lt;br /&gt;</w:t>
        <w:br/>
        <w:t>Ту, що носили прати на став.</w:t>
      </w:r>
    </w:p>
    <w:p>
      <w:r>
        <w:br/>
        <w:t>Ту, що на вітрі теплім сушили,&lt;br /&gt;</w:t>
        <w:br/>
        <w:t>Гладили туго на білім столі.&lt;br /&gt;</w:t>
        <w:br/>
        <w:t>Як ви казали: висмокчуть жили,&lt;br /&gt;</w:t>
        <w:br/>
        <w:t>Мамо, не жили, — кровинки малі!</w:t>
      </w:r>
    </w:p>
    <w:p>
      <w:r>
        <w:br/>
        <w:t>Що там від Марка з далекого краю?&lt;br /&gt;</w:t>
        <w:br/>
        <w:t>Знає він, мамо, хоч де я живу?&lt;br /&gt;</w:t>
        <w:br/>
        <w:t>В снах його бачу, прокинусь — гукаю,&lt;br /&gt;</w:t>
        <w:br/>
        <w:t>Правда, і вдень і увечір зову.</w:t>
      </w:r>
    </w:p>
    <w:p>
      <w:r>
        <w:br/>
        <w:t>* * *</w:t>
      </w:r>
    </w:p>
    <w:p>
      <w:r>
        <w:br/>
        <w:t>Отак за світанком і день переходив,&lt;br /&gt;</w:t>
        <w:br/>
        <w:t>За тижнями — тиждень, а там місяці&lt;br /&gt;</w:t>
        <w:br/>
        <w:t>У даль, як у вирій, пролинули, й подив&lt;br /&gt;</w:t>
        <w:br/>
        <w:t>І гореч притихли, лиш смуток в лиці</w:t>
      </w:r>
    </w:p>
    <w:p>
      <w:r>
        <w:br/>
        <w:t>Не стерся, не вицвів, та злоба і сором&lt;br /&gt;</w:t>
        <w:br/>
        <w:t>Душили на серце, лились через край.&lt;br /&gt;</w:t>
        <w:br/>
        <w:t>Дивись, Катерино, побратана з горем,&lt;br /&gt;</w:t>
        <w:br/>
        <w:t>Радянського війська похід виглядай!</w:t>
      </w:r>
    </w:p>
    <w:p>
      <w:r>
        <w:br/>
        <w:t>Які з Батьківщини вітри задувають,&lt;br /&gt;</w:t>
        <w:br/>
        <w:t>Якими мотивами снять солов'ї,&lt;br /&gt;</w:t>
        <w:br/>
        <w:t>І зорі в півнеба не одцвітають,&lt;br /&gt;</w:t>
        <w:br/>
        <w:t>Життя комсомольського друзі твої.</w:t>
      </w:r>
    </w:p>
    <w:p>
      <w:r>
        <w:br/>
        <w:t>Підійметься день не співуче, не плавко,&lt;br /&gt;</w:t>
        <w:br/>
        <w:t>Не рясно, не гінко в жита голубі,&lt;br /&gt;</w:t>
        <w:br/>
        <w:t>Хазяйка — чорненька і злюча, як п'явка,&lt;br /&gt;</w:t>
        <w:br/>
        <w:t>Ізнову упнеться у серце тобі.</w:t>
      </w:r>
    </w:p>
    <w:p>
      <w:r>
        <w:br/>
        <w:t>Що ти не до ладу корів подоїла,&lt;br /&gt;</w:t>
        <w:br/>
        <w:t>Що хліб перепечено вчора в печі,&lt;br /&gt;</w:t>
        <w:br/>
        <w:t>Живеш не до діла, і спиш не до діла,&lt;br /&gt;</w:t>
        <w:br/>
        <w:t>Украйніше швайн! — поїдаєш харчі.</w:t>
      </w:r>
    </w:p>
    <w:p>
      <w:r>
        <w:br/>
        <w:t>Що треба, те й сталося: ніччю, без слова&lt;br /&gt;</w:t>
        <w:br/>
        <w:t>Зібралася, гнівно пройшла під замком,&lt;br /&gt;</w:t>
        <w:br/>
        <w:t>Подвір'я спахнуло, як свічка воскова,&lt;br /&gt;</w:t>
        <w:br/>
        <w:t>Будинок же тлів черепичним димком,</w:t>
      </w:r>
    </w:p>
    <w:p>
      <w:r>
        <w:br/>
        <w:t>А потім і він спалахнув, як заклята&lt;br /&gt;</w:t>
        <w:br/>
        <w:t>Трава-пересушка, і вибухнув дим.&lt;br /&gt;</w:t>
        <w:br/>
        <w:t>То помста, розплата твоя і відплата,&lt;br /&gt;</w:t>
        <w:br/>
        <w:t>Над катом твоїм і над горем твоїм.</w:t>
      </w:r>
    </w:p>
    <w:p>
      <w:r>
        <w:br/>
        <w:t>І так дотлівало подвір'я допізна,&lt;br /&gt;</w:t>
        <w:br/>
        <w:t>А вже за горою гриміли бої...&lt;br /&gt;</w:t>
        <w:br/>
        <w:t>Куди ж то поділася месниця грізна?&lt;br /&gt;</w:t>
        <w:br/>
        <w:t>То де ж Катерина? Чи стріну її?</w:t>
      </w:r>
    </w:p>
    <w:p>
      <w:r>
        <w:br/>
        <w:t>ЕПІЛОГ</w:t>
      </w:r>
    </w:p>
    <w:p>
      <w:r>
        <w:br/>
        <w:t>Чорне крякання воронів&lt;br /&gt;</w:t>
        <w:br/>
        <w:t>Над загравищем диким,&lt;br /&gt;</w:t>
        <w:br/>
        <w:t>На чотири ті сторони&lt;br /&gt;</w:t>
        <w:br/>
        <w:t>Небо сповнене криком.</w:t>
      </w:r>
    </w:p>
    <w:p>
      <w:r>
        <w:br/>
        <w:t>Не джерела дібровині,&lt;br /&gt;</w:t>
        <w:br/>
        <w:t>А серця горобіди,&lt;br /&gt;</w:t>
        <w:br/>
        <w:t>Напилися, як з повені,&lt;br /&gt;</w:t>
        <w:br/>
        <w:t>Із людської обиди.</w:t>
      </w:r>
    </w:p>
    <w:p>
      <w:r>
        <w:br/>
        <w:t>Минули дні, а що сказати?&lt;br /&gt;</w:t>
        <w:br/>
        <w:t>Хороші дні, веселі дні? —&lt;br /&gt;</w:t>
        <w:br/>
        <w:t>Як ще ворожі злі гармати&lt;br /&gt;</w:t>
        <w:br/>
        <w:t>В гаряче серце б'ють мені...</w:t>
      </w:r>
    </w:p>
    <w:p>
      <w:r>
        <w:br/>
        <w:t>Хай танки ревищем могучим&lt;br /&gt;</w:t>
        <w:br/>
        <w:t>Несуть побіди вість ясну,&lt;br /&gt;</w:t>
        <w:br/>
        <w:t>Віщують людям, землям, тучам&lt;br /&gt;</w:t>
        <w:br/>
        <w:t>Всесвітню радісну весну.</w:t>
      </w:r>
    </w:p>
    <w:p>
      <w:r>
        <w:br/>
        <w:t>На Україні спіє літо,&lt;br /&gt;</w:t>
        <w:br/>
        <w:t>Димлять пожарища, імла.&lt;br /&gt;</w:t>
        <w:br/>
        <w:t>Безсмертна яблуня розбита&lt;br /&gt;</w:t>
        <w:br/>
        <w:t>Для цвіту гілля підвела.</w:t>
      </w:r>
    </w:p>
    <w:p>
      <w:r>
        <w:br/>
        <w:t>То ж у твоїй ясній надії,&lt;br /&gt;</w:t>
        <w:br/>
        <w:t>Щоб ти розквітла гаряче,&lt;br /&gt;</w:t>
        <w:br/>
        <w:t>Разом ідуть сини Росії,&lt;br /&gt;</w:t>
        <w:br/>
        <w:t>Народи всі — плече в плече.</w:t>
      </w:r>
    </w:p>
    <w:p>
      <w:r>
        <w:br/>
        <w:t>І вже цвіте ромашка в луці,&lt;br /&gt;</w:t>
        <w:br/>
        <w:t>А за плачем — дитячий сміх...&lt;br /&gt;</w:t>
        <w:br/>
        <w:t>Земля моя в крові та в муці,&lt;br /&gt;</w:t>
        <w:br/>
        <w:t>В смертях, в народженнях своїх!</w:t>
      </w:r>
    </w:p>
    <w:p>
      <w:r>
        <w:br/>
        <w:t>Крізь свист вітрів і повінь туги,&lt;br /&gt;</w:t>
        <w:br/>
        <w:t>Залізом ранена, в огні,&lt;br /&gt;</w:t>
        <w:br/>
        <w:t>Ти ще гарнішою з наруги&lt;br /&gt;</w:t>
        <w:br/>
        <w:t>Встаєш і світишся мені,</w:t>
      </w:r>
    </w:p>
    <w:p>
      <w:r>
        <w:br/>
        <w:t>І де ти силу воскресила,&lt;br /&gt;</w:t>
        <w:br/>
        <w:t>Знайшла безсмертник дивний свій?&lt;br /&gt;</w:t>
        <w:br/>
        <w:t>Кривавих зір пливуть вітрила&lt;br /&gt;</w:t>
        <w:br/>
        <w:t>І спить в полях бійця могила,&lt;br /&gt;</w:t>
        <w:br/>
        <w:t>А ти ведеш молодших в бій.</w:t>
      </w:r>
    </w:p>
    <w:p>
      <w:r>
        <w:br/>
        <w:t>Наш полк ішов, як темна туча, —&lt;br /&gt;</w:t>
        <w:br/>
        <w:t>Залізний яросний потік,&lt;br /&gt;</w:t>
        <w:br/>
        <w:t>Десь біля Німана, чи Збруча,&lt;br /&gt;</w:t>
        <w:br/>
        <w:t>Чи інших, ще незнаних рік.</w:t>
      </w:r>
    </w:p>
    <w:p>
      <w:r>
        <w:br/>
        <w:t>А нам назустріч — люди в полі,&lt;br /&gt;</w:t>
        <w:br/>
        <w:t>Хто помарнів, хто посідів,&lt;br /&gt;</w:t>
        <w:br/>
        <w:t>З Німеччини, з нужди, з неволі&lt;br /&gt;</w:t>
        <w:br/>
        <w:t>До рідних сіл і городів&lt;br /&gt;</w:t>
        <w:br/>
        <w:t>Вертались.&lt;br /&gt;</w:t>
        <w:br/>
        <w:t>Дівчина між ними&lt;br /&gt;</w:t>
        <w:br/>
        <w:t>Ішла до ближнього села&lt;br /&gt;</w:t>
        <w:br/>
        <w:t>Очима синіми, ясними,&lt;br /&gt;</w:t>
        <w:br/>
        <w:t>Віночком кіс, бровами тими&lt;br /&gt;</w:t>
        <w:br/>
        <w:t>Мене до смутку довела.</w:t>
      </w:r>
    </w:p>
    <w:p>
      <w:r>
        <w:br/>
        <w:t>Дорожній вузлик, хустка біла&lt;br /&gt;</w:t>
        <w:br/>
        <w:t>Десь снились, видились мені,&lt;br /&gt;</w:t>
        <w:br/>
        <w:t>Когось питала, бо любила,&lt;br /&gt;</w:t>
        <w:br/>
        <w:t>Бо загубила на війні.</w:t>
      </w:r>
    </w:p>
    <w:p>
      <w:r>
        <w:br/>
        <w:t>І я згадав. Питаю: — Звідки?&lt;br /&gt;</w:t>
        <w:br/>
        <w:t>— А ви Андрій?&lt;br /&gt;</w:t>
        <w:br/>
        <w:t>Кажу, Андрій.&lt;br /&gt;</w:t>
        <w:br/>
        <w:t>— То впізнаєте? Я з Лебідки,&lt;br /&gt;</w:t>
        <w:br/>
        <w:t>Я Катерина... — Світку мій!</w:t>
      </w:r>
    </w:p>
    <w:p>
      <w:r>
        <w:br/>
        <w:t>Ходім, Катрусю! — При дорозі&lt;br /&gt;</w:t>
        <w:br/>
        <w:t>Руді схилились ковилі.&lt;br /&gt;</w:t>
        <w:br/>
        <w:t>То ж бийся, серце у тривозі,&lt;br /&gt;</w:t>
        <w:br/>
        <w:t>Живи, радій на цій землі.</w:t>
      </w:r>
    </w:p>
    <w:p>
      <w:r>
        <w:br/>
        <w:t>Нехай твоя хустина має,&lt;br /&gt;</w:t>
        <w:br/>
        <w:t>Живи і мрій, і квітни знов.&lt;br /&gt;</w:t>
        <w:br/>
        <w:t>І горе вік не подолає&lt;br /&gt;</w:t>
        <w:br/>
        <w:t>Твою незраджену любов.</w:t>
      </w:r>
    </w:p>
    <w:p>
      <w:r>
        <w:br/>
        <w:t>1943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Полонянка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