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Поломка на лінії</w:t>
      </w:r>
    </w:p>
    <w:p>
      <w:r>
        <w:br/>
        <w:t xml:space="preserve"> &lt;p&gt;Кір БУЛИЧОВ</w:t>
      </w:r>
    </w:p>
    <w:p>
      <w:r>
        <w:br/>
        <w:t>ПОЛОМКА НА ЛІНІЇ</w:t>
      </w:r>
    </w:p>
    <w:p>
      <w:r>
        <w:br/>
        <w:t>Будинок наш старий. Настільки старий, що його кілька разів брали на облік як історичну пам'ятку і стільки ж разів з обліку знімали — іноді за наполяганням міськради, якій хотілося цей будинок знести, іноді зважаючи на відсутність в ньому історичної цінності. З часом його обов'язково знесуть, але, очевидно, це трапиться не скоро.</w:t>
      </w:r>
    </w:p>
    <w:p>
      <w:r>
        <w:br/>
        <w:t>Років триста тому в будинку жила одна сім'я. Родичі боярина, який нічим не прославився. Потім боярин помер, нащадки його здрібніли і збідніли, і будинок пішов по руках. До кінця минулого століття його розділили на квартири — по одній на кожному з трьох поверхів, а після революції будинок ущільнився.</w:t>
      </w:r>
    </w:p>
    <w:p>
      <w:r>
        <w:br/>
        <w:t>У нашій квартирі на першому поверсі вісім кімнат і п'ять сімей. Зараз у ній залишилися в основному люди похилого віку і я, молодь розсмокталася по Хімках і Зюзіних. Мене ж моя кімната цілком влаштовує. У ній двадцять три метри, висота стель три тридцять, зі склепіннями, і є альков, у якому раніше стояло моє ліжко, а зараз я завалив його книгами. Вказувати мені на безлад нікому. Мати виїхала до вітчима в Новосибірськ, а з Галею я так і не одружився.</w:t>
      </w:r>
    </w:p>
    <w:p>
      <w:r>
        <w:br/>
        <w:t>Тієї ночі я пізно ліг. Я читав останній роман Олександра Черняєва. Недописаний роман, тому що Черняєв помер з голоду в Ленінграді у сорок другому році. Зараз, коли вийшло його зібрання творів, роман помістили в останньому томі разом з листами і критичними статтями.</w:t>
      </w:r>
    </w:p>
    <w:p>
      <w:r>
        <w:br/>
        <w:t>Це дуже образливо — ти знаєш, що читати тобі залишилося сторінок десять, не більше. І дія тільки-тільки розгортається. І вона так і не встигне розгорнутися, і ти ніколи вже не дізнаєшся, що ж хотів зробити старий Черняєв зі своїми героями, і ніхто вже не допише цей роман, тому що не зможе побачити світ таким, яким його бачив Черняєв. Я відклав том і не став перечитувати ні критичних статей, ні коментарів до роману одного відомого фахівця з творчості Черняєва. Фахівець робив припущення, яким би був роман, якби письменник мав можливість його закінчити. Я знав, що Черняєв писав роман до останнього дня, і знав навіть, що на полях однієї з останніх сторінок було приписано: "Спалив останній стілець. Слабкість". Більше Черняєв не дозволив собі жодного зайвого слова. Він продовжував писати. І писав ще три дні. І помер. А рукопис знайшли потім, тижнів за два, коли прийшли з Ленінградського радіо, щоб дізнатися, що з ним.</w:t>
      </w:r>
    </w:p>
    <w:p>
      <w:r>
        <w:br/>
        <w:t>Як бачите, думки у мене того вечора були досить сумні, і герої книги ніяк не хотіли йти з кімнати. Вони силкувалися мені щось сказати... І тут пролунав дзвін.</w:t>
      </w:r>
    </w:p>
    <w:p>
      <w:r>
        <w:br/>
        <w:t>Стіни в нашому будинку дуже товсті. Напевно, конструктор кінця сімнадцятого століття зробив запас міцності відсотків у вісімсот. Навіть перегородки між кімнатами цеглини в три. Так що, коли сусіди грають на піаніно, я практично нічого не чую. Тому я не сумнівався, що дзвін пролунав саме у мене в кімнаті. Дивний такий дзвін, ніби хтось впустив срібну вазу.</w:t>
      </w:r>
    </w:p>
    <w:p>
      <w:r>
        <w:br/>
        <w:t>Я простягнув руку і засвітив світло. Герої книги зникли. Тиша. Що б таке могло у мене впасти? Я полежав трохи, потім мене потягнуло в сон, і я вимкнув світло. І майже негайно поряд щось гримнуло. Коротко і переконливо.</w:t>
      </w:r>
    </w:p>
    <w:p>
      <w:r>
        <w:br/>
        <w:t>Мені стало не по собі. Я людина абсолютно незабобонна, але хто б міг кидатися всілякими предметами в моїй кімнаті?</w:t>
      </w:r>
    </w:p>
    <w:p>
      <w:r>
        <w:br/>
        <w:t>Цього разу я засвітив світло і підвівся з ліжка. Я обійшов усю кімнату і навіть зазирнув у альков. І нічого не знайшов. А коли я обернувся плечима до алькова, звідти знову почувся дзвін. Я підскочив і обернувся на сто вісімдесят градусів. І знову ж таки нічогісінько не виявив.</w:t>
      </w:r>
    </w:p>
    <w:p>
      <w:r>
        <w:br/>
        <w:t>Побрязкування вже не припинялося. Через кожні десять секунд лунало — дзень. Потім пауза. Я відлічував — раз-і, два-і... Після десятої секунди знову — дзень.</w:t>
      </w:r>
    </w:p>
    <w:p>
      <w:r>
        <w:br/>
        <w:t>Я, щиро кажучи, ледь з глузду не з'їхав від неспокою. У тебе в кімнаті хтось дзвенить, а ти не можеш здогадатися, що ж трапилося. Я почав систематичне дослідження кімнати. Я чекав, поки пролунає дзвін, і потім робив крок у тому напрямі, звідки чувся звук. Я вже здогадався, що він долинає з боку гладкого шматка стіни між альковом і дверима. Після четвертого кроку я підійшов до самої стіни і приклав вухо до неї. "Раз-і..." — рахував я. На десятій секунді просто поряд з вухом пролунав виразний дзвін.</w:t>
      </w:r>
    </w:p>
    <w:p>
      <w:r>
        <w:br/>
        <w:t>Так, вирішив я, думатимемо, чим пояснюється цей феномен. Стіна виходить іншим своїм боком у коридор, у глибоку виїмку, в якій раніше стояли два велосипеди, а коли велосипеди виїхали в Хімки-Ховріно, то бабуся Каплан поставила туди шафу під червоне дерево. У цій шафі, за спільною угодою, ми всією квартирою зберігали мотлох, який треба б викинути, але поки шкода.</w:t>
      </w:r>
    </w:p>
    <w:p>
      <w:r>
        <w:br/>
        <w:t>Ясно. Слід вийти у коридор і подивитися, що відбувається в шафі. Я й не очікував нічого там побачити — адже стіна товста, а дзвін лунає біля самого вуха. Але все ж одяг капці і визирнув назовні. Всі спали. Коридор був темний, я засвітив лампочку і при світлі її переконався, що в коридорі нікого немає. Я підійшов до шафи, прочинив її. Мені довелося притримати дитячу ванночку, повну довоєнних журналів, яка відразу вирішила вивалитися назовні. Другою рукою я підхопив порожню позолочену раму і навалився животом на решту речей. У такій позі я стояв, напевно, хвилини півтори. Нарешті мені здалося, що я чую віддалений дзвін. Можливо, тільки здалося — надто вже сильно я прислухався. У будь-якому випадку звуки долинали не з шафи. Я закрив шафу і повернувся в кімнату. І тільки-но увійшов, як тут-таки почув — дзень...</w:t>
      </w:r>
    </w:p>
    <w:p>
      <w:r>
        <w:br/>
        <w:t>Напевно, цілу годину я прикладав вухо до різних точок стіни, поки не переконався абсолютно точно, що звук народжувався за сірою плямою на шпалерах на рівні моїх грудей, у вісімдесяти сантиметрах від кута алькова. Теоретична частина мого тлумачення закінчилася. Тепер час було переходити до експерименту.</w:t>
      </w:r>
    </w:p>
    <w:p>
      <w:r>
        <w:br/>
        <w:t>Мені вже абсолютно розхотіло спати. Я посунув до стіни стілець і заходився думати, відривати мені шпалери чи утриматися. І не знаю, до якого б я прийшов рішення, коли б не сильний удар, майже гуркіт, що змінив рівномірне побрязкування. І тут запала тиша.</w:t>
      </w:r>
    </w:p>
    <w:p>
      <w:r>
        <w:br/>
        <w:t>Ніж я узяв на кухні. Із столу бабусі Каплан. Ніж був довгий, добре заточений (моя робота) і з гострим кінцем. Те, що потрібно. Ще я узяв молоток. Простукати стіну. Дивно, що я не здогадався зробити цього раніше, але мене можна зрозуміти — не щодня у вашій стіні заводяться привиди. Я стукав по стіні не дуже голосно. Все-таки сусіди сплять. У стіні простукувався чотирикутник, сімдесят на сімдесят, за яким явно знаходилася порожнеча. Тепер сумнівів не залишалося. Я узявся за ніж і вирізав шматок шпалер у центрі цього квадрата. Шпалери відокремилися з легким тріском, виявивши під собою обривки газети і клаптик блакитної стіни. Я раптом пригадав, що такою стіна була під час війни, і навіть пригадав, які у нас тоді стояли меблі, і пригадав, що у нас було затемнення — чорне паперове полотно з дрібними дірочками — як зоряне небо. І я його називав не затемненням, а просвітленням, і мама завжди сміялася.</w:t>
      </w:r>
    </w:p>
    <w:p>
      <w:r>
        <w:br/>
        <w:t>Біля самого вуха знову щось брязнуло. Я постукав гострим кінцем молотка по синій фарбі і відлупав шматок тиньку. Потім подумав, що треба б підстелити газету на підлогу, але не став цього робити — все одно вже насмітив.</w:t>
      </w:r>
    </w:p>
    <w:p>
      <w:r>
        <w:br/>
        <w:t>З-за штукатурки визирнули рожева цеглина і жовтувата смужка розчину навколо. Цеглина сиділа міцно, і я промарудився з нею хвилин десять, поки вона не захиталася і не покинула звичне місце.</w:t>
      </w:r>
    </w:p>
    <w:p>
      <w:r>
        <w:br/>
        <w:t>За цеглиною була чорна дірка. Я запалив сірник і посвітив усередину. Сірник освітив цеглину на протилежній стороні тайника і щось блискуче внизу. Я обережно запустив руку туди і насилу дотягся до дна ніші. Пальці захопили метал. Кружечки металу. Я витягнув їх на світло. Це були старовинні срібні монети.</w:t>
      </w:r>
    </w:p>
    <w:p>
      <w:r>
        <w:br/>
        <w:t>Вони були теплими.</w:t>
      </w:r>
    </w:p>
    <w:p>
      <w:r>
        <w:br/>
        <w:t>Оце так! Скарб. У власній кімнаті знайти скарб! Дивовижно. А втім, хіба мало скарбів буває в стінах старих будинків? Щоправда, коли про це читаєш у газеті або в книзі, — одне, але коли це трапляється з тобою...</w:t>
      </w:r>
    </w:p>
    <w:p>
      <w:r>
        <w:br/>
        <w:t>Я знову запустив руку всередину і дістав ще жменю. Щось більше лежало там само, але, щоб дістати "це", слід було розширити отвір. Я роздивився монети трохи краще, вони були дуже старими і неросійськими. На них були зображені якісь стародавні царі, і на фізіономіях царів стояли глибокі тавра з нерозбірливим малюнком. Щось на кшталт вершника зі списом. Я цілий перемазався і дивом не розбудив весь будинок, поки виймав ще ряд цеглин. Тепер я міг засунути в нішу голову.</w:t>
      </w:r>
    </w:p>
    <w:p>
      <w:r>
        <w:br/>
        <w:t>Але робити цього я не став. Я узяв зі столу лампу і поставив її на підсунений стілець. Другий стілець поставив поряд. Тепер у мене були всі можливості для вивчення дірки на найвищому науковому рівні. Я обтрусив з себе вапно, підклав під лампу якнайвищий стос книжок, щоб світло падало в нішу, і тоді зазирнув усередину.</w:t>
      </w:r>
    </w:p>
    <w:p>
      <w:r>
        <w:br/>
        <w:t>І ось що я побачив:</w:t>
      </w:r>
    </w:p>
    <w:p>
      <w:r>
        <w:br/>
        <w:t>Ніша зі скарбом являла собою правильний кубик, витесаний у стіні. Задня стінка ніші була гладкою і новенькою, немов цеглини уклали в неї лише вчора, і для міцності вона була армована залізними смугами. Бічних стінок я відразу не розгледів, тому що очі зрадили мене — замість того щоб систематично вивчати картину, що відкрилася переді мною, вони втупилися у дно ніші, завалене монетами. Крім того, на дні лежали чаша з якогось коштметалу і, як не дивно, залізна рука. Напевно, від обладунків.</w:t>
      </w:r>
    </w:p>
    <w:p>
      <w:r>
        <w:br/>
        <w:t>Я дістав руку. Рука була важкою, пальці її були ледь зігнуті, щоб краще тримати меч або спис, вона сягала до середини зап'ястя, мов дамська рукавичка, і ще на ній були ремінці, щоб краще кріпити до руки. Я обережно поклав руку на стілець і потягнувся за чашею, і тут сталася цілком дивовижна річ.</w:t>
      </w:r>
    </w:p>
    <w:p>
      <w:r>
        <w:br/>
        <w:t>Зверху на мою руку впала ще одна монета. Тепла срібна монета. Неначе вона відклеїлася від стелі ніші. Монета скотилася по моїй кисті, повалилася на купку інших монет і брязнула дуже знайомо: дзень...</w:t>
      </w:r>
    </w:p>
    <w:p>
      <w:r>
        <w:br/>
        <w:t>Я навіть завмер. Обімлів. Бо зовсім забув, що поліз у стінку саме тому, що в ній щось брязнуло. А як побачив монети, вирішив, що це старий скарб.</w:t>
      </w:r>
    </w:p>
    <w:p>
      <w:r>
        <w:br/>
        <w:t>Я посвітив лампою на стелю ніші. Стеля була чорною, блискучою, без єдиного отвору і прохолодною на дотик. Ніяка монета приклеїтися до неї не могла.</w:t>
      </w:r>
    </w:p>
    <w:p>
      <w:r>
        <w:br/>
        <w:t>Я почекав, чи не трапиться ще що-небудь, але, оскільки нічого не трапилося, вигріб назовні скарби, розклав їх на стільці. І заснув, сидячи на стільці, розмірковуючи, чи то піти зранку в музей, чи то дізнатися спочатку, чи не дурнички я знайшов. Ще сміятимуться.</w:t>
      </w:r>
    </w:p>
    <w:p>
      <w:r>
        <w:br/>
        <w:t>На ранок, сам вже не знаю як, я перебрався на ліжко і прокинувся від дзвінка будильника. З хвилину я намагався зміркувати, що ж таке дивовижне сталося вночі, і лише коли побачив у стіні чорну дірку, а на підлозі купу вапна, обривки шпалер і обламану цеглу, зрозумів, що все це був не сон... Я насправді виявив скарб у своїй стіні, і до того ж скарб дуже дивної властивості. Але в чому була його дивність, я пригадати не встиг, тому що в двері постукала бабуся Каплан і запитала, чи не брав я її ніж.</w:t>
      </w:r>
    </w:p>
    <w:p>
      <w:r>
        <w:br/>
        <w:t>А потім почався звичайний вранішній поспіх, тому що у ванні був дідусь Каплан, і я пригадав, що зранку нарада у головного технолога, і мені обов'язково треба бути там, і закінчилося російське масло, і довелося стрельнути у Ліни Григорівни. Щоправда, коли я біг, то встиг засунути дірку книжковою полицею і тицьнути в кишеню пару монет, а у валізку — залізну руку.</w:t>
      </w:r>
    </w:p>
    <w:p>
      <w:r>
        <w:br/>
        <w:t>На засіданні я зовсім було забув про знахідку, але, тільки-но нарада закінчилася, підійшов до Митіна. Він збирає монети. Я показав йому одну з моїх монет і запитав його, якої це країни.</w:t>
      </w:r>
    </w:p>
    <w:p>
      <w:r>
        <w:br/>
        <w:t>Митін відклав убік портфель, погладив лисину і сказав, що монета дурниця. І запитав, де я її дістав. Напевно, у бабусі і, може, віддам йому. Але треба знати Митіна. Адже Митін колекціонер, і хоча завжди скаржиться, що його хтось там обдурив, сам будь-кого обдурить. Вже по тому, як він цю моменту тримав у руках і крутив, видно було, що монета непроста.</w:t>
      </w:r>
    </w:p>
    <w:p>
      <w:r>
        <w:br/>
        <w:t>— Це неважливо, звідки я її дістав, — сказав я. — Мені вона самому потрібна.</w:t>
      </w:r>
    </w:p>
    <w:p>
      <w:r>
        <w:br/>
        <w:t>— До речі, ти просив мене дістати однотомник Булгакова, — сказав Митін. — У мене, щоправда, другого немає, але хочеш, я тобі за неї свій екземпляр віддам? Майже новий...</w:t>
      </w:r>
    </w:p>
    <w:p>
      <w:r>
        <w:br/>
        <w:t>— Ну й ну, — сказав я. — Його ж у тебе ні за які гроші не виманиш.</w:t>
      </w:r>
    </w:p>
    <w:p>
      <w:r>
        <w:br/>
        <w:t>— Просто, розумієш... — Затим він, певно, зрозумів, що я його розкусив, і сказав: — Немає у мене цієї монети в колекції. А потрібна, хоч вона і підробка.</w:t>
      </w:r>
    </w:p>
    <w:p>
      <w:r>
        <w:br/>
        <w:t>— Чому ж підробка? — запитав я.</w:t>
      </w:r>
    </w:p>
    <w:p>
      <w:r>
        <w:br/>
        <w:t>— Ну новороб. Бачиш, яка новенька. Неначе вчора з-під преса.</w:t>
      </w:r>
    </w:p>
    <w:p>
      <w:r>
        <w:br/>
        <w:t>— Ага, — сказав я. — Лише вчора. Сам їх роблю. А як вона називається?</w:t>
      </w:r>
    </w:p>
    <w:p>
      <w:r>
        <w:br/>
        <w:t>Митін з жалем розлучився з монетою і сказав:</w:t>
      </w:r>
    </w:p>
    <w:p>
      <w:r>
        <w:br/>
        <w:t>— Єфимок. Російський єфимок.</w:t>
      </w:r>
    </w:p>
    <w:p>
      <w:r>
        <w:br/>
        <w:t>— А чому на ній фізіономія неросійська?</w:t>
      </w:r>
    </w:p>
    <w:p>
      <w:r>
        <w:br/>
        <w:t>— Довго пояснювати. Ну, загалом, коли у нас ще не було достатньої кількості своїх рублів, ми брали іноземні, європейські талери, це ще до Петра Першого було, і ставили на них російське тавро. Називалися вони єфимками. А тепер скажи, де дістав?</w:t>
      </w:r>
    </w:p>
    <w:p>
      <w:r>
        <w:br/>
        <w:t>— Потім, Юро, — відповів я йому. — Потім. Може, і тобі дістанеться. Значить, кажеш, до Петра Першого?</w:t>
      </w:r>
    </w:p>
    <w:p>
      <w:r>
        <w:br/>
        <w:t>— Так.</w:t>
      </w:r>
    </w:p>
    <w:p>
      <w:r>
        <w:br/>
        <w:t>Я подумав, що якщо в музей здаватиму, то одну монету залишу для Митіна. Врешті-решт, Булгакова він мені свого хоче віддати.</w:t>
      </w:r>
    </w:p>
    <w:p>
      <w:r>
        <w:br/>
        <w:t>У лабораторії я мовби ненавмисно дістав залізну руку. Задля жарту. І сказав друзям, коли вони збіглися:</w:t>
      </w:r>
    </w:p>
    <w:p>
      <w:r>
        <w:br/>
        <w:t>— Давно потрібна була. А то у мене дуже м'який характер. Тепер буде у мене залізна рука. Так що, співробітники і співробітниці, тримайтеся.</w:t>
      </w:r>
    </w:p>
    <w:p>
      <w:r>
        <w:br/>
        <w:t>Дівчатка засміялися, а Тартаковський запитав:</w:t>
      </w:r>
    </w:p>
    <w:p>
      <w:r>
        <w:br/>
        <w:t>— Ти й цілого лицаря принести можеш?</w:t>
      </w:r>
    </w:p>
    <w:p>
      <w:r>
        <w:br/>
        <w:t>— Лицаря? Хоч завтра.</w:t>
      </w:r>
    </w:p>
    <w:p>
      <w:r>
        <w:br/>
        <w:t>Але насправді того дня робота у мене валилася з рук. Нарешті я не витримав, підійшов до Узянова і попросив його відпустити мене додому після обіду. Сказав, що потім відпрацюю, що дуже потрібно. І він, певно, зрозумів, що справді потрібно, тому що сказав: йди, чого там.</w:t>
      </w:r>
    </w:p>
    <w:p>
      <w:r>
        <w:br/>
        <w:t>Я відчинив вхідні двері ключем, дзвонити не став і швидко пройшов до себе в кімнату. Замкнув за собою двері — навіщо лякати бабусю Каплан, якщо вона ненавмисно до мене зайде? Потім відсунув полицю з книгами і зазирнув у свій тайник. Тайник був на місці. Значить, не приснилося. А то, знаєте, хоч і залізна рука в портфелі, все одно іноді перестаєш сам собі вірити — якесь роздвоєння особи настає. У ніші було темно. Світло з вікна майже не падало в неї. Я ввімкнув лампу і всунув її всередину. І тут я здивувався так, як давно не дивувався. У ніші лежали різні речі, яких вранці не було. Там були (я їх виймав і тому пам'ятаю по порядку): кинджал у піхвах, два сувої з червоними висячими печатками, кайдани, шолом, каламар (а може, сільниця), прикраси всілякі і два сап'янові чоботи. Тепер це вже не було схоже на скарб. Це було суцільне неподобство. Чийсь зухвалий жарт.</w:t>
      </w:r>
    </w:p>
    <w:p>
      <w:r>
        <w:br/>
        <w:t>Зачекайте, а чому жарт? Хто так жартуватиме? Бабуся Каплан? Але ж вночі вона спить, і до того ж у неї з віком атрофувалося почуття гумору. Ще хто з сусідів? А може, я з'їхав з глузду? Тоді і Митін з'їхав глузду, а він людина твереза.</w:t>
      </w:r>
    </w:p>
    <w:p>
      <w:r>
        <w:br/>
        <w:t>Я узяв до рук чобіт. Він ще пах свіжою шкірою і податливо гнувся в руках. Я приміряв шолом. Шолом насилу налізав мені на голову. Він був важкий і справжній, не жерстяна підробка для "Мосфільму". Так я і сидів у шоломі, з чоботом у руках. І чекав край моря погоди. Я перебирав у пам'яті всі події ночі. Дзвін і удари в стіні, теплі монети, залізна рука. Затим пригадав, як монета звалилася зі стелі ніші мені на руку. Я розмірковував і нічого не зміг придумати.</w:t>
      </w:r>
    </w:p>
    <w:p>
      <w:r>
        <w:br/>
        <w:t>Потім у повній розгубленості я всунув всередину руку і обмацав стелю ніші.</w:t>
      </w:r>
    </w:p>
    <w:p>
      <w:r>
        <w:br/>
        <w:t>Вона була ховзькою, мов дзеркало, що відображало суцільну ніч.</w:t>
      </w:r>
    </w:p>
    <w:p>
      <w:r>
        <w:br/>
        <w:t>Я вийняв ще декілька цеглин, щоб зручніше було працювати, і за годину ніша повністю позбулася передньої стінки. Я зміг розгледіти нішу у всіх подробицях. Залізні смуги на задній стінці виявилися не залізними, а з того самого чорного дзеркального сплаву, що й стеля, а одна з бічних стінок була поділена білими смужками на квадрати. Низом її йшли якісь лінії, і між ними були тонкі шпари. Цими шпарами я і вирішив впритул зайнятися. Я всунув голову в нішу, щоб зручніше було працювати, і в ту ж мить мене вдарили по голові, та так сильно, що я мало не отримав струс мозку. Я рвонув голову назовні. Боляче стукнувши мене по кінчику носа, на підлогу ніші впав старовинний пістолет з ледь загнутою ручкою. Я подивився вгору. Стеля була все такою ж гладкою і чорною. Чортівня. Треба було тобі жити двадцять шість років при Радянській владі, щоб на власному досвіді переконатися, що потойбічні сили все-таки є?</w:t>
      </w:r>
    </w:p>
    <w:p>
      <w:r>
        <w:br/>
        <w:t>"Ну, а якщо їх все-таки немає? — раптом подумав я, крутячи в руці пістолет. — Якщо вся ця чортівня має якесь пояснення? Тоді яке? На що це все схоже? — думав я, дивлячись у чорну пащу ніші. — Що це нагадує зі знайомих мені речей?" Розумієте, я вирішив шукати відповідь цього завдання за аналогією.</w:t>
      </w:r>
    </w:p>
    <w:p>
      <w:r>
        <w:br/>
        <w:t>Я думав хвилин двадцять. І раптом мені спала на думку аналогія. Цей жарт нагадує мені поштову скриньку. Так, звичайнісіньку поштову скриньку. У неї через шпару кидають листи і бандеролі. Так. Ходімо далі. Якщо б це була особлива поштова скринька, то, значить, в ній має бути отвір для одержувача. Тут і чаїлася заковика. Одержувача не було. Адже, поки я не зламав стінку, скринька не мала виходу. Все, що в неї потрапляло, залишалося в ній лежати.</w:t>
      </w:r>
    </w:p>
    <w:p>
      <w:r>
        <w:br/>
        <w:t>Подивимося на цю проблему з іншого боку. Хто і що в цю поштову скриньку опускає? Хто — поки невідомо. Але що — я вже знаю. Всілякі російські речі допетрівської епохи. Звідки їх беруть? З музею? Крадуть? Малоправдоподібно.</w:t>
      </w:r>
    </w:p>
    <w:p>
      <w:r>
        <w:br/>
        <w:t>І третє. До вчорашньої ночі в поштову скриньку ніхто нічого не клав. Сьогодні поклав. Якби це трапилося раніше — за останні двадцять років, — то я б почув який-небудь дзвін. Або мама почула б. У неї добрий слух. Отже, ящик почав діяти тільки вчора. А можливо...</w:t>
      </w:r>
    </w:p>
    <w:p>
      <w:r>
        <w:br/>
        <w:t>І тут мені спала на думку абсолютно божевільна ідея, яку можна пояснити лише тим, що я потрапив в абсолютно божевільну ситуацію.</w:t>
      </w:r>
    </w:p>
    <w:p>
      <w:r>
        <w:br/>
        <w:t>Значить, у мене є поштова скринька, з якої немає виходу, в неї кладуть речі дуже давно минулих років. І до сьогоднішнього дня не клали.</w:t>
      </w:r>
    </w:p>
    <w:p>
      <w:r>
        <w:br/>
        <w:t>А що, як сьогодні отвору цього немає, а тоді він був? Розумієте мене? Тоді, коли клали ці речі. Триста років тому. Коли цей будинок був новеньким. І що, як цей отвір є, тоді, коли ці речі належить виймати? В майбутньому. Через сто років. Або через двісті років. Коли житимуть ті люди, які зможуть їздити на декілька сотень років у минуле.</w:t>
      </w:r>
    </w:p>
    <w:p>
      <w:r>
        <w:br/>
        <w:t>Якщо ця божевільна ідея має сенс, то стає зрозуміло, чому речі почали з'являтися тільки вчора. Не тому що скринька запрацювала вчора, а тому що вона вчора зламалася. Так, зламалася. На лінії "минуле — майбутнє" полетів якийсь транзистор. І вийшла діра. А може, пробило ізоляцію — хіба мало що може трапитися. І ось до мене в кімнату, в мій час почали падати речі, роздобуті археологами майбутнього у далекому минулому.</w:t>
      </w:r>
    </w:p>
    <w:p>
      <w:r>
        <w:br/>
        <w:t>Ідея мені сподобалася. Але яка моя роль у всій цій історії? Викликати електрика, щоб подивитися нішу? А потім відправлять мене до божевільні? Скористатися плодами поломки і збирати жнива з чужої роботи? Виміняти у Митіна всю його бібліотеку? Теж якась нісенітниця виходить.</w:t>
      </w:r>
    </w:p>
    <w:p>
      <w:r>
        <w:br/>
        <w:t>Я поставив увімкнену лампу в нішу і протер носовичком бічну стінку. Затим обмацав її пальцями і вставив у вузьку шпару внизу кінчик ножа бабусі Каплан, який я знову поніс з кухні. Я діяв обережно, тому що боявся зламати машину назовсім. І буває ж таке везіння — раптом ця стіна піддалася і відкрилася. За нею виявився пульт, і все стало цілком зрозуміло. Я мав рацію.</w:t>
      </w:r>
    </w:p>
    <w:p>
      <w:r>
        <w:br/>
        <w:t>Центр пульта займала часова шкала. Уздовж неї йшли світляні цятки. Одна з них, біля року 1667-го, горіла яскравіше від інших, і саме біля неї стояла стрілка. Закінчувалася шкала 2056 роком.</w:t>
      </w:r>
    </w:p>
    <w:p>
      <w:r>
        <w:br/>
        <w:t>Внизу йшло густе плетиво дротів і провідників і ряд кнопок невідомого мені поки призначення. Раптом цятка біля року 1667-го засвітилася яскравіше, і в ту ж мить я відчув над головою гудіння. Цього разу я зрозумів, що все це може означати, і відсмикував голову. Невелика книга в шкіряній палітурці із застібками глухо стукнулася об підлогу ніші. Я встиг помітити, що в ту мить, коли вона впала, у стелі з'явився отвір точно в розмір книги. Все ясно. Я вгадав. Червоним світлом спалахнула на мить цятка 1667 року. Кінцева станція не засвітилася. Ну що ж, очевидно, поки не помітили поломки і продовжують працювати марно. Як же дати їм зрозуміти? Може, вони так і не бачать поблимування в 67-му? А поки я узяв викрутку і почав перевіряти контакти. Це забрало у мене ще години дві. Я діяв майже навмання. У схемі я так до ладу і не розібрався, хоч з дитинства числюся в радіоаматорах. Я порпався і роздумував про те, що цікаво б побувати в майбутньому і дізнатися, як там живуть люди, і чи вдасться мені зробити що-небудь тямуще в житті, і чому я помру. І ще я думав, що непогано б побувати і в минулому. І зайти, наприклад, до письменника Олександра Черняєву і дізнатися, як же він збирався закінчити свій роман.</w:t>
      </w:r>
    </w:p>
    <w:p>
      <w:r>
        <w:br/>
        <w:t>І тут я виявив поломку. Ви маєте повне право мені не вірити. Куди вже мені. Але я замотав розрив фольгою — паяльника у мене не було — і вирішив подивитися, що буде далі. Я був страшно гордий, що знайшов все-таки цей чортів контакт. І тут засвітилася знову лампочка 1667 року, і знову пролунало над головою слабке гудіння. Але я нічого не побачив, і нічого не впало зверху, лише засвітилася друга лампочка, вже не в моєму році, а прямо в 2056-му. Все правильно. Вони отримали свою посилку. Я можу спати спокійно.</w:t>
      </w:r>
    </w:p>
    <w:p>
      <w:r>
        <w:br/>
        <w:t>Я відкинувся на стільці і зрозумів, що страшно втомився і що вже темно. І що я сам не дуже вірю в те, що відбулося. І не знаю, як відправити за призначенням мотлох, що скупчився у мене.</w:t>
      </w:r>
    </w:p>
    <w:p>
      <w:r>
        <w:br/>
        <w:t>У двері постукали.</w:t>
      </w:r>
    </w:p>
    <w:p>
      <w:r>
        <w:br/>
        <w:t>— Хто там? — запитав я.</w:t>
      </w:r>
    </w:p>
    <w:p>
      <w:r>
        <w:br/>
        <w:t>— До тебе, — сказала бабуся Каплан. — Ти що, дзвінка не чуєш? Я повинна за тебе відчиняти? Ти знову мій ніж узяв?</w:t>
      </w:r>
    </w:p>
    <w:p>
      <w:r>
        <w:br/>
        <w:t>Я підійшов до дверей і сказав:</w:t>
      </w:r>
    </w:p>
    <w:p>
      <w:r>
        <w:br/>
        <w:t>— Ніж я віддам пізніше. Не сердьтеся.</w:t>
      </w:r>
    </w:p>
    <w:p>
      <w:r>
        <w:br/>
        <w:t>Вона добра стара. Тільки любить побурчати. Це вікове.</w:t>
      </w:r>
    </w:p>
    <w:p>
      <w:r>
        <w:br/>
        <w:t>За дверима стояв чоловік років сорока у синьому комбінезоні, з валізкою в руках.</w:t>
      </w:r>
    </w:p>
    <w:p>
      <w:r>
        <w:br/>
        <w:t>— Ви до мене? — запитав я.</w:t>
      </w:r>
    </w:p>
    <w:p>
      <w:r>
        <w:br/>
        <w:t>— Так. Я до вас. Дозволите увійти?</w:t>
      </w:r>
    </w:p>
    <w:p>
      <w:r>
        <w:br/>
        <w:t>— Заходьте, — сказав я і тут пригадав, що увійти до мене неможна.</w:t>
      </w:r>
    </w:p>
    <w:p>
      <w:r>
        <w:br/>
        <w:t>— Одну хвилину, — сказав я, зачинив двері перед його носом і терміново засунув на місце полицю з книгами.</w:t>
      </w:r>
    </w:p>
    <w:p>
      <w:r>
        <w:br/>
        <w:t>— Даруйте, — сказав я, впускаючи його, — у мене ремонт і трохи безлад.</w:t>
      </w:r>
    </w:p>
    <w:p>
      <w:r>
        <w:br/>
        <w:t>— Нічого, — відказав він, зачиняючи за собою двері.</w:t>
      </w:r>
    </w:p>
    <w:p>
      <w:r>
        <w:br/>
        <w:t>І тут він побачив цеглини на підлозі. Подивився на них, потім на мене. І сказав:</w:t>
      </w:r>
    </w:p>
    <w:p>
      <w:r>
        <w:br/>
        <w:t>— Я представник історичного музею. Ми отримали відомості, що вами знайдений скарб великої цінності, і ми хотіли б ознайомитися з ним.</w:t>
      </w:r>
    </w:p>
    <w:p>
      <w:r>
        <w:br/>
        <w:t>Щось у мові цього чоловіка, в манері тримати валізу і в чомусь ще, невловимому для інших, але зрозумілому мені, що проник у таємниці часу, підказало єдине правильне рішення: не з музею він.</w:t>
      </w:r>
    </w:p>
    <w:p>
      <w:r>
        <w:br/>
        <w:t>— Я все вже полагодив, — сказав я.</w:t>
      </w:r>
    </w:p>
    <w:p>
      <w:r>
        <w:br/>
        <w:t>— Що ви полагодили?</w:t>
      </w:r>
    </w:p>
    <w:p>
      <w:r>
        <w:br/>
        <w:t>— Вашу поштову скриньку.</w:t>
      </w:r>
    </w:p>
    <w:p>
      <w:r>
        <w:br/>
        <w:t>Я відсунув полицю і підвів його до ніші. Я показав йому контакт і сказав:</w:t>
      </w:r>
    </w:p>
    <w:p>
      <w:r>
        <w:br/>
        <w:t>— Ось тільки паяльника у мене не було, довелося фольгою замотати.</w:t>
      </w:r>
    </w:p>
    <w:p>
      <w:r>
        <w:br/>
        <w:t>Тут засвітилася лампочка в 1667 році, і він зрозумів, що я все знаю.</w:t>
      </w:r>
    </w:p>
    <w:p>
      <w:r>
        <w:br/>
        <w:t>Листоноша-механік з 2056 року запаяв контакт, переправив у майбутнє речі, і потім ми з ним заклали дірку в стіні так, що навіть мені не здогадатися, де вона була. І він дуже дякував мені і трохи дивувався з моєї кмітливості, але коли я його запитав, що буде через сто років, він відповідати відмовився і сказав, що я сам повинен розуміти — відомості такого роду він розголошувати не може.</w:t>
      </w:r>
    </w:p>
    <w:p>
      <w:r>
        <w:br/>
        <w:t>Потім він запитав, чого б я хотів. Я сказав, що спасибі, нічого.</w:t>
      </w:r>
    </w:p>
    <w:p>
      <w:r>
        <w:br/>
        <w:t>— То, значить, ніяких прохань? — запитав він, беручись за ручку валізки.</w:t>
      </w:r>
    </w:p>
    <w:p>
      <w:r>
        <w:br/>
        <w:t>І тут я зрозумів, що у мене є одне прохання.</w:t>
      </w:r>
    </w:p>
    <w:p>
      <w:r>
        <w:br/>
        <w:t>— Скажіть, ваші люди бувають у різних роках?</w:t>
      </w:r>
    </w:p>
    <w:p>
      <w:r>
        <w:br/>
        <w:t>— Так.</w:t>
      </w:r>
    </w:p>
    <w:p>
      <w:r>
        <w:br/>
        <w:t>— І двадцять років тому?</w:t>
      </w:r>
    </w:p>
    <w:p>
      <w:r>
        <w:br/>
        <w:t>— І тоді. Лише, зрозуміло, зі всіма обережностями.</w:t>
      </w:r>
    </w:p>
    <w:p>
      <w:r>
        <w:br/>
        <w:t>— А під час війни і блокади хто-небудь був у Ленінграді?</w:t>
      </w:r>
    </w:p>
    <w:p>
      <w:r>
        <w:br/>
        <w:t>— Звичайно.</w:t>
      </w:r>
    </w:p>
    <w:p>
      <w:r>
        <w:br/>
        <w:t>— Ось що, виконаєте таке прохання. Мені треба передати туди посилку.</w:t>
      </w:r>
    </w:p>
    <w:p>
      <w:r>
        <w:br/>
        <w:t>— Але це неможливо.</w:t>
      </w:r>
    </w:p>
    <w:p>
      <w:r>
        <w:br/>
        <w:t>— Ви сказали, що виконаєте моє прохання.</w:t>
      </w:r>
    </w:p>
    <w:p>
      <w:r>
        <w:br/>
        <w:t>— Що за посилка?</w:t>
      </w:r>
    </w:p>
    <w:p>
      <w:r>
        <w:br/>
        <w:t>— Одну хвилинку, — сказав я і кинувся в кухню.</w:t>
      </w:r>
    </w:p>
    <w:p>
      <w:r>
        <w:br/>
        <w:t>Там я узяв дві банки згущеного молока і півкіло каплановского масла з холодильника, і ще пакет цукру — кілограми в два вагою. Я сунув усе це у великий пластиковий мішок Ліни Григорівни і повернувся до кімнати. Мій гість з майбутнього підмітав підлогу.</w:t>
      </w:r>
    </w:p>
    <w:p>
      <w:r>
        <w:br/>
        <w:t>— Ось, — сказав я. — Це ви повинні будете взимку сорок другого року, в січні місяці передати письменникові Черняєву, Олександру Черняєву. Ваші його знають. І адресу його зможете знайти. Він помер з голоду в кінці січня. А йому треба протриматися ще тижнів зо два. За два тижні до нього прийдуть з радіо. І не смійте відмовлятися. Черняєв писав роман до останнього дня...</w:t>
      </w:r>
    </w:p>
    <w:p>
      <w:r>
        <w:br/>
        <w:t>— Та зрозумійте ж, — сказав гість, — це неможливо. Якщо Черняєв залишиться живий, це може змінити хід історії.</w:t>
      </w:r>
    </w:p>
    <w:p>
      <w:r>
        <w:br/>
        <w:t>— Не змінить! — сказав я переконано. — Якби ви так боялися минулого, то не брали б речі з сімнадцятого століття.</w:t>
      </w:r>
    </w:p>
    <w:p>
      <w:r>
        <w:br/>
        <w:t>Гість посміхнувся.</w:t>
      </w:r>
    </w:p>
    <w:p>
      <w:r>
        <w:br/>
        <w:t>— Я не вирішую таких питань, — сказав він. — Давайте я візьму вашу посилку. Тільки зірвіть наклейки з банок. Таких не було в Ленінграді. Я поговорю в нашому часі. Ще раз дуже вам вдячний. Спасибі. Можливо, побачимося.</w:t>
      </w:r>
    </w:p>
    <w:p>
      <w:r>
        <w:br/>
        <w:t>І він пішов, неначе його й не було. У мене навіть з'явилася спокуса знову зірвати шпалери і зазирнути в нішу. Але я знав, що цього ніколи не зроблю. І він теж розумів це, а то б не розповідав мені так багато.</w:t>
      </w:r>
    </w:p>
    <w:p>
      <w:r>
        <w:br/>
        <w:t>Наступного дня я виявив у себе в кишені дві забуті монети. Я подарував одну Митіну, а іншу залишив собі на згадку. Митін приніс мені, як і обіцяв, однотомник Булгакова, а потім сказав:</w:t>
      </w:r>
    </w:p>
    <w:p>
      <w:r>
        <w:br/>
        <w:t>— Знаєш, я знайшов удома том "Літературного спадкоємця". Там є спогади про Черняєва. Тобі цікаво?</w:t>
      </w:r>
    </w:p>
    <w:p>
      <w:r>
        <w:br/>
        <w:t>Я сказав, що, звичайно, цікаво. Я вже розумів, що вони мене не послухалися і не передали старому моєї посилки.</w:t>
      </w:r>
    </w:p>
    <w:p>
      <w:r>
        <w:br/>
        <w:t>Та й, звичайно, нісенітницю ж я поров. Адже великим тиражем віддрукована біографія письменника, і там чорним по білому сказано, що він помер саме в сорок другому році. Я навіть посміявся над собою. Теж мені теоретик!</w:t>
      </w:r>
    </w:p>
    <w:p>
      <w:r>
        <w:br/>
        <w:t>Увечері я прочитав статтю про Черняєва. Вона розповіла про те, як він жив у Ленінграді в блокаду, як працював і навіть їздив у саму холоднечу, під обстрілом, на фронт виступати перед бійцями. І раптом в кінці статті я читаю наступне, хочете вірте, хочете ні:</w:t>
      </w:r>
    </w:p>
    <w:p>
      <w:r>
        <w:br/>
        <w:t>"Взимку, здається, в січні, я зайшов до Черняєва. Олександр Григорович був дуже слабкий і насилу ходив. Ми з ним розмовляли про становище на фронті, про спільних знайомих (деяких з них уже не було в живих), він розповідав мені про плани на майбутнє, про те, що пише новий роман і, коли б не слабкість, закінчив би його до весни. Я не питав, чому мій друг відмовився евакуюватися, незважаючи на поважний вік і слабке здоров'я. Олександр Григорович лише знизав би плечима і перевів би розмову на іншу тему. Було холодно. Ми підкладали в "буржуйку" уламки стільця.</w:t>
      </w:r>
    </w:p>
    <w:p>
      <w:r>
        <w:br/>
        <w:t>Раптом Черняєв сказав:</w:t>
      </w:r>
    </w:p>
    <w:p>
      <w:r>
        <w:br/>
        <w:t>— Зі мною трапилася дивна історія. Днями отримав посилку.</w:t>
      </w:r>
    </w:p>
    <w:p>
      <w:r>
        <w:br/>
        <w:t>— Яку? — питаю. — Адже блокада.</w:t>
      </w:r>
    </w:p>
    <w:p>
      <w:r>
        <w:br/>
        <w:t>— Невідомо від кого. Там було згущене молоко, цукор.</w:t>
      </w:r>
    </w:p>
    <w:p>
      <w:r>
        <w:br/>
        <w:t>— Це вам дуже потрібно, — кажу.</w:t>
      </w:r>
    </w:p>
    <w:p>
      <w:r>
        <w:br/>
        <w:t>А він відповідає:</w:t>
      </w:r>
    </w:p>
    <w:p>
      <w:r>
        <w:br/>
        <w:t>— А дітям не потрібно? Я вже старий, а ти б подивився на малюків у сусідній квартирі. Їм ще жити й жити.</w:t>
      </w:r>
    </w:p>
    <w:p>
      <w:r>
        <w:br/>
        <w:t>— І ви їм віддали посилку?</w:t>
      </w:r>
    </w:p>
    <w:p>
      <w:r>
        <w:br/>
        <w:t>— А як би ви на моєму місці вчиниили, молодий чоловіче? — запитав Черняєв, і мені стало соромно, що я міг покласти таке питання.</w:t>
      </w:r>
    </w:p>
    <w:p>
      <w:r>
        <w:br/>
        <w:t>Це, як не сумно сьогодні усвідомлювати, була моя остання зустріч з письменником".</w:t>
      </w:r>
    </w:p>
    <w:p>
      <w:r>
        <w:br/>
        <w:t>Я разів п'ять перечитав ці рядки. Я сам повинен був здогадатися, що, якщо старий отримає таку посилку, він не смоктатиме згущене молоко в куточку. Не такий старий...</w:t>
      </w:r>
    </w:p>
    <w:p>
      <w:r>
        <w:br/>
        <w:t>Але що дивно: цей том літературного спадку вийшов у шістдесят першому році — сім років тому.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Поломка на лінії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