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Полювання на хвилю</w:t>
      </w:r>
    </w:p>
    <w:p>
      <w:r>
        <w:br/>
        <w:t xml:space="preserve"> Не море перейти. Лише сльоту.&lt;br /&gt;</w:t>
        <w:br/>
        <w:t>Випробування зовсім не суворе.&lt;br /&gt;</w:t>
        <w:br/>
        <w:t>По травах, по газонах… По мосту,&lt;br /&gt;</w:t>
        <w:br/>
        <w:t>Що проліта над річкою. Не морем…</w:t>
      </w:r>
    </w:p>
    <w:p>
      <w:r>
        <w:br/>
        <w:t>А хвиля вже проклюнулася знов,&lt;br /&gt;</w:t>
        <w:br/>
        <w:t>Ридає у невидимих глибинах.&lt;br /&gt;</w:t>
        <w:br/>
        <w:t>Ті береги… Вони вросли у кров,&lt;br /&gt;</w:t>
        <w:br/>
        <w:t>Вони її зустрінуть і зупинять.</w:t>
      </w:r>
    </w:p>
    <w:p>
      <w:r>
        <w:br/>
        <w:t>На їхнім боці правда кам’яна –&lt;br /&gt;</w:t>
        <w:br/>
        <w:t>Її не зрушать легкодухі хмари,&lt;br /&gt;</w:t>
        <w:br/>
        <w:t>Для них відхід від норми – дивина,&lt;br /&gt;</w:t>
        <w:br/>
        <w:t>Та ще – злочинна трата свого дару.</w:t>
      </w:r>
    </w:p>
    <w:p>
      <w:r>
        <w:br/>
        <w:t>Оцей високий синій переліт…&lt;br /&gt;</w:t>
        <w:br/>
        <w:t>Це осіянне соло водограю…&lt;br /&gt;</w:t>
        <w:br/>
        <w:t>Зітреться слід. І не почує світ&lt;br /&gt;</w:t>
        <w:br/>
        <w:t>Про що та хвиля пристрасно співає.</w:t>
      </w:r>
    </w:p>
    <w:p>
      <w:r>
        <w:br/>
        <w:t>Ані на мить не зміниться русло.&lt;br /&gt;</w:t>
        <w:br/>
        <w:t>Нудна капіж через дрібненьке сито…&lt;br /&gt;</w:t>
        <w:br/>
        <w:t>Поезія – химерне ремесло:&lt;br /&gt;</w:t>
        <w:br/>
        <w:t>Понад усе Ріку свою любити,</w:t>
      </w:r>
    </w:p>
    <w:p>
      <w:r>
        <w:br/>
        <w:t>Та жити, щоб порвати береги,&lt;br /&gt;</w:t>
        <w:br/>
        <w:t>Злетіти долі зі стрімкої скелі&lt;br /&gt;</w:t>
        <w:br/>
        <w:t>По лінії сріблястої дуги&lt;br /&gt;</w:t>
        <w:br/>
        <w:t>Скотитися сльозою... у пустелю.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Полювання на хвилю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