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 хвилями недозрілими...</w:t>
      </w:r>
    </w:p>
    <w:p>
      <w:r>
        <w:br/>
        <w:t xml:space="preserve"> Поле хвилями недозрілими&lt;br /&gt;</w:t>
        <w:br/>
        <w:t>І в ярку біля криниці —&lt;br /&gt;</w:t>
        <w:br/>
        <w:t>Скалки на обрії гасли-горіли&lt;br /&gt;</w:t>
        <w:br/>
        <w:t>Від небесної колісниці.</w:t>
      </w:r>
    </w:p>
    <w:p>
      <w:r>
        <w:br/>
        <w:t>Тут проходили колись лавами-тінями,&lt;br /&gt;</w:t>
        <w:br/>
        <w:t>Вибирали, де рівніше, розташовувались.&lt;br /&gt;</w:t>
        <w:br/>
        <w:t>А сонце розкидає іскорки над насінням&lt;br /&gt;</w:t>
        <w:br/>
        <w:t>І блукаю я, і зітхи перешіптувались.</w:t>
      </w:r>
    </w:p>
    <w:p>
      <w:r>
        <w:br/>
        <w:t>Вогким холодком заносить від лісу,&lt;br /&gt;</w:t>
        <w:br/>
        <w:t>Пахне корінням і листям над стежкою.&lt;br /&gt;</w:t>
        <w:br/>
        <w:t>Зачиняє Бог свій театр, спускає завісу,&lt;br /&gt;</w:t>
        <w:br/>
        <w:t>Спомин минулого несподівано замерз.</w:t>
      </w:r>
    </w:p>
    <w:p>
      <w:r>
        <w:br/>
        <w:t>9-V-920. Полтава.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 хвилями недозрілими...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