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Поклін тобі, закований мій краю…</w:t>
      </w:r>
    </w:p>
    <w:p>
      <w:r>
        <w:br/>
        <w:t xml:space="preserve"> Поклін тобі, закований мій краю,&lt;br /&gt;</w:t>
        <w:br/>
        <w:t>Тверда колиско велетнів-рабів!&lt;br /&gt;</w:t>
        <w:br/>
        <w:t>Дивлюсь на тебе й серцем завмираю,&lt;br /&gt;</w:t>
        <w:br/>
        <w:t>Із груди рветься розпучливий спів.&lt;br /&gt;</w:t>
        <w:br/>
        <w:t>А кожда скиба, кождий корчик лугу,&lt;br /&gt;</w:t>
        <w:br/>
        <w:t>Здається, стогне від таємних мук&lt;br /&gt;</w:t>
        <w:br/>
        <w:t>І навіває безграничну тугу&lt;br /&gt;</w:t>
        <w:br/>
        <w:t>За жертвами насильних вражих рук.&lt;br /&gt;</w:t>
        <w:br/>
        <w:t>І з жалощів згинаються коліна,&lt;br /&gt;</w:t>
        <w:br/>
        <w:t>І хочеться припасти до могил,&lt;br /&gt;</w:t>
        <w:br/>
        <w:t>І так ридать, щоби ціла країна&lt;br /&gt;</w:t>
        <w:br/>
        <w:t>Почула в собі бунт укритих сил.&lt;br /&gt;</w:t>
        <w:br/>
        <w:t>Щоби той люд не вмер для всякої надії&lt;br /&gt;</w:t>
        <w:br/>
        <w:t>Й відчув пекельний біль відвічних ран,&lt;br /&gt;</w:t>
        <w:br/>
        <w:t>Щоб викував з оков гармати крицевії&lt;br /&gt;</w:t>
        <w:br/>
        <w:t>І показав, що він не раб, а великан!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Поклін тобі, закований мій краю…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