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Похоронне бюро суперобслуговування</w:t>
      </w:r>
    </w:p>
    <w:p>
      <w:r>
        <w:br/>
        <w:t xml:space="preserve"> &lt;p&gt;ПОХОРОННЕ БЮРО СУПЕРОБСЛУГОВУВАННЯ</w:t>
      </w:r>
    </w:p>
    <w:p>
      <w:r>
        <w:br/>
        <w:t>1</w:t>
      </w:r>
    </w:p>
    <w:p>
      <w:r>
        <w:br/>
        <w:t>Перший раз я побачив рекламу тої дивної фірми на нашій корчмі.</w:t>
      </w:r>
    </w:p>
    <w:p>
      <w:r>
        <w:br/>
        <w:t>ВИ ЖИВІ?</w:t>
      </w:r>
    </w:p>
    <w:p>
      <w:r>
        <w:br/>
        <w:t>ПАМ'ЯТАЙТЕ, ЩО КОЛИСЬ ПОМРЕТЕ.</w:t>
      </w:r>
    </w:p>
    <w:p>
      <w:r>
        <w:br/>
        <w:t>Само собою, в нашому селі такі оголошення не часто побачиш. Тож я підійшов ближче, щоб прочитати до кінця.</w:t>
      </w:r>
    </w:p>
    <w:p>
      <w:r>
        <w:br/>
        <w:t>ЗАВІТАЙТЕ ДО…</w:t>
      </w:r>
    </w:p>
    <w:p>
      <w:r>
        <w:br/>
        <w:t>На тому реклама обривалася, хтось одірвав закінчення та й забрав собі на пам'ять. Наші люди тягнуть до хати все, що тільки вдасться. Не знаю, кому й навіщо здався той клапоть реклами.</w:t>
      </w:r>
    </w:p>
    <w:p>
      <w:r>
        <w:br/>
        <w:t>Вдруге я побачив подібне оголошення на птахофермі.</w:t>
      </w:r>
    </w:p>
    <w:p>
      <w:r>
        <w:br/>
        <w:t>ПОХОРОННЕ БЮРО</w:t>
      </w:r>
    </w:p>
    <w:p>
      <w:r>
        <w:br/>
        <w:t>"ВІТА"</w:t>
      </w:r>
    </w:p>
    <w:p>
      <w:r>
        <w:br/>
        <w:t>ПРОПОНУЄ ВАМ СВОЇ ПОСЛУГИ.</w:t>
      </w:r>
    </w:p>
    <w:p>
      <w:r>
        <w:br/>
        <w:t>Дивно, коли похоронне бюро зветься "ВІТА", тобто "ЖИТТЯ".</w:t>
      </w:r>
    </w:p>
    <w:p>
      <w:r>
        <w:br/>
        <w:t>Я прочитав оголошення до кінця. Освіту маю, читати вмію, а всього так і не второпав.</w:t>
      </w:r>
    </w:p>
    <w:p>
      <w:r>
        <w:br/>
        <w:t>Запам'ятав я адресу того бюро. Одного дня поїхав до міста замовити добрива і за одним махом зайшов туди.</w:t>
      </w:r>
    </w:p>
    <w:p>
      <w:r>
        <w:br/>
        <w:t>2</w:t>
      </w:r>
    </w:p>
    <w:p>
      <w:r>
        <w:br/>
        <w:t>Солідна фірма була ця "Віта". Великий засклений палац на центральній вулиці.</w:t>
      </w:r>
    </w:p>
    <w:p>
      <w:r>
        <w:br/>
        <w:t>А дівчата в уніформі посміхалися собі під ніс. Бачив я по очах, що за дурня мене мають. Я для них був такий собі сільський дядько. Правда, прийняли мене чемно, провели в канцелярію.</w:t>
      </w:r>
    </w:p>
    <w:p>
      <w:r>
        <w:br/>
        <w:t>За столом сиділа носата молодиця. Чиста тобі квочка. І квоктала, як та квочка.</w:t>
      </w:r>
    </w:p>
    <w:p>
      <w:r>
        <w:br/>
        <w:t>Рада, мовляв, що їхня фірма має клієнтів і в нашому селі. І що вони зроблять мене тут же, на місці.</w:t>
      </w:r>
    </w:p>
    <w:p>
      <w:r>
        <w:br/>
        <w:t>— Що це ви мені баки забиваєте, — кажу я сердито. Завжди злюся, коли з мене дурня роблять.</w:t>
      </w:r>
    </w:p>
    <w:p>
      <w:r>
        <w:br/>
        <w:t>А та квочка лиш хихоче і головою трясе. І вже ведуть мене до якоїсь комірчини. А за хвильку виводять з тої комірчини.</w:t>
      </w:r>
    </w:p>
    <w:p>
      <w:r>
        <w:br/>
        <w:t>Вели б мене чоловіки — я б опирався, але ведуть мене молоденькі веселі дівчатка, то я й іду, баран бараном.</w:t>
      </w:r>
    </w:p>
    <w:p>
      <w:r>
        <w:br/>
        <w:t>Вже й не тямлю, що це вони зі мною виробляють, куди ведуть. Слухняно йду куди кажуть, а все навколо дзижчить, гуде, шумить…</w:t>
      </w:r>
    </w:p>
    <w:p>
      <w:r>
        <w:br/>
        <w:t>Прикладають до мене якісь баняки, світять на мене якимись блимавками…</w:t>
      </w:r>
    </w:p>
    <w:p>
      <w:r>
        <w:br/>
        <w:t>3</w:t>
      </w:r>
    </w:p>
    <w:p>
      <w:r>
        <w:br/>
        <w:t>А тоді садовлять мене за столик і частують кавою. Сиджу, чекаю, сам не знаю чого. І вдаю, буцімто все розумію, щоб не сказали: ото дурний селюк. Усі так вдають, хто нічого не розуміє.</w:t>
      </w:r>
    </w:p>
    <w:p>
      <w:r>
        <w:br/>
        <w:t>Аж тут гульк — відчиняються двері. І заходить…</w:t>
      </w:r>
    </w:p>
    <w:p>
      <w:r>
        <w:br/>
        <w:t>Заходить…</w:t>
      </w:r>
    </w:p>
    <w:p>
      <w:r>
        <w:br/>
        <w:t>Заходить я. Другий я.</w:t>
      </w:r>
    </w:p>
    <w:p>
      <w:r>
        <w:br/>
        <w:t>Заходить, значить, той другий, а я задкую. Добра тобі зустріч — з самим собою. Дозадкував я до стіни, далі вже нікуди. Та й підступаю сам до себе. Тисну йому руку. І кажу йому щось: як, мовляв, справи.</w:t>
      </w:r>
    </w:p>
    <w:p>
      <w:r>
        <w:br/>
        <w:t>— Помаленьку, — каже той другий я, — а в тебе як?</w:t>
      </w:r>
    </w:p>
    <w:p>
      <w:r>
        <w:br/>
        <w:t>— Та так, нічого, — відповідаю, — непогано, — кажу, — виглядаєш.</w:t>
      </w:r>
    </w:p>
    <w:p>
      <w:r>
        <w:br/>
        <w:t>Так ото ми балакали, аж сім потів нас облило — мене і його. Стоїмо, розгублені, мовчимо, наче горлянки заклало, навіть не дивимось один на одного. Добрячу мали тоді придибенцію, я і той другий я. І тут відкриваються двері, зі сміхом вбігають дівчатка разом з тою, схожою на квочку.</w:t>
      </w:r>
    </w:p>
    <w:p>
      <w:r>
        <w:br/>
        <w:t>І кажуть, що це, мовляв, і є те, про що ми домовлялися. Не знали, чи зуміють мені добре пояснити, і вирішили показати, як воно на ділі виглядає — той знаменитий винахід. На закордонних планетах, мовляв, він давно вже в моді.</w:t>
      </w:r>
    </w:p>
    <w:p>
      <w:r>
        <w:br/>
        <w:t>— Який винахід? — питаю.</w:t>
      </w:r>
    </w:p>
    <w:p>
      <w:r>
        <w:br/>
        <w:t>А дівчата кажуть, що той другий я — це зліпок з мене. Двійник нібито, чи що, назвали його якимсь ученим словом, вже й не пам'ятаю як. А я стою далі, дивлюся сам на себе, і соромно мені за самого себе перед самим собою.</w:t>
      </w:r>
    </w:p>
    <w:p>
      <w:r>
        <w:br/>
        <w:t>4</w:t>
      </w:r>
    </w:p>
    <w:p>
      <w:r>
        <w:br/>
        <w:t>Ніколи б не подумав, що я так виглядаю, як виглядав збоку той другий я.</w:t>
      </w:r>
    </w:p>
    <w:p>
      <w:r>
        <w:br/>
        <w:t>Дарма. Завжди кажу собі: дарма. Це допомагає вибратися з халепи.</w:t>
      </w:r>
    </w:p>
    <w:p>
      <w:r>
        <w:br/>
        <w:t>Пробурмотів я собі під ніс те своє "дарма", та й слухаю, що дівчата розповідають. Вони ж, знай, мелють язиками, як найняті. Що це, мовляв, зараз дуже поширено — ще за життя мати ось такого двійника, а потім посадити того двійника на могилу замість різних янголів, богородичок чи всяких інших статуй, що раніше прикрашали могили.</w:t>
      </w:r>
    </w:p>
    <w:p>
      <w:r>
        <w:br/>
        <w:t>Що воно, мовляв, краще, а коли прикинути, обійдеться куди дешевше від янгола чи богородички.</w:t>
      </w:r>
    </w:p>
    <w:p>
      <w:r>
        <w:br/>
        <w:t>Той двійник сидить на могилі й балакає з тими, хто до нього підходить.</w:t>
      </w:r>
    </w:p>
    <w:p>
      <w:r>
        <w:br/>
        <w:t>На тих планетах, де фірма "Віта" вже не вдивовижу, люди ходять на цвинтарь, як ото на вечорниці-посиденьки, щоб побалакати собі з тими двійниками на могилах.</w:t>
      </w:r>
    </w:p>
    <w:p>
      <w:r>
        <w:br/>
        <w:t>Не тільки свічки приносять.</w:t>
      </w:r>
    </w:p>
    <w:p>
      <w:r>
        <w:br/>
        <w:t>Не тільки квіти.</w:t>
      </w:r>
    </w:p>
    <w:p>
      <w:r>
        <w:br/>
        <w:t>Ще й залюбки бесідують з небіжчиками.</w:t>
      </w:r>
    </w:p>
    <w:p>
      <w:r>
        <w:br/>
        <w:t>Двійники зроблені на славу, знають усе, що знав той, хто під ними лежить, і можуть говорити так само і про те саме, що й небіжчик за життя.</w:t>
      </w:r>
    </w:p>
    <w:p>
      <w:r>
        <w:br/>
        <w:t>— Дуже приємна розвага, — переконує мене та молодиця-квочка.</w:t>
      </w:r>
    </w:p>
    <w:p>
      <w:r>
        <w:br/>
        <w:t>"Як кому, як кому", — думаю.</w:t>
      </w:r>
    </w:p>
    <w:p>
      <w:r>
        <w:br/>
        <w:t>А чом би й ні? Хіба мені це зашкодить? Я уявив, як ото в поминальний день прийде до мене на могилу моя стара, а я від душі скажу все, що про неї думаю. На повний голос… Як умру, то вже наберуся відваги!</w:t>
      </w:r>
    </w:p>
    <w:p>
      <w:r>
        <w:br/>
        <w:t>А ще сусіди прийдуть, аякже, мають до кого там ходити, а я їм тоді все викладу, ось не зійти мені з цього місця, коли не викладу, — про ту кляту липу й крадені дрова…</w:t>
      </w:r>
    </w:p>
    <w:p>
      <w:r>
        <w:br/>
        <w:t>Усе мені торочила: мовчи та й мовчи. Моя стара. Я мовчав. Ось помру — не мовчатиму. Звісно, покійник може сказати все, що тільки заманеться.</w:t>
      </w:r>
    </w:p>
    <w:p>
      <w:r>
        <w:br/>
        <w:t>Гм, покійник… Це, звичайно, не те, що живий, але як інакше скажеш усе, що хотілось би сказати за життя?..</w:t>
      </w:r>
    </w:p>
    <w:p>
      <w:r>
        <w:br/>
        <w:t>В тому місці, де ховають мою рідню, огорожа доволі низенька і до вулиці близько. Хай-но хтось тільки пройде мимо. Хай тільки спробує показатись наше сільське начальство. Я ж їм, злодіякам, розсучим синам, покажу, де раки зимують…</w:t>
      </w:r>
    </w:p>
    <w:p>
      <w:r>
        <w:br/>
        <w:t>А скільки злодіїв завелося на нашому цвинтарі, крадуть усе підряд, варто комусь принести яку-небудь свічечку на могилу — тут же й украдуть…</w:t>
      </w:r>
    </w:p>
    <w:p>
      <w:r>
        <w:br/>
        <w:t>А тепер — дзуськи. Сидітиму на могилі і все бачитиму.</w:t>
      </w:r>
    </w:p>
    <w:p>
      <w:r>
        <w:br/>
        <w:t>"Ти, негіднику! — крикну. — Ану облиш свічку, вже як крадеш, то кради у живих, а мертвим дай спокій!"</w:t>
      </w:r>
    </w:p>
    <w:p>
      <w:r>
        <w:br/>
        <w:t>Доведеться безперестанку сидіти, як та статуя. Але то байдуже. Зате побачу всіх злодіїв і поскаржуся сторожеві, що мене, мертвого бідолаху, обікрали. Або, ще краще, скажу жінці, щоб принесла каміняччя — рука в мене замашна й влучна…</w:t>
      </w:r>
    </w:p>
    <w:p>
      <w:r>
        <w:br/>
        <w:t>Але що мене найбільше тішило, так це те, що тепер уже скажеш усе, що схочеш. Усе, що думаєш.</w:t>
      </w:r>
    </w:p>
    <w:p>
      <w:r>
        <w:br/>
        <w:t>Кожному скажу все, що думаю. Не раз я собі міркував: ось жив чоловік та й помер, звільнився від усього земного, дістав повну волю. І що йому з тої волі, раз язик мертвий? А ось тепер — інша річ, тепер можна подумати, що кому скажеш…</w:t>
      </w:r>
    </w:p>
    <w:p>
      <w:r>
        <w:br/>
        <w:t>Звичайно, я тут же заплатив за цього двійника. І за його встановлення. І попідписував усі потрібні папери. Двійника мали поставити на могилу відразу ж після моєї смерті.</w:t>
      </w:r>
    </w:p>
    <w:p>
      <w:r>
        <w:br/>
        <w:t>5</w:t>
      </w:r>
    </w:p>
    <w:p>
      <w:r>
        <w:br/>
        <w:t>Приїхав я додому, та й розказую жінці й усім домашнім, чого тільки не зможе ота науково-технічна революція. Домашні крутять головами і кажуть: що ж тепер буде, тепер люди боятимуться ходити на кладовище, бо на могилах сидітимуть мерці.</w:t>
      </w:r>
    </w:p>
    <w:p>
      <w:r>
        <w:br/>
        <w:t>Ой, а що було потім…</w:t>
      </w:r>
    </w:p>
    <w:p>
      <w:r>
        <w:br/>
        <w:t>За два роки вмерла теща.</w:t>
      </w:r>
    </w:p>
    <w:p>
      <w:r>
        <w:br/>
        <w:t>"Всі ми там будем, — подумав я, — шкода, звичайно, людини, але, що не кажи, а дома стало спокійніше. Теща, як ото теща, все накручувала жінку проти мене".</w:t>
      </w:r>
    </w:p>
    <w:p>
      <w:r>
        <w:br/>
        <w:t>Ну, але йдемо на кладовище. Вперше після тещіної смерті. Прийшли, а на могилі… сидить теща.</w:t>
      </w:r>
    </w:p>
    <w:p>
      <w:r>
        <w:br/>
        <w:t>Мене аж затіпало, мало не втік з кладовища. Але тут же опам'ятався. "Це ж не вона, — думаю, — це лиш її подоба, статуя з похоронного бюро".</w:t>
      </w:r>
    </w:p>
    <w:p>
      <w:r>
        <w:br/>
        <w:t>А теща вже мене стрічає.</w:t>
      </w:r>
    </w:p>
    <w:p>
      <w:r>
        <w:br/>
        <w:t>— Антосю, — гукає, єхидно посміхаючись, — а йди-но сюди, синочку! Нарешті я дочекалася, щоб сказати тобі все, що цілі роки в собі душила.</w:t>
      </w:r>
    </w:p>
    <w:p>
      <w:r>
        <w:br/>
        <w:t>Що було робити? Це ж жінчина рідна мама, не хто-небудь. Рота їй не заткнеш.</w:t>
      </w:r>
    </w:p>
    <w:p>
      <w:r>
        <w:br/>
        <w:t>Ох і дала ж мені прикурити! А я мовчав, не хотів робити на цвинтарі кумедії ворогам на втіху.</w:t>
      </w:r>
    </w:p>
    <w:p>
      <w:r>
        <w:br/>
        <w:t>Та ще й жінка щипала мене за руку, ледь шкіри не відщипнула.</w:t>
      </w:r>
    </w:p>
    <w:p>
      <w:r>
        <w:br/>
        <w:t>Люди дивляться на нас і регочуть. "Смійтеся, смійтеся, — думаю, — почекайте лишень, і у вас повмирають родичі, і вам буде те саме, як вони сядуть на могили. Це зараз вони такі терплячі та витримані. Хай-но тільки помруть…"</w:t>
      </w:r>
    </w:p>
    <w:p>
      <w:r>
        <w:br/>
        <w:t>У людей аж сльози текли від сміху, дехто вже й не міг реготати і втікав геть…</w:t>
      </w:r>
    </w:p>
    <w:p>
      <w:r>
        <w:br/>
        <w:t>"Давай, просторікуй собі, стара відьмо, — думав я. — Почекай-но, я ще сяду отут коло тебе. Тоді мені буде однаково, не панькатимуся з тобою, будь певна. А часу буде на розмови, часу… Роками, десятиліттями сидітимемо поруч".</w:t>
      </w:r>
    </w:p>
    <w:p>
      <w:r>
        <w:br/>
        <w:t>Як тільки помру…</w:t>
      </w:r>
    </w:p>
    <w:p>
      <w:r>
        <w:br/>
        <w:t>6</w:t>
      </w:r>
    </w:p>
    <w:p>
      <w:r>
        <w:br/>
        <w:t>Тепер наше кладовище, як і на високорозвинених закордонних планетах, переповнене двійниками…</w:t>
      </w:r>
    </w:p>
    <w:p>
      <w:r>
        <w:br/>
        <w:t>Фірма "Віта" процвітає.</w:t>
      </w:r>
    </w:p>
    <w:p>
      <w:r>
        <w:br/>
        <w:t>Здавалося, ото буде потіхи на кладовищі! Адже мало не на кожній могилі чубитиметься пара двійників. Чого тільки не почуєш, коли перегукується могила з могилою…</w:t>
      </w:r>
    </w:p>
    <w:p>
      <w:r>
        <w:br/>
        <w:t>Яка там потіха — кладовища порожні, свічок та квітів ніхто не носить, а як хтось коли й поткнеться з букетом чи вінком, то й утече зразу.</w:t>
      </w:r>
    </w:p>
    <w:p>
      <w:r>
        <w:br/>
        <w:t>Ось тільки тепер люди стали по-справжньому боятися покійників. І не, дивно. Бо мертвим нічого втрачати, вони виливають усе накипіле на душі. Бодай на кладовищі можна це зробити. От і я…</w:t>
      </w:r>
    </w:p>
    <w:p>
      <w:r>
        <w:br/>
        <w:t>І я колись нарешті скажу все, що думаю про наш світ. Геть усе скажу.</w:t>
      </w:r>
    </w:p>
    <w:p>
      <w:r>
        <w:br/>
        <w:t>ВСЕСВІТ. — 1989. — № 6.</w:t>
      </w:r>
    </w:p>
    <w:p>
      <w:r>
        <w:br/>
        <w:t>КОРОЛЬ Олег, переклад з чеської, 1989.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Похоронне бюро суперобслуговування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