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Похід князя Олега на греків</w:t>
      </w:r>
    </w:p>
    <w:p>
      <w:r>
        <w:br/>
        <w:t xml:space="preserve"> &lt;p&gt;Князь Олег, що після смерти Аскольда і Дира володів у Києві, правив мудро, будував городи і укріпляв їх, щоб забезпечити перед ворогами. І велика стала українська держава. Велика, могутня. Грізний став Олег сусідам. Боялися його, боялися заганятися в межі української держави. Вони, що були грізні колись Україні, самі тепер миру прохали! І жив Олег мирно з усіми сусіми народами, княжучи в Києві.</w:t>
      </w:r>
    </w:p>
    <w:p>
      <w:r>
        <w:br/>
        <w:t>Багатів Київ, багатіла українська держава, багатів український народ. Краще стало жити всім.</w:t>
      </w:r>
    </w:p>
    <w:p>
      <w:r>
        <w:br/>
        <w:t>Та нудно стало войовничій дружині княжій сиднем сидіти дома. От і кажуть дружинники до князя Олега:</w:t>
      </w:r>
    </w:p>
    <w:p>
      <w:r>
        <w:br/>
        <w:t>— Княже, остогидло нам ось так бездільно сидіти по домах, далі й мечі наші поржавіють. Час нам лицарської слави пошукати!</w:t>
      </w:r>
    </w:p>
    <w:p>
      <w:r>
        <w:br/>
        <w:t>А міщани, купці Київські:</w:t>
      </w:r>
    </w:p>
    <w:p>
      <w:r>
        <w:br/>
        <w:t>— Добре було б піти на греків і вимогти на них корисний торговельний договір. А то, як тепер, то дуже непевно заходити з греками в торгівлю, небезпечно навіть.</w:t>
      </w:r>
    </w:p>
    <w:p>
      <w:r>
        <w:br/>
        <w:t>Подумав князь Олег хвилину...</w:t>
      </w:r>
    </w:p>
    <w:p>
      <w:r>
        <w:br/>
        <w:t>— Підемо на греків! — сказав.</w:t>
      </w:r>
    </w:p>
    <w:p>
      <w:r>
        <w:br/>
        <w:t>І став Олег закликати охочих у військо в похід на греків. Сходилися всі, кому нудно стало дома сиднем сидіти, всі, хто слави й воєнної добичі бажав. Дві тисячі суден було готових у похід.</w:t>
      </w:r>
    </w:p>
    <w:p>
      <w:r>
        <w:br/>
        <w:t>І стало військо на конях перед теремом княжим. А Дніпро покрило дві тисячі суден. Пращається князь Олег із сімєю своею та з боярами. А до княжича Ігоря сказав:</w:t>
      </w:r>
    </w:p>
    <w:p>
      <w:r>
        <w:br/>
        <w:t>— Ти вже доріс, і не треба мені тебе оставляти ні під чиєю опікою. Час тобі вчитися правити самостійно. Хоч все ж таки не цурайся мудрих рад старого дворецького Живослава...</w:t>
      </w:r>
    </w:p>
    <w:p>
      <w:r>
        <w:br/>
        <w:t>Попращався Олег, скочив на свого улюбленого сивого й поїхав попереду війська...</w:t>
      </w:r>
    </w:p>
    <w:p>
      <w:r>
        <w:br/>
        <w:t>Заіржали бистрі коні, задудніли копитами, і похід рушив вперед.</w:t>
      </w:r>
    </w:p>
    <w:p>
      <w:r>
        <w:br/>
        <w:t>А разом і дві тисячі суден рушило. Вдарили весла, запінилися під веслами хвилі, замигтіли золотом приски з весел у промінні сонця й довгим вужем посунулися судна по хребті сивоусого діда — Дніпра.</w:t>
      </w:r>
    </w:p>
    <w:p>
      <w:r>
        <w:br/>
        <w:t>Гомоніла дружина, дзвеніла зброя, неслася грімка бойова пісня.</w:t>
      </w:r>
    </w:p>
    <w:p>
      <w:r>
        <w:br/>
        <w:t>Їде Олег, гордо дивиться на своє військо й думу думає:</w:t>
      </w:r>
    </w:p>
    <w:p>
      <w:r>
        <w:br/>
        <w:t>— Чи довго ще мені прийдеться на чолі війська лицарської слави добувати?</w:t>
      </w:r>
    </w:p>
    <w:p>
      <w:r>
        <w:br/>
        <w:t>Їде — аж зирк: під розложистим дубом сидить старець, сивий, як голуб, із довгою бородою, одягнений у зелену кирею,30</w:t>
      </w:r>
    </w:p>
    <w:p>
      <w:r>
        <w:br/>
        <w:t>[30] Кирея — довгий, дорогий плащ.</w:t>
      </w:r>
    </w:p>
    <w:p>
      <w:r>
        <w:br/>
        <w:t>яркочервоним поясом підперезаний. Біля нього висока палиця й гуслі. Сидить старець та зілля якесь порядкує, що йому два молоді хлопці в таких же одягах подають. Глянув на них Олег і відразу пізнав, що це Перунів віщун і що він лікувальне зілля з прислужниками</w:t>
      </w:r>
    </w:p>
    <w:p>
      <w:r>
        <w:br/>
        <w:t>[31] Кумир — бовван, статуя поганського божка.</w:t>
      </w:r>
    </w:p>
    <w:p>
      <w:r>
        <w:br/>
        <w:t>кумира31 Перуна збирає.</w:t>
      </w:r>
    </w:p>
    <w:p>
      <w:r>
        <w:br/>
        <w:t>І зараз завернув коня до старця, а за ним і прибічні дружинники його. Князь поздоровив волхва, як слід, та питає:</w:t>
      </w:r>
    </w:p>
    <w:p>
      <w:r>
        <w:br/>
        <w:t>— Я їду в похід на греків! Скажи мені, будь ласка, Перунів віщуне, чи вдасться мені похід, і чи здоров вернуся з походу?</w:t>
      </w:r>
    </w:p>
    <w:p>
      <w:r>
        <w:br/>
        <w:t>Поглянув волхв на князя та каже:</w:t>
      </w:r>
    </w:p>
    <w:p>
      <w:r>
        <w:br/>
        <w:t>— Похід тобі, княже, вдасться — вернешся з добиччю великою й у славі здоров. Ти не згинеш на бойовищі. Кінь, що любиш його та їздиш на ньому, твоя загибіль, від нього тобі вмерти!</w:t>
      </w:r>
    </w:p>
    <w:p>
      <w:r>
        <w:br/>
        <w:t>Сказав старець і немов з жалем дивився на князя. Дружинники думали, що князь обуриться на волхва. Та ні, він спокійно зліз з коня й наказав подати собі іншого, а потім прикликав молодого прибічника та сказав йому:</w:t>
      </w:r>
    </w:p>
    <w:p>
      <w:r>
        <w:br/>
        <w:t>— Відведи мого Сивого назад у Київ і накажи конюшому Яромирові, щоб доглядав його. Заслужив собі мій Сивий на це, бо не з однієї небезпеки винесли мене його бистрі ноги, чи то на ловах, чи в бою. Веди його, а потім нас доженеш!</w:t>
      </w:r>
    </w:p>
    <w:p>
      <w:r>
        <w:br/>
        <w:t>А військо рушило далі.</w:t>
      </w:r>
    </w:p>
    <w:p>
      <w:r>
        <w:br/>
        <w:t>Похід був не легкий, повний пригод. Зірвалася буря, понищила силу суден, треба було задержати похід і судна направляти. Два дні стратили на направу суден.</w:t>
      </w:r>
    </w:p>
    <w:p>
      <w:r>
        <w:br/>
        <w:t>Коли перепливали ходи пятого порога, розбилося об скелі порога кільканадцять суден, і вісім дружинників потонуло.</w:t>
      </w:r>
    </w:p>
    <w:p>
      <w:r>
        <w:br/>
        <w:t>Далі плили вже без пригод аж до острова, де ріс святий дуб.</w:t>
      </w:r>
    </w:p>
    <w:p>
      <w:r>
        <w:br/>
        <w:t>Князь велів подати жертву Перуновим жерцям. Ворожба була щаслива й недвозначна:</w:t>
      </w:r>
    </w:p>
    <w:p>
      <w:r>
        <w:br/>
        <w:t>— О, княже, Олегу, тобі ніхто не опреться — сказала ворожба.</w:t>
      </w:r>
    </w:p>
    <w:p>
      <w:r>
        <w:br/>
        <w:t>Князь велів старшинам оповісти ворожбу всьому війську. І серед радісних окликів військо і на суднах і кіньми рушило вперед.</w:t>
      </w:r>
    </w:p>
    <w:p>
      <w:r>
        <w:br/>
        <w:t>Прийшли під Царгород. Та греки завчасу довідалися про Олегів похід і замкнули Суд, пролив між Чорним морем і Царгородом, а в городі поправили укріплення, військом сильно обложили мури.</w:t>
      </w:r>
    </w:p>
    <w:p>
      <w:r>
        <w:br/>
        <w:t>І сказав Олег:</w:t>
      </w:r>
    </w:p>
    <w:p>
      <w:r>
        <w:br/>
        <w:t>— Не пускають нас водою, так підемо суходолом. Витягти судна на берег!</w:t>
      </w:r>
    </w:p>
    <w:p>
      <w:r>
        <w:br/>
        <w:t>Витягли і кинулися на пригороди Царгороду та на довколишні оселі — доми, оселі руйнували, церков не щадили, людей убивали.</w:t>
      </w:r>
    </w:p>
    <w:p>
      <w:r>
        <w:br/>
        <w:t>Думав завзятущий князь-воїн, як би то дістатися суходолом під мури города.</w:t>
      </w:r>
    </w:p>
    <w:p>
      <w:r>
        <w:br/>
        <w:t>Аж тут підходить до нього старець і каже:</w:t>
      </w:r>
    </w:p>
    <w:p>
      <w:r>
        <w:br/>
        <w:t>— Задумався княже, що города не здобудеш? Здобудеш, тільки піди суднами по суходолі, як по воді!</w:t>
      </w:r>
    </w:p>
    <w:p>
      <w:r>
        <w:br/>
        <w:t>І зник, як не був.</w:t>
      </w:r>
    </w:p>
    <w:p>
      <w:r>
        <w:br/>
        <w:t>Здивувався князь:</w:t>
      </w:r>
    </w:p>
    <w:p>
      <w:r>
        <w:br/>
        <w:t>— Хто це міг бути? Може сам Перун у людській постаті? — "Здобудеш, тільки піди суднами по суходолі, як по воді!" — сказав. Та як же ж це можливе?</w:t>
      </w:r>
    </w:p>
    <w:p>
      <w:r>
        <w:br/>
        <w:t>І пішов князь над берег, де судна стояли.</w:t>
      </w:r>
    </w:p>
    <w:p>
      <w:r>
        <w:br/>
        <w:t>А вітер був сильний! Понапинав усі вітрила.</w:t>
      </w:r>
    </w:p>
    <w:p>
      <w:r>
        <w:br/>
        <w:t>Князь дивився, дивився на даремні зусилля вітру рушити з місця судна, аж нараз і блиснула йому думка:</w:t>
      </w:r>
    </w:p>
    <w:p>
      <w:r>
        <w:br/>
        <w:t>— А якби так приробити колеса до суден, чи не пішли б вони під таким вітром по рівнині?</w:t>
      </w:r>
    </w:p>
    <w:p>
      <w:r>
        <w:br/>
        <w:t>І покликав майстрів:</w:t>
      </w:r>
    </w:p>
    <w:p>
      <w:r>
        <w:br/>
        <w:t>— Приробіть — каже — до одного судна колеса!</w:t>
      </w:r>
    </w:p>
    <w:p>
      <w:r>
        <w:br/>
        <w:t>Майстри приробили... Пустили за попутнім вітром. Навдивовижу всім, судно поплило, як по воді!</w:t>
      </w:r>
    </w:p>
    <w:p>
      <w:r>
        <w:br/>
        <w:t>— Гаразд! — каже князь — попливемо суходолом.</w:t>
      </w:r>
    </w:p>
    <w:p>
      <w:r>
        <w:br/>
        <w:t>І велів проголосити всьому війську своєму, що в нього був віщун і казав, що здобудуть Царгород, коли попливуть по суходолі, як по воді. А для цього треба приробити до суден колеса.</w:t>
      </w:r>
    </w:p>
    <w:p>
      <w:r>
        <w:br/>
        <w:t>І закипіла робота. До двох днів усі судна стояли на колесах, а вітрила наготовані. Тільки попутнього вітру, а всі судна так і попливуть на город по землі, наче по морських хвилях!</w:t>
      </w:r>
    </w:p>
    <w:p>
      <w:r>
        <w:br/>
        <w:t>Діждалися. Зірвався не вітер, а вихор! Вітрила напнулися, і судна рушили вперед. Ледве дружинники вспіли повсідати в судна.</w:t>
      </w:r>
    </w:p>
    <w:p>
      <w:r>
        <w:br/>
        <w:t>Загреміла бойова пісня, задзвеніла зброя.</w:t>
      </w:r>
    </w:p>
    <w:p>
      <w:r>
        <w:br/>
        <w:t>Побачили це греки й із дивного дива роти повідкривали. А там і жах обняв їх:</w:t>
      </w:r>
    </w:p>
    <w:p>
      <w:r>
        <w:br/>
        <w:t>— Як це? По суходолі пливе, як по воді? Тут напевно чари! Не даром іде слава про Олега, що він чародій, і не даром Віщим зовуть його.</w:t>
      </w:r>
    </w:p>
    <w:p>
      <w:r>
        <w:br/>
        <w:t>І не зважилося грецьке військо виступити проти русичів.</w:t>
      </w:r>
    </w:p>
    <w:p>
      <w:r>
        <w:br/>
        <w:t>— Чари, чари! — кричали — небезпечно йти!</w:t>
      </w:r>
    </w:p>
    <w:p>
      <w:r>
        <w:br/>
        <w:t>Що ж було царям діяти? Скликали раду. І врадили вислати послів до Олега.</w:t>
      </w:r>
    </w:p>
    <w:p>
      <w:r>
        <w:br/>
        <w:t>Прийшли посли:</w:t>
      </w:r>
    </w:p>
    <w:p>
      <w:r>
        <w:br/>
        <w:t>— Не губи города, княже, — сказали — заплатимо данину, якої жадаеш!</w:t>
      </w:r>
    </w:p>
    <w:p>
      <w:r>
        <w:br/>
        <w:t>— Згода, — каже князь Олег — та перше дайте харчів і вина для мого війська.</w:t>
      </w:r>
    </w:p>
    <w:p>
      <w:r>
        <w:br/>
        <w:t>Вернулися посли й переказали це царям. А царедворці й кажуть:</w:t>
      </w:r>
    </w:p>
    <w:p>
      <w:r>
        <w:br/>
        <w:t>— Даймо їм таких харчів і такого вина, щоб й Олег і військо його не вернулися вже додому.</w:t>
      </w:r>
    </w:p>
    <w:p>
      <w:r>
        <w:br/>
        <w:t>— Гаразд, — кажуть царі — це найлегший спосіб звільнитися від них!</w:t>
      </w:r>
    </w:p>
    <w:p>
      <w:r>
        <w:br/>
        <w:t>І послали послів із вином та з харчами!</w:t>
      </w:r>
    </w:p>
    <w:p>
      <w:r>
        <w:br/>
        <w:t>— Вітай, княже! — сказали посли. — Цар здоровить тебе й пересилає для тебе й для війська твого харчі та вино!</w:t>
      </w:r>
    </w:p>
    <w:p>
      <w:r>
        <w:br/>
        <w:t>Та мудрий був князь Олег і вмів читати в очах і в лицях людей!</w:t>
      </w:r>
    </w:p>
    <w:p>
      <w:r>
        <w:br/>
        <w:t>І каже послам:</w:t>
      </w:r>
    </w:p>
    <w:p>
      <w:r>
        <w:br/>
        <w:t>— У нас є звичай, що хто подає вино, то перший п'є чашу, щоб показати, що в вині нема отрути. Випийте ж і ви перші вашого вина!</w:t>
      </w:r>
    </w:p>
    <w:p>
      <w:r>
        <w:br/>
        <w:t>Та не хотіли вони!</w:t>
      </w:r>
    </w:p>
    <w:p>
      <w:r>
        <w:br/>
        <w:t>— У нас немає цього звичаю, — відповіли — перші п'ють гості!</w:t>
      </w:r>
    </w:p>
    <w:p>
      <w:r>
        <w:br/>
        <w:t>— То хай буде по-вашому! Вино вже наше, а ви гості в нас! — сказав князь. — Пийте!</w:t>
      </w:r>
    </w:p>
    <w:p>
      <w:r>
        <w:br/>
        <w:t>Та не хотіли гості — ні та й ні!</w:t>
      </w:r>
    </w:p>
    <w:p>
      <w:r>
        <w:br/>
        <w:t>— Значить у вашому вині є отрута! — сказав князь і насупив грізно брови.</w:t>
      </w:r>
    </w:p>
    <w:p>
      <w:r>
        <w:br/>
        <w:t>Посли нічого не відповіли, дрижали, як осиковий лист! Ану ж, насильно схоче їх напоїти цим вином.</w:t>
      </w:r>
    </w:p>
    <w:p>
      <w:r>
        <w:br/>
        <w:t>Та Олег сказав:</w:t>
      </w:r>
    </w:p>
    <w:p>
      <w:r>
        <w:br/>
        <w:t>— Заберіть собі вино й харчі ваші, я не приймаю їх. Воюю город!</w:t>
      </w:r>
    </w:p>
    <w:p>
      <w:r>
        <w:br/>
        <w:t>Поклонилися посли князеві й вернулися до царів. Оповіли все.</w:t>
      </w:r>
    </w:p>
    <w:p>
      <w:r>
        <w:br/>
        <w:t>І налякалися царі й усі царедворці і сказали:</w:t>
      </w:r>
    </w:p>
    <w:p>
      <w:r>
        <w:br/>
        <w:t>— Це не Олег, тільки св. Димитрій, посланий на нас від Бога!</w:t>
      </w:r>
    </w:p>
    <w:p>
      <w:r>
        <w:br/>
        <w:t>І знов послали царі послів, а князь Олег сказав їм:</w:t>
      </w:r>
    </w:p>
    <w:p>
      <w:r>
        <w:br/>
        <w:t>— У мене дві тисячі суден, а в кожному судні по сорок дружинників. Дасте на кожного дружинника по дванадцять гривень.</w:t>
      </w:r>
    </w:p>
    <w:p>
      <w:r>
        <w:br/>
        <w:t>Греки пристали на це й почали в Олега мира просити, щоб не воював грецької землі.</w:t>
      </w:r>
    </w:p>
    <w:p>
      <w:r>
        <w:br/>
        <w:t>І Олег із військом своїм відступив на невелику віддаль від города та почав мир творити з царями грецькими, із Львом та з Олександром.</w:t>
      </w:r>
    </w:p>
    <w:p>
      <w:r>
        <w:br/>
        <w:t>Послав до них дружинників своїх: Карла, Фарлофа, Веремуда, Рулава та Стемида, що знали грецьку мову.</w:t>
      </w:r>
    </w:p>
    <w:p>
      <w:r>
        <w:br/>
        <w:t>Прийшли посли й відразу гордо сказали:</w:t>
      </w:r>
    </w:p>
    <w:p>
      <w:r>
        <w:br/>
        <w:t>— Давайте данину!</w:t>
      </w:r>
    </w:p>
    <w:p>
      <w:r>
        <w:br/>
        <w:t>І спитали греки:</w:t>
      </w:r>
    </w:p>
    <w:p>
      <w:r>
        <w:br/>
        <w:t>— Чого хочете? — Все дамо вам!</w:t>
      </w:r>
    </w:p>
    <w:p>
      <w:r>
        <w:br/>
        <w:t>І сказали Олегові посли в імені князя:</w:t>
      </w:r>
    </w:p>
    <w:p>
      <w:r>
        <w:br/>
        <w:t>— Дасте нашому війську на дві тисячі кораблів по дванадцнть гривень на ключ, тобто на господаря дому, а потім данину на руські городи: передусім на Київ, так само на Чернігів і на Переяслав і на Полоцьк і на Ростів і на всі інші городи, де сидять князі, що під князем Олегом.</w:t>
      </w:r>
    </w:p>
    <w:p>
      <w:r>
        <w:br/>
        <w:t>Що ж було діяти грекам? Згодилися. І списали договір, дуже корисний для київської держави.</w:t>
      </w:r>
    </w:p>
    <w:p>
      <w:r>
        <w:br/>
        <w:t>Так царі Лев і Олександер помирилися з Олегом, великим князем України, дали данину й заприсягли, хрест цілували, а Олег і його мужі клялися на зброю свою та Перуном, і закріпили мир.</w:t>
      </w:r>
    </w:p>
    <w:p>
      <w:r>
        <w:br/>
        <w:t>І сказав Олег:</w:t>
      </w:r>
    </w:p>
    <w:p>
      <w:r>
        <w:br/>
        <w:t>— Зшийте паволочні вітрила для дружинників, а війську кропивяні.</w:t>
      </w:r>
    </w:p>
    <w:p>
      <w:r>
        <w:br/>
        <w:t>Греки дали їм паволочні та кропивяні на всі судна. На знак перемоги прибив Олег на воротах Царгороду свого щита.</w:t>
      </w:r>
    </w:p>
    <w:p>
      <w:r>
        <w:br/>
        <w:t>І відїхали з-під Царгороду.</w:t>
      </w:r>
    </w:p>
    <w:p>
      <w:r>
        <w:br/>
        <w:t>Напняли нові вітрила. Княжі дружинники паволочні, а інше військо кропивяні.</w:t>
      </w:r>
    </w:p>
    <w:p>
      <w:r>
        <w:br/>
        <w:t>Із переможеною піснею верталися. Співці славили кннзя Олега, його розум і хоробрість. Коли вже виплили на Дніпро, зірвався сильний вихор і подер кропивяні вітрила.</w:t>
      </w:r>
    </w:p>
    <w:p>
      <w:r>
        <w:br/>
        <w:t>— Берімся назад до своїх вітрил із товстого полотна! Не для нас, Словен, кропивяні вітрила! — Для греків може вони й добрі, а для нас ні! — сказало військо и почепило назад свої конопляні вітрила.</w:t>
      </w:r>
    </w:p>
    <w:p>
      <w:r>
        <w:br/>
        <w:t>Із славою та добиччю багатою вернувся князь Олег у Київ. Силу силенну</w:t>
      </w:r>
    </w:p>
    <w:p>
      <w:r>
        <w:br/>
        <w:t>[32] Узоріччя — дорогоцінності.</w:t>
      </w:r>
    </w:p>
    <w:p>
      <w:r>
        <w:br/>
        <w:t>навезли золота, паволок, овочів і вин та узоріччя32 всякого.</w:t>
      </w:r>
    </w:p>
    <w:p>
      <w:r>
        <w:br/>
        <w:t>Через кілька днів справив князь Олег пир своїй дружині. Лилися дорогі грецькі вина. Срібні й золоті чаші мигтіли, наче зорі, в руках дружинників.</w:t>
      </w:r>
    </w:p>
    <w:p>
      <w:r>
        <w:br/>
        <w:t>— Слава, слава князеві Олегові! — кричали дружинники.</w:t>
      </w:r>
    </w:p>
    <w:p>
      <w:r>
        <w:br/>
        <w:t>А співці співали пісні про славний похід князя на Царгород.</w:t>
      </w:r>
    </w:p>
    <w:p>
      <w:r>
        <w:br/>
        <w:t>І співав один співець і про те, як князь Олег свого любого коня оставив дома, бо від цього коня мала бути смерть князеві. А кінь стоїть у стайні, годують його добре, зеленою паполомою33</w:t>
      </w:r>
    </w:p>
    <w:p>
      <w:r>
        <w:br/>
        <w:t>[33] Паполома — покри-вало, рід дорогої матерії.</w:t>
      </w:r>
    </w:p>
    <w:p>
      <w:r>
        <w:br/>
        <w:t>накривають! Та тужить кінь, сумує-тужить за князем любим і за славою воєнною!</w:t>
      </w:r>
    </w:p>
    <w:p>
      <w:r>
        <w:br/>
        <w:t>І засумував князь Олег, а потім сказав:</w:t>
      </w:r>
    </w:p>
    <w:p>
      <w:r>
        <w:br/>
        <w:t>— Покличте конюшого мого!</w:t>
      </w:r>
    </w:p>
    <w:p>
      <w:r>
        <w:br/>
        <w:t>Прийшов конюший, низько кланяється...</w:t>
      </w:r>
    </w:p>
    <w:p>
      <w:r>
        <w:br/>
        <w:t>— А що мій Сивий діє? — спитав князь. — Де мій кінь, що я велів тобі його годувати й доглядати?</w:t>
      </w:r>
    </w:p>
    <w:p>
      <w:r>
        <w:br/>
        <w:t>— Згинув! — відповів коротко конюший.</w:t>
      </w:r>
    </w:p>
    <w:p>
      <w:r>
        <w:br/>
        <w:t>— Як?! — аж скрикнув князь. — Ти не дбав про нього!</w:t>
      </w:r>
    </w:p>
    <w:p>
      <w:r>
        <w:br/>
        <w:t>— Ні, княже, — відповів конюший дрижачим голосом — доглядали його добре, краще за всіх коней — так він їсти не хотів нічого, тужив і чахнув — та згинув вкінці.</w:t>
      </w:r>
    </w:p>
    <w:p>
      <w:r>
        <w:br/>
        <w:t>— За мною тужив мій коник і за славою воєнною! — сказав князь Олег сумно. — Осідлайте мені коня! — гукнув до отроків.34</w:t>
      </w:r>
    </w:p>
    <w:p>
      <w:r>
        <w:br/>
        <w:t>[34] Отрок — юнак джура, дружинник.</w:t>
      </w:r>
    </w:p>
    <w:p>
      <w:r>
        <w:br/>
        <w:t>— Хай побачу кості мого Сивого!</w:t>
      </w:r>
    </w:p>
    <w:p>
      <w:r>
        <w:br/>
        <w:t>Поїхав. А за ним дружинники найближчі.</w:t>
      </w:r>
    </w:p>
    <w:p>
      <w:r>
        <w:br/>
        <w:t>І приїхали на місце, де лежали кості коня голі і череп його голий. І зліз князь із коня й сказав із насміхом:</w:t>
      </w:r>
    </w:p>
    <w:p>
      <w:r>
        <w:br/>
        <w:t>— Чи від цього ж то черепа має прийти мені смерть?</w:t>
      </w:r>
    </w:p>
    <w:p>
      <w:r>
        <w:br/>
        <w:t>І став ногою на череп. Та у цю хвилину закричав — із черепа виповзла гадюка й укусила його в ногу...</w:t>
      </w:r>
    </w:p>
    <w:p>
      <w:r>
        <w:br/>
        <w:t>Нога відразу напухла.</w:t>
      </w:r>
    </w:p>
    <w:p>
      <w:r>
        <w:br/>
        <w:t>Кликали знахорів, не помогли. Пухлина з ноги пішла далі.</w:t>
      </w:r>
    </w:p>
    <w:p>
      <w:r>
        <w:br/>
        <w:t>І побачив князь Олег, що смерть близько вже, і тоді сказав:</w:t>
      </w:r>
    </w:p>
    <w:p>
      <w:r>
        <w:br/>
        <w:t>— Правду сказав колись віщун. Я гину від мого любого коня!</w:t>
      </w:r>
    </w:p>
    <w:p>
      <w:r>
        <w:br/>
        <w:t>Помер князь Олег. І плакали по ньому всі. Князь Ігор, хоч уже дорослий був і жонатий, плакав, як дитина, як по батькові рідному.</w:t>
      </w:r>
    </w:p>
    <w:p>
      <w:r>
        <w:br/>
        <w:t>І поховали Олега на горі Щекавиці біля Щекової могили.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Похід князя Олега на греків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