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Поєдинок на астероїді</w:t>
      </w:r>
    </w:p>
    <w:p>
      <w:r>
        <w:br/>
        <w:t xml:space="preserve"> &lt;p&gt;ОЛЕСЬ БЕРДНИК</w:t>
      </w:r>
    </w:p>
    <w:p>
      <w:r>
        <w:br/>
        <w:t>Поєдинок на астероїдi</w:t>
      </w:r>
    </w:p>
    <w:p>
      <w:r>
        <w:br/>
        <w:t>...Гаррi Бор, закривши очi, раював. Нарештi, сьогоднi здiйснюється його мрiя...</w:t>
      </w:r>
    </w:p>
    <w:p>
      <w:r>
        <w:br/>
        <w:t>Перукар кращої фешенебельної перукарнi в Сан-Францiско хутко намилював йому щоки, а Гаррi тим часом думав про те, як вiн — сяючий i щасливий прийде до коханої Елiзабет i розповiсть про свою надзвичайну вдачу... i, звичайно, про свою любов... Про любов до неї — лукавої кокетки Елiзабет!..</w:t>
      </w:r>
    </w:p>
    <w:p>
      <w:r>
        <w:br/>
        <w:t>Який вiн щасливий!.. Справдi, ще недавно Гаррi захоплено слухав розповiдi пiонерiв-дослiдникiв Космосу про страшнi i цiкавi подорожi в безоднях простору, в марсiанських пустелях, мiж скелями на супутниках Урана i Сатурна, про експедицiї на Плутон та iншi планети... А тепер вiн сам вiзьме участь в космофiзичнiй експедицiї, яка летить в пояс астероїдiв для розшукiв дорогих мiнералiв i радiоактивних руд.</w:t>
      </w:r>
    </w:p>
    <w:p>
      <w:r>
        <w:br/>
        <w:t>Гаррi пам'ятає, що багато мандрiвникiв загинули в безоднi неба, багато вернулися калiками, але тi, хто ставив перед собою мету, достойну енергiйної людини — вернулися з Космосу мiльйонерами, з алмазами i золотом! Вiн теж пiде по їх шляху — вiн знайде на астероїдах дорогоцiннi мiнерали i привезе дорогiй Елiзабет такi алмази i сапфiри, яких немає навiть у англiйської королеви... Досить їй поневiрятися!.. Вона напевне до цього часу так холодно ставиться до мене тому, що я був нiхто!.. А й справдi — що їй якийсь обiрваний студент!.. Але сьогоднi вiн — Гаррi — розповiсть їй про все!! Вона трохи зачекає — i вони заживуть щасливо... I тодi хай iншi заздрять їм, як нинi Гаррi i Елiзабет заздрять багатiям...</w:t>
      </w:r>
    </w:p>
    <w:p>
      <w:r>
        <w:br/>
        <w:t>Гаррi розкрив очi i глянув у дзеркало. Звiдти виглядало самозадоволене обличчя i веселi карi очi. Вiн пiдморгнув сам собi i засмiявся...</w:t>
      </w:r>
    </w:p>
    <w:p>
      <w:r>
        <w:br/>
        <w:t>— Мiстер щасливий? — схилився над Гаррi перукар.</w:t>
      </w:r>
    </w:p>
    <w:p>
      <w:r>
        <w:br/>
        <w:t>— О так, мiстер щасливий! — весело вiдповiв Бор.</w:t>
      </w:r>
    </w:p>
    <w:p>
      <w:r>
        <w:br/>
        <w:t>— Дiвчина?..</w:t>
      </w:r>
    </w:p>
    <w:p>
      <w:r>
        <w:br/>
        <w:t>— Так!..</w:t>
      </w:r>
    </w:p>
    <w:p>
      <w:r>
        <w:br/>
        <w:t>— Тодi пропоную мiстеру найновiший одеколон "Космiчна катастрофа". Дуже модно!..</w:t>
      </w:r>
    </w:p>
    <w:p>
      <w:r>
        <w:br/>
        <w:t>— Валяйте "Космiчну катастрофу"! — сказав Гаррi.</w:t>
      </w:r>
    </w:p>
    <w:p>
      <w:r>
        <w:br/>
        <w:t>Перукар, безперервно мелючи язиком, виголював до блиску його щоки.</w:t>
      </w:r>
    </w:p>
    <w:p>
      <w:r>
        <w:br/>
        <w:t>— Масаж? —закiнчивши брити, запитав вiн.</w:t>
      </w:r>
    </w:p>
    <w:p>
      <w:r>
        <w:br/>
        <w:t>— Так!</w:t>
      </w:r>
    </w:p>
    <w:p>
      <w:r>
        <w:br/>
        <w:t>— Яким методом? — Як хочете!..</w:t>
      </w:r>
    </w:p>
    <w:p>
      <w:r>
        <w:br/>
        <w:t>— Пропоную "Поцiлунок на Марсi"...</w:t>
      </w:r>
    </w:p>
    <w:p>
      <w:r>
        <w:br/>
        <w:t>— Чудесно!..</w:t>
      </w:r>
    </w:p>
    <w:p>
      <w:r>
        <w:br/>
        <w:t>— Компрес "Вальс Венери"...</w:t>
      </w:r>
    </w:p>
    <w:p>
      <w:r>
        <w:br/>
        <w:t>— Боже мiй! — вигукнув Бор. —Та ви на мене весь Космос звалили!..</w:t>
      </w:r>
    </w:p>
    <w:p>
      <w:r>
        <w:br/>
        <w:t>Перукар засмiявся.</w:t>
      </w:r>
    </w:p>
    <w:p>
      <w:r>
        <w:br/>
        <w:t>— Крик моди! Нiчого не поробиш!.. Ну, а на закiнчення — "Космiчна катастрофа"!..</w:t>
      </w:r>
    </w:p>
    <w:p>
      <w:r>
        <w:br/>
        <w:t>Нiжний струмiнь освiжив лице Гаррi. Запах — незвичайно тонкий дурманив свiдомiсть. Закрутилося в головi.</w:t>
      </w:r>
    </w:p>
    <w:p>
      <w:r>
        <w:br/>
        <w:t>— Якщо i справжня космiчна катастрофа така ж приємна, то боятися її не слiд! — засмiявся Гаррi, розплачуючись з веселим перукарем.</w:t>
      </w:r>
    </w:p>
    <w:p>
      <w:r>
        <w:br/>
        <w:t>— Бажаю вам грошей i поцiлункiв! — крикнув услiд той.</w:t>
      </w:r>
    </w:p>
    <w:p>
      <w:r>
        <w:br/>
        <w:t>Швидкiсний лiфт помчав Гаррi вниз. Потiм вiн перейшов на автоматичний тротуар i, знову пiднявшись лiфтом на 30 поверх, подзвонив.</w:t>
      </w:r>
    </w:p>
    <w:p>
      <w:r>
        <w:br/>
        <w:t>Дверi рвучко вiдкрилися, i прямо в коридор вискочила з кiмнати Елiзабет, ледве не зiткнувшись з Гаррi, — висока, струнка, з трохи примруженими очима, з гарячим лукавим поглядом.</w:t>
      </w:r>
    </w:p>
    <w:p>
      <w:r>
        <w:br/>
        <w:t>— Гаррi! — закричала вона, смiшно сплеснувши руками, — який ти сьогоднi шикарний! Грошi одержав чи, може, добру роботу знайшов?..</w:t>
      </w:r>
    </w:p>
    <w:p>
      <w:r>
        <w:br/>
        <w:t>— Я щасливий, Елiзабет! — вiдповiв Гаррi, йдучи за дiвчиною до кiмнати. — Поздоров мене — я вилiтаю в складi космiчної експедицiї!..</w:t>
      </w:r>
    </w:p>
    <w:p>
      <w:r>
        <w:br/>
        <w:t>— Куди?</w:t>
      </w:r>
    </w:p>
    <w:p>
      <w:r>
        <w:br/>
        <w:t>— В пояс астероїдiв!</w:t>
      </w:r>
    </w:p>
    <w:p>
      <w:r>
        <w:br/>
        <w:t>— Це ж дуже небезпечно! Що ти будеш там робити?..</w:t>
      </w:r>
    </w:p>
    <w:p>
      <w:r>
        <w:br/>
        <w:t>— Що я буду робити? — задумано перепитав Гаррi. — Шукати мiнералiв... Це ясно!.. Але, Елiзабет! Я хотiв би сьогоднi поговорити з тобою одверто i до кiнця!..</w:t>
      </w:r>
    </w:p>
    <w:p>
      <w:r>
        <w:br/>
        <w:t>— Гаррi! Я завжди з задоволенням слухаю тебе! I гадаю, що завжди ми з тобою говоримо вiдверто!..</w:t>
      </w:r>
    </w:p>
    <w:p>
      <w:r>
        <w:br/>
        <w:t>— Бачиш, доки я вчився, до цього часу ти якось холодно ставилася до мене... i я думав, що ти, звичайно, маєш рацiю, бо що я вартий — бiдний i...</w:t>
      </w:r>
    </w:p>
    <w:p>
      <w:r>
        <w:br/>
        <w:t>— I дурний, — закiнчила Елiзабет.</w:t>
      </w:r>
    </w:p>
    <w:p>
      <w:r>
        <w:br/>
        <w:t>— Не перебивай... Я знаю — тобi потрiбне веселе життя, а не таке, як тут, в цiй конурi! I тому ти не могла вiдповiсти на мої почуття! Я не осуджую тебе!.. Але тепер! Тепер я прилечу з неба мiльйонером, я привезу тобi чудеснi алмази звiдти! I ми з тобою будемо жити так, щоб кожен крок був усипаний тiльки квiтами, щоб щастя супроводжувало нас завжди!</w:t>
      </w:r>
    </w:p>
    <w:p>
      <w:r>
        <w:br/>
        <w:t>— Ти став поетом! — засмiялася Елiзабет. — Але, по-моєму, в тебе думки повернулися не в той бiк! Послухай, Гаррi! Хто тобi сказав, що я холодно ставилася до тебе?.. Просто ти був боязким, милий дурню! А твоїх алмазiв менi не потрiбно, чуєш?.. Я навiть боюсь чогось!..</w:t>
      </w:r>
    </w:p>
    <w:p>
      <w:r>
        <w:br/>
        <w:t>— Чого, Елi? — нiжно запитав Гаррi.</w:t>
      </w:r>
    </w:p>
    <w:p>
      <w:r>
        <w:br/>
        <w:t>— Не знаю!.. Менi не хочеться, щоб ти летiв... Я знаю, що ми з тобою i без цього побудували б хорошу сiм'ю! Я давно вирiшила...</w:t>
      </w:r>
    </w:p>
    <w:p>
      <w:r>
        <w:br/>
        <w:t>— Елi! — крикнув в захопленнi Гаррi. — Бiсова дiвчинка! Чому ж ти менi не говорила?</w:t>
      </w:r>
    </w:p>
    <w:p>
      <w:r>
        <w:br/>
        <w:t>— Вирiшила трохи помучити тебе! — лукаво блиснула очима Елiзабет. — I все ж таки я прошу тебе — не треба твоїх мiльйонiв!.. Може, ти не поїдеш! Ми краще поїдемо в нашу весiльну подорож!..</w:t>
      </w:r>
    </w:p>
    <w:p>
      <w:r>
        <w:br/>
        <w:t>— Нi, Елi! — пристрасно зашепотiв Гаррi, виключаючи свiтло i пригортаючи Елiзабет. — Нi. моя радiсть, я хочу одягнути тебе, як королеву, я хочу, щоб красивiшої вiд тебе не було в Сан-Францiско... нi! в цiлому цвiтi... Менi обридло нужденне життя! Нарештi, ти знаєш, що, хто хоче жити, той мусить боротися!.. Будь-якими засобами!..</w:t>
      </w:r>
    </w:p>
    <w:p>
      <w:r>
        <w:br/>
        <w:t>Елiзабет щось хотiла заперечити, та хмiль кохання — молодого i непереможного — ударив до голови i змiшав всi думки в радiсному вихорi великого таїнства першої любовi...</w:t>
      </w:r>
    </w:p>
    <w:p>
      <w:r>
        <w:br/>
        <w:t>...Другого дня Гаррi i Елiзабет в прозорому авто о першiй годинi дня в'їхали на територiю порту космiчних ракет. Гаррi вийшов з машини, Елiзабет за ним.</w:t>
      </w:r>
    </w:p>
    <w:p>
      <w:r>
        <w:br/>
        <w:t>Дiвчина тут ще не дула i бачила все лише на картинках. Вона зацiкавлено оглядалася навкруги.</w:t>
      </w:r>
    </w:p>
    <w:p>
      <w:r>
        <w:br/>
        <w:t>На неосяжнiй площi, яка простягалася на десятки кiлометрiв за мiсто, стояли рядами десятки гiгантських ракет, подiбних до снарядiв, поставлених сторч. Видовище справдi було грандiозне.</w:t>
      </w:r>
    </w:p>
    <w:p>
      <w:r>
        <w:br/>
        <w:t>Навколо снувала юрба космонавтiв та проводжаючих. Назустрiч Гаррi з диспетчерського пункту вийшов огрядний сивий чоловiк — начальник експедицiї.</w:t>
      </w:r>
    </w:p>
    <w:p>
      <w:r>
        <w:br/>
        <w:t>— Мiстер Бор, — окликнув вiн, — негайно займайте своє мiсце, бо через пiвгодини вилiтаємо!..</w:t>
      </w:r>
    </w:p>
    <w:p>
      <w:r>
        <w:br/>
        <w:t>— Гаразд! — вiдповiв Гаррi.</w:t>
      </w:r>
    </w:p>
    <w:p>
      <w:r>
        <w:br/>
        <w:t>Начальник попрямував до одного з ракетних апаратiв.</w:t>
      </w:r>
    </w:p>
    <w:p>
      <w:r>
        <w:br/>
        <w:t>Бор повернувся до Елiзабет, мовчки притиснув її до грудей. Вона, сховавши в його пiджак заплаканi очi, мовчала, схлипуючи. Потiм, нарештi, перемогла себе, пiдняла погляд догори.</w:t>
      </w:r>
    </w:p>
    <w:p>
      <w:r>
        <w:br/>
        <w:t>— Жди! — сказав Гаррi, поцiлувавши її в чорнi заплаканi очi. — До щасливої зустрiчi!..</w:t>
      </w:r>
    </w:p>
    <w:p>
      <w:r>
        <w:br/>
        <w:t>Вiн побiг до ракети, а Елiзабет здавалося, що то вiдiрвався у неї шматок серця.</w:t>
      </w:r>
    </w:p>
    <w:p>
      <w:r>
        <w:br/>
        <w:t>Зачинилися дверцi в ракетi. Проводжаючi вiдiйшли. Велетенський снаряд, гримлячи дюзами, пiдскочив у повiтря i, обдавши гарячим подихом людей, з кожною секундою зменшуючись, зник мiж хмарами...</w:t>
      </w:r>
    </w:p>
    <w:p>
      <w:r>
        <w:br/>
        <w:t>Волосся, пишно розсипане по плечах Елiзабет, звихрилося i знову впало... I все!.. I бiльше нiчого нема!..</w:t>
      </w:r>
    </w:p>
    <w:p>
      <w:r>
        <w:br/>
        <w:t>...Пiлот, вивiвши ракету в мiжпланетний простiр, виключив двигун. Тепер все зроблять автомати. Незабаром апарат буде бiля пояса астероїдiв, де експедицiя розпочинатиме роботу.</w:t>
      </w:r>
    </w:p>
    <w:p>
      <w:r>
        <w:br/>
        <w:t>Гаррi, вiдстебнувшись вiд крiсла, пiдiйшов до iлюмiнатора, милувався зоряним краєвидом. Поряд з ним зупинився Генрi Скеч, теж космофiзик, який мусив разом з Гаррi висадитися на астероїдi. Гаррi косо поглянув на нього. Сухе обличчя Генрi з стальними холодними очима не подобалося йому, чомусь не хотiлося бути разом з ним в експедицiї, але призначав членiв експедицiї не вiн, а начальник, i треба було мовчати...</w:t>
      </w:r>
    </w:p>
    <w:p>
      <w:r>
        <w:br/>
        <w:t>— Ви вперше в Космосi? — запитав Гаррi супутника.</w:t>
      </w:r>
    </w:p>
    <w:p>
      <w:r>
        <w:br/>
        <w:t>— Вдруге, — вiдповiв Генрi.</w:t>
      </w:r>
    </w:p>
    <w:p>
      <w:r>
        <w:br/>
        <w:t>— Перший раз не страшно було? Сподобався вам простiр?..</w:t>
      </w:r>
    </w:p>
    <w:p>
      <w:r>
        <w:br/>
        <w:t>— Менi вiн подобається остiльки, оскiльки пригодиться для бiзнесу, сухо вiдповiв Скеч.</w:t>
      </w:r>
    </w:p>
    <w:p>
      <w:r>
        <w:br/>
        <w:t>Гаррi було неприємно слухати такi слова, i навiть його власнi мрiї про небесне багатство чомусь тепер поблiдли i стали не такими значними. Обличчя Елiзабет випливло на фонi зiрок, усмiхалося заплаканими очима, кликало назад...</w:t>
      </w:r>
    </w:p>
    <w:p>
      <w:r>
        <w:br/>
        <w:t>Гаррi стрiпнув головою, вiдмахнувся вiд неприємних думок. Потiм, випивши гарячий чай, лiг в м'яке крiсло вiдпочити...</w:t>
      </w:r>
    </w:p>
    <w:p>
      <w:r>
        <w:br/>
        <w:t>...Через кiлька годин з ракети мала вийти перша група експедицiї — Бор i Скеч.</w:t>
      </w:r>
    </w:p>
    <w:p>
      <w:r>
        <w:br/>
        <w:t>Пiлот — молодий бiлявий хлопець — тепер сам сiв до пульта i вводив ракету в потiк астероїдiв, зменшуючи швидкiсть апарата до швидкостi астероїдного рою. Всi напруженно ждали.</w:t>
      </w:r>
    </w:p>
    <w:p>
      <w:r>
        <w:br/>
        <w:t>В темнiй глибинi простору далеко збоку блиснули брили небесних уламкiв. Ще. Ще. А в передньому iлюмiнаторi сяяв у променнi Сонця великий астероїд, не менше нiж 500-600 метрiв в дiаметрi. До нього i взяв напрям пiлот.</w:t>
      </w:r>
    </w:p>
    <w:p>
      <w:r>
        <w:br/>
        <w:t>До каюти зайшов начальник експедицiї.</w:t>
      </w:r>
    </w:p>
    <w:p>
      <w:r>
        <w:br/>
        <w:t>— Бор i Скеч! Прошу вас приготуватися! — сказав вiн. — Скеч буде старшим групи! Постарайтеся за 24 години повнiстю обслiдувати астероїд. За цей час ми повернемось!..</w:t>
      </w:r>
    </w:p>
    <w:p>
      <w:r>
        <w:br/>
        <w:t>Гаррi i Генрi одягнули скафандри i через п'ять хвилин стали схожими на велетенських пуголовкiв. До скафандрiв були приєднанi балони з їжею, твердим киснем, атомнi батареї для освiтлення i обiгрiвання та портативнi радiоприймачi... Людина, одягнена в такий скафандр, могла бути в Космосi бiльше десяти дiб...</w:t>
      </w:r>
    </w:p>
    <w:p>
      <w:r>
        <w:br/>
        <w:t>Ракета легко здригнулася. Поверхня астероїда була бiля самого iлюмiнатора — апарат летiв поряд з небесним каменем. Бор i Скеч попрощалися i вийшли в перехiдну камеру. Дверi зачинилися за ними. Вiдкрився люк. Перед ними була нерiвна скеляста поверхня маленької планетки. Гаррi ступив на камiнь, обережно, тримаючись за виступи, зробив кiлька крокiв i прив'язав себе довгим синтетичним мотузком до скелi, щоб не вiдлетiти в простiр. Таким же чином вийшов на астероїд i Скеч.</w:t>
      </w:r>
    </w:p>
    <w:p>
      <w:r>
        <w:br/>
        <w:t>Люк закрився. Ракета, що, здавалося, висiла, торкаючись до виступу гострої скелi, вiддiлилася вiд планетки i, розвиваючи швидкiсть, помчала до другого астероїда.</w:t>
      </w:r>
    </w:p>
    <w:p>
      <w:r>
        <w:br/>
        <w:t>Гаррi оглянувся. Вони залишилися з Генрi вдвох серед неосяжного океану простору на шматочку каменю...</w:t>
      </w:r>
    </w:p>
    <w:p>
      <w:r>
        <w:br/>
        <w:t>...Скеч повернувся до Бора.</w:t>
      </w:r>
    </w:p>
    <w:p>
      <w:r>
        <w:br/>
        <w:t>— Тепер ми розiйдемось, — сказав вiн. — Зiйдемось на цьому ж мiсцi... вiн поглянув на хронометр в спецiальнiй прозорiй камерi на руцi... — через п'ять годин! Будьте уважним! Шукайте особливо алмазiв... Попереднi експедицiї передавали, що якраз в цьому поясi астероїдiв зустрiчаються великi гнiзда самоцвiтiв...</w:t>
      </w:r>
    </w:p>
    <w:p>
      <w:r>
        <w:br/>
        <w:t>— Гаразд! — вiдповiв Гаррi. Вiн був радий скорiше вiдокремитися вiд Скеча, бо взагалi не любив компанiї, та ще й таких неприємних людей, як цей... бiзнесмен!..</w:t>
      </w:r>
    </w:p>
    <w:p>
      <w:r>
        <w:br/>
        <w:t>Скеч, перевiривши, чи мiцно прив'язана вiрьовка до скелi, кивнув Гаррi i, повернувшись, поволi пiшов, а вiрнiше, поповз мiж химерними нагромадженнями камiння i скоро зник з очей Бора...</w:t>
      </w:r>
    </w:p>
    <w:p>
      <w:r>
        <w:br/>
        <w:t>Гаррi полегшено зiтхнув i оглянувся навкруги. Страшно, але разом з тим i красиво...</w:t>
      </w:r>
    </w:p>
    <w:p>
      <w:r>
        <w:br/>
        <w:t>Мертва порожнеча навколо, засiяна золотими вогниками далеких свiтiв.</w:t>
      </w:r>
    </w:p>
    <w:p>
      <w:r>
        <w:br/>
        <w:t>Десь далеко-далеко — за тисячi кiлометрiв вiд Гаррi — видно блискучi цятки неправильної форми. То освiтленi Сонцем камiнцi — рiднi брати цього астероїда, на якому стоїть тепер Бор. Пiд ногами — темний базальт. Мiж камiнними пiками, що хаотично пiднялися з планетки, сяє Сонце, яке тут разiв у чотири менше, нiж на Землi...</w:t>
      </w:r>
    </w:p>
    <w:p>
      <w:r>
        <w:br/>
        <w:t>Гаррi вiдвiв погляд вiд незвичайного краєвиду.</w:t>
      </w:r>
    </w:p>
    <w:p>
      <w:r>
        <w:br/>
        <w:t>— Пора братися за роботу,— подумав вiн.</w:t>
      </w:r>
    </w:p>
    <w:p>
      <w:r>
        <w:br/>
        <w:t>В телефонi почувся голос Скеча:</w:t>
      </w:r>
    </w:p>
    <w:p>
      <w:r>
        <w:br/>
        <w:t>— Мiстер Бор! Я знайшов супутника алмазiв. Уважно перевiряйте всi породи на своєму шляху... Ми мусимо їх тут знайти!..</w:t>
      </w:r>
    </w:p>
    <w:p>
      <w:r>
        <w:br/>
        <w:t>— Гаразд! — сухо вiдiзвався Бор. — Починаю розшуки...</w:t>
      </w:r>
    </w:p>
    <w:p>
      <w:r>
        <w:br/>
        <w:t>Вiн витягнув з спецiальної кобури високочастотний атомний пiстолет, призначений для роздроблення породи, i почав поволi пробиратися мiж скелями.</w:t>
      </w:r>
    </w:p>
    <w:p>
      <w:r>
        <w:br/>
        <w:t>Сонце зникло за нагромадженнями камiння, i стало вiдразу темно, як в герметично закритiй кiмнатi. Гаррi включив прожектор. Вiн почав уважно дивитися навкруги. В ясному колi електричного пучка заблищали жили металiв. Гаррi включив портативний радiоспектроскоп. На руцi — бiля хронометра спалахнув маленький зелений екран, на ньому забiгала вогняна змiйка. Гаррi повiв розтрубом радiоспектроскопа по тих мiсцях, де блищали жили. Змiйка на екранi застрибала. Бор незадоволено покрутив головою:</w:t>
      </w:r>
    </w:p>
    <w:p>
      <w:r>
        <w:br/>
        <w:t>— Залiзо, нiкель, мiдь... Дрiбницi!.. — пробурмотiв вiн.</w:t>
      </w:r>
    </w:p>
    <w:p>
      <w:r>
        <w:br/>
        <w:t>— Зачекайте! Згодом i за цим будемо лiтати! — почувся голос Скеча пiд самим вухом.</w:t>
      </w:r>
    </w:p>
    <w:p>
      <w:r>
        <w:br/>
        <w:t>Гаррi здригнув. Нiяк не вiдчепишся вiд цього Генрi! Вiн злiсно прикусив губу i виключив радiо. Так буде краще! Вiн хоче бути хоч трохи на самотi вiч-на-вiч з своїми думами про Елiзабет i майбутнє щастя...</w:t>
      </w:r>
    </w:p>
    <w:p>
      <w:r>
        <w:br/>
        <w:t>Гаррi рушив далi, промацуючи породи навколо невидимим променем. Залiзо, нiкель... Нiкель! Ага! Срiбло!.. Ну це вже краще!.. Знову нiкель!..</w:t>
      </w:r>
    </w:p>
    <w:p>
      <w:r>
        <w:br/>
        <w:t>I раптом у Гаррi захопило дух! Вогняна змiйка на екранi виросла i показала спектр, який свiдчив про те, що тут є самоцвiти вуглецевої групи!.. Може тут є i алмази?.. А якщо навiть якi-небудь iншi самоцвiти — все одно чудесно! Вiн в першiй же експедицiї прославиться i вернеться багатим i щасливим до коханої Елi.</w:t>
      </w:r>
    </w:p>
    <w:p>
      <w:r>
        <w:br/>
        <w:t>В пам'ятi знову постало обличчя Елiзабет... Гаррi пiдморгнув сам собi... Засмiявся... Потiм виключив радiоспектроскоп i включив високочастотний пiстолет, спрямувавши його в те мiсце, де мали бути самоцвiти — пiд велетенську скелю червоночорного каменю...</w:t>
      </w:r>
    </w:p>
    <w:p>
      <w:r>
        <w:br/>
        <w:t>В промiннi прожектора, там, де пройшов невидимий атомний нiж, заворушилась порода, повiльно почала падати донизу.</w:t>
      </w:r>
    </w:p>
    <w:p>
      <w:r>
        <w:br/>
        <w:t>Гаррi засмiявся:</w:t>
      </w:r>
    </w:p>
    <w:p>
      <w:r>
        <w:br/>
        <w:t>— Не падає, а розповзається, мов каша! От що значить мале тяжiння...</w:t>
      </w:r>
    </w:p>
    <w:p>
      <w:r>
        <w:br/>
        <w:t>Та вiн i сам вiдчував себе майже невагомим на цiй мiнiатюрнiй планетцi.</w:t>
      </w:r>
    </w:p>
    <w:p>
      <w:r>
        <w:br/>
        <w:t>Гаррi провiв бiля пiднiжжя скелi коло. Ще раз! Ще! I ось, нарештi, в глибинi вирiзаної ним дiрки заблищали в промiннi прожектора вогники самоцвiтiв. Поволi вiдiрвавшись вiд породи, пливла до нiг Гаррi велика грудка якоїсь руди, подiбна до велетенської булави, а в нiй... Бор хотiв протерти очi, та перешкодив шолом... а в нiй сяяли зеленими, голубими i червонуватими вогниками, вкрапленi в гнiзда, велетенськi самоцвiти!.. А серед них було не менше двох десяткiв алмазiв!.. Як йому повезло! Це ж королiвське багатство! За законом космонавтiв — перша знахiдка члена експедицiї належить тому, хто знайшов її! Який подарунок Елiзабет!..</w:t>
      </w:r>
    </w:p>
    <w:p>
      <w:r>
        <w:br/>
        <w:t>Гаррi оглянув заглибину, де виднiлися ще самоцвiти менших розмiрiв i, не знайшовши нiчого подiбного до першого самородка, попрямував назад. Тепер тут бiльше нiчого робити! Астероїд придатний для розробок, i експедицiя може розпочинати роботу, щоб вибрати жили самоцвiтiв, якi вiн знайшов!..</w:t>
      </w:r>
    </w:p>
    <w:p>
      <w:r>
        <w:br/>
        <w:t>Знову виринуло з-за скель Сонце. Гаррi виключив прожектор. Потiм присiв на кам'яний виступ i почав розглядати свою знахiдку.</w:t>
      </w:r>
    </w:p>
    <w:p>
      <w:r>
        <w:br/>
        <w:t>Пiд промiнням Сонця самоцвiти засяяли ще чарiвнiше. Вони переливалися безлiччю найчистiших барв, милували око Гаррi чудовими формами i величиною...</w:t>
      </w:r>
    </w:p>
    <w:p>
      <w:r>
        <w:br/>
        <w:t>Раптом Бор вiдчув, що хтось стоїть за спиною, i мороз пробiг по шкiрi. Вiн обернувся. То повернувся Скеч. Його обличчя було сухе i зле, очi не вiдривалися вiд знахiдки Гаррi.</w:t>
      </w:r>
    </w:p>
    <w:p>
      <w:r>
        <w:br/>
        <w:t>— Чому ви не вiдповiдали менi? — рiзко запитав Скеч, нарештi, поглянувши в обличчя Бора.</w:t>
      </w:r>
    </w:p>
    <w:p>
      <w:r>
        <w:br/>
        <w:t>— Радiо зiпсувалось, — збрехав Гаррi.</w:t>
      </w:r>
    </w:p>
    <w:p>
      <w:r>
        <w:br/>
        <w:t>— Гаразд! — пом'якшав Генрi. — Значить, у вас удача... Прекрасно! Надiюсь, що ви будете джентльменом i менi, як старшому, подаруєте цей маленький сувенiр?! А?</w:t>
      </w:r>
    </w:p>
    <w:p>
      <w:r>
        <w:br/>
        <w:t>— Як? — не зрозумiв Гаррi. — Який сувенiр?</w:t>
      </w:r>
    </w:p>
    <w:p>
      <w:r>
        <w:br/>
        <w:t>— Наївна дитинка! — сухо засмiявся Генрi. — Ну, оцю каменючку, яку ви знайшли!..</w:t>
      </w:r>
    </w:p>
    <w:p>
      <w:r>
        <w:br/>
        <w:t>— Зачекайте, Генрi, але ви, певне, забули, що ця знахiдка належить менi по правилах космонавтiв!..</w:t>
      </w:r>
    </w:p>
    <w:p>
      <w:r>
        <w:br/>
        <w:t>Генрi знову неприємно засмiявся:</w:t>
      </w:r>
    </w:p>
    <w:p>
      <w:r>
        <w:br/>
        <w:t>— Я нiчого не забув!.. Але ви знайте, що є ще iншi закони — закони старшинства! Вони велять, щоб такi молокососи, як ви, слухалися старших!..</w:t>
      </w:r>
    </w:p>
    <w:p>
      <w:r>
        <w:br/>
        <w:t>— Але там бiльше нема таких самоцвiтiв, а ви хочете забрати заслужену мною знахiдку!..</w:t>
      </w:r>
    </w:p>
    <w:p>
      <w:r>
        <w:br/>
        <w:t>— Тим бiльше, що нема!.. Але я навiть не хочу розмовляти з вами! Запам'ятайте — тут свiдкiв нема — ми i... Космос!..</w:t>
      </w:r>
    </w:p>
    <w:p>
      <w:r>
        <w:br/>
        <w:t>В голосi Генрi почулися погрозливi нотки, Гаррi пiднявся з каменя i став, дивлячись прямо в лице Скеча.</w:t>
      </w:r>
    </w:p>
    <w:p>
      <w:r>
        <w:br/>
        <w:t>— Ви, може, хочете силою забрати в мене мої самоцвiти? — тихо запитав вiн.</w:t>
      </w:r>
    </w:p>
    <w:p>
      <w:r>
        <w:br/>
        <w:t>— Для чого ж силою? — єхидно вiдповiв Генрi. — Я гадаю, що ви розумний хлопчик i самi вiддасте менi цю дрiбничку!..</w:t>
      </w:r>
    </w:p>
    <w:p>
      <w:r>
        <w:br/>
        <w:t>— Нi! Не думайте, Генрi, не вiддам! — твердо вiдповiв Гаррi.</w:t>
      </w:r>
    </w:p>
    <w:p>
      <w:r>
        <w:br/>
        <w:t>Очi Скеча спалахнули зеленим вогнем ненавистi.</w:t>
      </w:r>
    </w:p>
    <w:p>
      <w:r>
        <w:br/>
        <w:t>Вiн, коротко розмахнувшись, вдарив Гаррi в бiк. Той зойкнув i вiдлетiв до скелi, боляче вдарившись об неї. Генрi теж вiд протидiї сiв на камiнь.</w:t>
      </w:r>
    </w:p>
    <w:p>
      <w:r>
        <w:br/>
        <w:t>Бор схопився на ноги. Внутрiшнiй голос шепнув: "Обережно, Гаррi! Обережно! Перед тобою — хитра, жорстока людина! Недарма серце вiщувало нещастя!"</w:t>
      </w:r>
    </w:p>
    <w:p>
      <w:r>
        <w:br/>
        <w:t>Скеч нагнувся над каменем з самоцвiтами, пiдняв його i залюбувався переливами фарб. Потiм повернувся до Гаррi, який пiдходив до нього.</w:t>
      </w:r>
    </w:p>
    <w:p>
      <w:r>
        <w:br/>
        <w:t>— Ну, куди ж тобi, хлопчисько, володiти таким царським камiнцем?! Зачекай, другий раз полетиш в Космос — тодi знахiдки будуть твої! Тодi ти будеш ветераном Простору! Зрозумiло?</w:t>
      </w:r>
    </w:p>
    <w:p>
      <w:r>
        <w:br/>
        <w:t>— Менi ясно одне, — прохрипiв Гаррi, кидаючись на Генрi, — що ти огидний звiр, якого треба знищувати...</w:t>
      </w:r>
    </w:p>
    <w:p>
      <w:r>
        <w:br/>
        <w:t>З цими словами Бор схопив Скеча за шланги кисневоду, повалив його на грунт. Але Генрi, пiдiбравши ноги, вдарив його в живiт, i Гаррi полетiв у простiр, вiдокремлюючись вiд планетки, з якою його з'єднувала тiльки тоненька вiрьовка... Вiн бачив, як Скеч кинувся до скелi, щоб вiдв'язати вiрьовку Бора...</w:t>
      </w:r>
    </w:p>
    <w:p>
      <w:r>
        <w:br/>
        <w:t>Серце у Гаррi захололо. Вiн одержав удар i тепер рухається геть вiд планетки! Якщо вiрьовку вiдв'язати, то вiн буде вiддалятися без кiнця i загубиться в просторi! Це — смерть! Скеч спецiально хоче так помститися над ним, а потiм сказати начальнику експедицiї, що вiн сам через недбалiсть загинув!</w:t>
      </w:r>
    </w:p>
    <w:p>
      <w:r>
        <w:br/>
        <w:t>Цi думки миттю промайнули в свiдомостi Гаррi! Вихiд лише один! I Гаррi мусить зважитись на це.</w:t>
      </w:r>
    </w:p>
    <w:p>
      <w:r>
        <w:br/>
        <w:t>Вiн вихопив високочастотний пiстолет i, натиснувши кнопку, спрямував дуло на чорну фiгуру Скеча, який порався бiля скелi. В наушниках почувся звiрячий рев, щось заклекотiло. Фiгура Генрi в незграбному скафандрi поволi, мов мiшок, посунулася донизу...</w:t>
      </w:r>
    </w:p>
    <w:p>
      <w:r>
        <w:br/>
        <w:t>Холодний пiт виступив на лицi Гаррi. Все! Вiн вбив члена експедицiї! Страшно! Що скаже начальник? Що скажуть товаришi? Але хiба вiн винен? Вiн змушений був це зробити!</w:t>
      </w:r>
    </w:p>
    <w:p>
      <w:r>
        <w:br/>
        <w:t>Гаррi схопився за вiрьовку, почав пiдтягуватись назад, до планетки, через кiлька хвилин став на грунт, бiля трупа Скеча.</w:t>
      </w:r>
    </w:p>
    <w:p>
      <w:r>
        <w:br/>
        <w:t>Гаррi нагнувся над ним, перевернув на спину i жахнувся.</w:t>
      </w:r>
    </w:p>
    <w:p>
      <w:r>
        <w:br/>
        <w:t>Атомний заряд, ввiйшовши в спину, розвернув Генрi всi груди, розiрвавши i закривавивши скафандр.</w:t>
      </w:r>
    </w:p>
    <w:p>
      <w:r>
        <w:br/>
        <w:t>В головi у Гаррi запаморочилось, до горла пiдступила гаряча хвиля, у скронях застукало...</w:t>
      </w:r>
    </w:p>
    <w:p>
      <w:r>
        <w:br/>
        <w:t>Бор дико, iстерично зареготав, потiм схопив камiнь з самоцвiтами i почав колисати його...</w:t>
      </w:r>
    </w:p>
    <w:p>
      <w:r>
        <w:br/>
        <w:t>— Тихо! Тихо! — бурмотiв вiн! — Скоро прийде Елi, мама твоя! Нагодує тебе, дитинко! Тихо!..</w:t>
      </w:r>
    </w:p>
    <w:p>
      <w:r>
        <w:br/>
        <w:t>Потiм Гаррi тяжко застогнав i, знепритомнiвши, поволi опустився на камiнь...</w:t>
      </w:r>
    </w:p>
    <w:p>
      <w:r>
        <w:br/>
        <w:t>...Через кiлька годин до астероїда пристав ракетний апарат. З люка вийшов сам начальник, обережно ступив на планетку.</w:t>
      </w:r>
    </w:p>
    <w:p>
      <w:r>
        <w:br/>
        <w:t>— Що з ними могло трапитися? — здивовано сказав вiн своєму супутнику. Обидва лежать, я бачу, непорушно...</w:t>
      </w:r>
    </w:p>
    <w:p>
      <w:r>
        <w:br/>
        <w:t>Вiн пiдiйшов до розпростертих на каменi тiл i жахнувся. Скеч лежав закривавлений, з розiрваним скафандром, а лице його, що перетворилося в шматок льоду, скляними очима дивилося в свiтову безодню. Поряд лежав Бор, мiцно вп'явшись обома руками в камiнь з самоцвiтами...</w:t>
      </w:r>
    </w:p>
    <w:p>
      <w:r>
        <w:br/>
        <w:t>I начальник зрозумiв, яка трагедiя вiдбулася на малесенькiй планетцi в просторi. Вiн дав розпорядження перенести тiла до ракети i розпочати роботи на астероїдi...</w:t>
      </w:r>
    </w:p>
    <w:p>
      <w:r>
        <w:br/>
        <w:t>...На космодромi ждали повернення експедицiї...</w:t>
      </w:r>
    </w:p>
    <w:p>
      <w:r>
        <w:br/>
        <w:t>...Ракета, вся огорнена димом, зупинилася. Вiдкрився люк, i з отвору вийшов сивий начальник експедицiї, за ним пiлот, ще два iнженери...</w:t>
      </w:r>
    </w:p>
    <w:p>
      <w:r>
        <w:br/>
        <w:t>Елiзабет нервово усмiхнулася. Чому ж не видно Гаррi? Що там трапилося?</w:t>
      </w:r>
    </w:p>
    <w:p>
      <w:r>
        <w:br/>
        <w:t>Раптом дiвчина зблiдла... З люка два члени експедицiї виносили носилки, за ними ще однi...</w:t>
      </w:r>
    </w:p>
    <w:p>
      <w:r>
        <w:br/>
        <w:t>Елiзабет прикусила зубами палець, щоб не закричати, побiгла до ракети. її побачив начальник експедицiї, дав знак зупинитися. Носилки поставили на землю...</w:t>
      </w:r>
    </w:p>
    <w:p>
      <w:r>
        <w:br/>
        <w:t>Елiзабет напiвбожевiльно дивилася на труп Генрi, потiм перевела погляд на посивiлого i змарнiлого Гаррi. Гаррi вiдкрив очi, побачив Елiзабет. Якийсь спогад майнув в його безглуздому поглядi. Вiн засмiявся, звiвся на лiктi, поманив Елiзабет до себе i простягнув їй великий камiнь — весь в гiгантських самоцвiтах...</w:t>
      </w:r>
    </w:p>
    <w:p>
      <w:r>
        <w:br/>
        <w:t>— Якщо зустрiнеш Елi — оддай їй! Це я для неї подарунок вiд Юпiтера привiз! Знаєш Юпiтера — бог був такий!.. Я був у нього в гостях!..</w:t>
      </w:r>
    </w:p>
    <w:p>
      <w:r>
        <w:br/>
        <w:t>Потiм вiн засмiявся диким смiхом i впав на посилки...</w:t>
      </w:r>
    </w:p>
    <w:p>
      <w:r>
        <w:br/>
        <w:t>Елiзабет обернулася до засмученого начальника.</w:t>
      </w:r>
    </w:p>
    <w:p>
      <w:r>
        <w:br/>
        <w:t>— Що трапилося? — крiзь сльози запитала вона.</w:t>
      </w:r>
    </w:p>
    <w:p>
      <w:r>
        <w:br/>
        <w:t>— Потiм дiзнаєтесь, — вiдповiв начальник. — Вiн психiчно хворий...</w:t>
      </w:r>
    </w:p>
    <w:p>
      <w:r>
        <w:br/>
        <w:t>— I вилiкувати його зможете, очевидно, тiльки ви, — додав ракетний лiкар, що стояв поряд.</w:t>
      </w:r>
    </w:p>
    <w:p>
      <w:r>
        <w:br/>
        <w:t>Елiзабет, заридавши, впала на непритомне тiло Гаррi...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Поєдинок на астероїді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