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Погас захід. Густа імла...</w:t>
      </w:r>
    </w:p>
    <w:p>
      <w:r>
        <w:br/>
        <w:t xml:space="preserve"> Погас захід. Густа імла&lt;br /&gt;</w:t>
        <w:br/>
        <w:t>Все оповила навкруги…&lt;br /&gt;</w:t>
        <w:br/>
        <w:t>На небо зіронька зійшла,&lt;br /&gt;</w:t>
        <w:br/>
        <w:t>Всміхнулись їй степи, луги…&lt;br /&gt;</w:t>
        <w:br/>
        <w:t>Земля послала їй привіт</w:t>
      </w:r>
    </w:p>
    <w:p>
      <w:r>
        <w:br/>
        <w:t>У ніжних пахощах квітків,&lt;br /&gt;</w:t>
        <w:br/>
        <w:t>В дзюрчанню мрійному струмків, —&lt;br /&gt;</w:t>
        <w:br/>
        <w:t>Святій, ясній, що несла світ,&lt;br /&gt;</w:t>
        <w:br/>
        <w:t>Земля послала їй привіт…&lt;br /&gt;</w:t>
        <w:br/>
        <w:t>Піднялась зірка, вся блищить,&lt;br /&gt;</w:t>
        <w:br/>
        <w:t>Весела, радісна тремтить…&lt;br /&gt;</w:t>
        <w:br/>
        <w:t>Проміння – усміх срібний шле,&lt;br /&gt;</w:t>
        <w:br/>
        <w:t>Надію – зов на землю ллє…</w:t>
      </w:r>
    </w:p>
    <w:p>
      <w:r>
        <w:br/>
        <w:t>Вже хутко день,&lt;br /&gt;</w:t>
        <w:br/>
        <w:t>Вже близько він…&lt;br /&gt;</w:t>
        <w:br/>
        <w:t>Дзень – дзень-дзень, —&lt;br /&gt;</w:t>
        <w:br/>
        <w:t>Лунає дзвін.&lt;br /&gt;</w:t>
        <w:br/>
        <w:t>До всіх гука:&lt;br /&gt;</w:t>
        <w:br/>
        <w:t>Імла зника…&lt;br /&gt;</w:t>
        <w:br/>
        <w:t>Вставайте ж всі!&lt;br /&gt;</w:t>
        <w:br/>
        <w:t>До праці всі!</w:t>
      </w:r>
    </w:p>
    <w:p>
      <w:r>
        <w:br/>
        <w:t>Брати! Чи чуєте цей зов?&lt;br /&gt;</w:t>
        <w:br/>
        <w:t>Зникає, тане вже імла,&lt;br /&gt;</w:t>
        <w:br/>
        <w:t>Тікає зло, іде любов…&lt;br /&gt;</w:t>
        <w:br/>
        <w:t>Недаром зіронька зійшла…&lt;br /&gt;</w:t>
        <w:br/>
        <w:t>Дивіться – зіронька тремтить,&lt;br /&gt;</w:t>
        <w:br/>
        <w:t>Зове до кращого. Ідіть!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Погас захід. Густа імла...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