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Поезія (в перекладі І. Бондаренка)</w:t>
      </w:r>
    </w:p>
    <w:p>
      <w:r>
        <w:br/>
        <w:t xml:space="preserve"> Коли помру,&lt;br /&gt;</w:t>
        <w:br/>
        <w:t>Доглянь мою могилу,&lt;br /&gt;</w:t>
        <w:br/>
        <w:t>Зелений конику!</w:t>
      </w:r>
    </w:p>
    <w:p>
      <w:r>
        <w:br/>
        <w:t>(1790-95)&lt;br /&gt;</w:t>
        <w:br/>
        <w:t>Мощуся ближче до гарячої жаровні&lt;br /&gt;</w:t>
        <w:br/>
        <w:t>В тісному колі&lt;br /&gt;</w:t>
        <w:br/>
        <w:t>Мовчазних людей.</w:t>
      </w:r>
    </w:p>
    <w:p>
      <w:r>
        <w:br/>
        <w:t>(1790)&lt;br /&gt;</w:t>
        <w:br/>
        <w:t>Не йдіть сюди!&lt;br /&gt;</w:t>
        <w:br/>
        <w:t>Маленькі світлячки&lt;br /&gt;</w:t>
        <w:br/>
        <w:t>Літали тут увечері учора.</w:t>
      </w:r>
    </w:p>
    <w:p>
      <w:r>
        <w:br/>
        <w:t>(?)&lt;br /&gt;</w:t>
        <w:br/>
        <w:t>Дзюрчить, дзюрчить,&lt;br /&gt;</w:t>
        <w:br/>
        <w:t>Дзюрчить над полем дощ —&lt;br /&gt;</w:t>
        <w:br/>
        <w:t>Засохлим полем!</w:t>
      </w:r>
    </w:p>
    <w:p>
      <w:r>
        <w:br/>
        <w:t>(1791)&lt;br /&gt;</w:t>
        <w:br/>
        <w:t>Довкола тиша!&lt;br /&gt;</w:t>
        <w:br/>
        <w:t>В озері на дні&lt;br /&gt;</w:t>
        <w:br/>
        <w:t>Захмарені вершини спочивають.</w:t>
      </w:r>
    </w:p>
    <w:p>
      <w:r>
        <w:br/>
        <w:t>(1792)&lt;br /&gt;</w:t>
        <w:br/>
        <w:t>Розлуки біль!&lt;br /&gt;</w:t>
        <w:br/>
        <w:t>Коханої хатинку&lt;br /&gt;</w:t>
        <w:br/>
        <w:t>Шукаю поглядом затьмареним ще раз.</w:t>
      </w:r>
    </w:p>
    <w:p>
      <w:r>
        <w:br/>
        <w:t>(1794)&lt;br /&gt;</w:t>
        <w:br/>
        <w:t>Помийним рівчаком&lt;br /&gt;</w:t>
        <w:br/>
        <w:t>Несеться поверх криги&lt;br /&gt;</w:t>
        <w:br/>
        <w:t>Вода, якою промивали рис.</w:t>
      </w:r>
    </w:p>
    <w:p>
      <w:r>
        <w:br/>
        <w:t>(1794)&lt;br /&gt;</w:t>
        <w:br/>
        <w:t>Розтанув сніг —&lt;br /&gt;</w:t>
        <w:br/>
        <w:t>І радісно як сяють&lt;br /&gt;</w:t>
        <w:br/>
        <w:t>Зірок обличчя!</w:t>
      </w:r>
    </w:p>
    <w:p>
      <w:r>
        <w:br/>
        <w:t>(1804)&lt;br /&gt;</w:t>
        <w:br/>
        <w:t>Де саме на Молочному Шляху&lt;br /&gt;</w:t>
        <w:br/>
        <w:t>Зоря моя&lt;br /&gt;</w:t>
        <w:br/>
        <w:t>Сьогодні заночує?</w:t>
      </w:r>
    </w:p>
    <w:p>
      <w:r>
        <w:br/>
        <w:t>(1804)&lt;br /&gt;</w:t>
        <w:br/>
        <w:t>Коли повернешся,&lt;br /&gt;</w:t>
        <w:br/>
        <w:t>Будь ласка, не забудь&lt;br /&gt;</w:t>
        <w:br/>
        <w:t>Мою хатинку, ластівко маленька!</w:t>
      </w:r>
    </w:p>
    <w:p>
      <w:r>
        <w:br/>
        <w:t>(1804)&lt;br /&gt;</w:t>
        <w:br/>
        <w:t>Весна відходить.&lt;br /&gt;</w:t>
        <w:br/>
        <w:t>По містах розпродаж&lt;br /&gt;</w:t>
        <w:br/>
        <w:t>Брилів солом'яних, бамбукових запон.</w:t>
      </w:r>
    </w:p>
    <w:p>
      <w:r>
        <w:br/>
        <w:t>(1805)&lt;br /&gt;</w:t>
        <w:br/>
        <w:t>Візком скалічена,&lt;br /&gt;</w:t>
        <w:br/>
        <w:t>Уже напівзасохла&lt;br /&gt;</w:t>
        <w:br/>
        <w:t>Лежить фіалка.</w:t>
      </w:r>
    </w:p>
    <w:p>
      <w:r>
        <w:br/>
        <w:t>(1805)&lt;br /&gt;</w:t>
        <w:br/>
        <w:t>Осінній вітер.&lt;br /&gt;</w:t>
        <w:br/>
        <w:t>Як же позбігались&lt;br /&gt;</w:t>
        <w:br/>
        <w:t>Після пофарбування рукави!</w:t>
      </w:r>
    </w:p>
    <w:p>
      <w:r>
        <w:br/>
        <w:t>(1805)&lt;br /&gt;</w:t>
        <w:br/>
        <w:t>Лети сюди,&lt;br /&gt;</w:t>
        <w:br/>
        <w:t>Горобчику-сирітко!&lt;br /&gt;</w:t>
        <w:br/>
        <w:t>Удвох і забавлятись веселіш!</w:t>
      </w:r>
    </w:p>
    <w:p>
      <w:r>
        <w:br/>
        <w:t>(1806)&lt;br /&gt;</w:t>
        <w:br/>
        <w:t>Фазан токує так,&lt;br /&gt;</w:t>
        <w:br/>
        <w:t>Немов це він&lt;br /&gt;</w:t>
        <w:br/>
        <w:t>Відкрив сьогодні в небі першу зірку.</w:t>
      </w:r>
    </w:p>
    <w:p>
      <w:r>
        <w:br/>
        <w:t>(1806)&lt;br /&gt;</w:t>
        <w:br/>
        <w:t>Мою хатинку,&lt;br /&gt;</w:t>
        <w:br/>
        <w:t>Равлику, пильнуй&lt;br /&gt;</w:t>
        <w:br/>
        <w:t>Укупі з соловейком голосистим!</w:t>
      </w:r>
    </w:p>
    <w:p>
      <w:r>
        <w:br/>
        <w:t>(1807)&lt;br /&gt;</w:t>
        <w:br/>
        <w:t>Хоча і розумію:&lt;br /&gt;</w:t>
        <w:br/>
        <w:t>По мені ті дзвони! —&lt;br /&gt;</w:t>
        <w:br/>
        <w:t>Вечірньою втішаюсь прохолодою.</w:t>
      </w:r>
    </w:p>
    <w:p>
      <w:r>
        <w:br/>
        <w:t>(1809)&lt;br /&gt;</w:t>
        <w:br/>
        <w:t>Звисати з сливи —&lt;br /&gt;</w:t>
        <w:br/>
        <w:t>От і вся робота&lt;br /&gt;</w:t>
        <w:br/>
        <w:t>Метелика-мішечника в житті.</w:t>
      </w:r>
    </w:p>
    <w:p>
      <w:r>
        <w:br/>
        <w:t>(1809)&lt;br /&gt;</w:t>
        <w:br/>
        <w:t>Відпущений на волю,&lt;br /&gt;</w:t>
        <w:br/>
        <w:t>Стрімголов злітає птах&lt;br /&gt;</w:t>
        <w:br/>
        <w:t>І вмить зникає в небі.</w:t>
      </w:r>
    </w:p>
    <w:p>
      <w:r>
        <w:br/>
        <w:t>(1810)&lt;br /&gt;</w:t>
        <w:br/>
        <w:t>Хоча й хитаюсь,&lt;br /&gt;</w:t>
        <w:br/>
        <w:t>Як дівоча квітка,&lt;br /&gt;</w:t>
        <w:br/>
        <w:t>Та ще тримаюсь, ще не піддаюсь!</w:t>
      </w:r>
    </w:p>
    <w:p>
      <w:r>
        <w:br/>
        <w:t>(1810)&lt;br /&gt;</w:t>
        <w:br/>
        <w:t>Гусей осінніх настрій у душі.&lt;br /&gt;</w:t>
        <w:br/>
        <w:t>Що ж, прощавайте!&lt;br /&gt;</w:t>
        <w:br/>
        <w:t>Прощавайте, друзі!</w:t>
      </w:r>
    </w:p>
    <w:p>
      <w:r>
        <w:br/>
        <w:t>(1810)&lt;br /&gt;</w:t>
        <w:br/>
        <w:t>Усе як завжди в новорічне свято:&lt;br /&gt;</w:t>
        <w:br/>
        <w:t>І сливи цвіт,&lt;br /&gt;</w:t>
        <w:br/>
        <w:t>І привітань слова!</w:t>
      </w:r>
    </w:p>
    <w:p>
      <w:r>
        <w:br/>
        <w:t>(1811)&lt;br /&gt;</w:t>
        <w:br/>
        <w:t>Не криючись,&lt;br /&gt;</w:t>
        <w:br/>
        <w:t>Красуня позіхає.&lt;br /&gt;</w:t>
        <w:br/>
        <w:t>Весняний дощ.</w:t>
      </w:r>
    </w:p>
    <w:p>
      <w:r>
        <w:br/>
        <w:t>(1811)&lt;br /&gt;</w:t>
        <w:br/>
        <w:t>Весняний вітерець!&lt;br /&gt;</w:t>
        <w:br/>
        <w:t>Навіть корову&lt;br /&gt;</w:t>
        <w:br/>
        <w:t>Приваблює Дзенкодзі1 вдалині.</w:t>
      </w:r>
    </w:p>
    <w:p>
      <w:r>
        <w:br/>
        <w:t>(1811)&lt;br /&gt;</w:t>
        <w:br/>
        <w:t>Яке братерство!&lt;br /&gt;</w:t>
        <w:br/>
        <w:t>Народись я знову,&lt;br /&gt;</w:t>
        <w:br/>
        <w:t>Метеликом хотів би бути теж!</w:t>
      </w:r>
    </w:p>
    <w:p>
      <w:r>
        <w:br/>
        <w:t>(1811)&lt;br /&gt;</w:t>
        <w:br/>
        <w:t>Віднині&lt;br /&gt;</w:t>
        <w:br/>
        <w:t>Спіть спокійно, дикі гуси!&lt;br /&gt;</w:t>
        <w:br/>
        <w:t>Ви вдома, ви в Японії тепер.</w:t>
      </w:r>
    </w:p>
    <w:p>
      <w:r>
        <w:br/>
        <w:t>(1812)&lt;br /&gt;</w:t>
        <w:br/>
        <w:t>Дзенкодзі — відомий буддійський храм у преф. Наґано.&lt;br /&gt;</w:t>
        <w:br/>
        <w:t>Мій любий конику,&lt;br /&gt;</w:t>
        <w:br/>
        <w:t>Приходь до мене ще!&lt;br /&gt;</w:t>
        <w:br/>
        <w:t>Посидиш на колінах, як сьогодні.</w:t>
      </w:r>
    </w:p>
    <w:p>
      <w:r>
        <w:br/>
        <w:t>(1812)&lt;br /&gt;</w:t>
        <w:br/>
        <w:t>Скрекочуть жаби.&lt;br /&gt;</w:t>
        <w:br/>
        <w:t>Що їх веселить&lt;br /&gt;</w:t>
        <w:br/>
        <w:t>На цьому світі?</w:t>
      </w:r>
    </w:p>
    <w:p>
      <w:r>
        <w:br/>
        <w:t>(1812)&lt;br /&gt;</w:t>
        <w:br/>
        <w:t>Про щось задумався&lt;br /&gt;</w:t>
        <w:br/>
        <w:t>Мій норовистий кінь.&lt;br /&gt;</w:t>
        <w:br/>
        <w:t>Туман довкола.</w:t>
      </w:r>
    </w:p>
    <w:p>
      <w:r>
        <w:br/>
        <w:t>(1812)&lt;br /&gt;</w:t>
        <w:br/>
        <w:t>Час локшини гречаної поїсти!&lt;br /&gt;</w:t>
        <w:br/>
        <w:t>В Сінано1 місяць&lt;br /&gt;</w:t>
        <w:br/>
        <w:t>Храм Дзенкодзі освітив.</w:t>
      </w:r>
    </w:p>
    <w:p>
      <w:r>
        <w:br/>
        <w:t>(1812)&lt;br /&gt;</w:t>
        <w:br/>
        <w:t>Тисячоліття&lt;br /&gt;</w:t>
        <w:br/>
        <w:t>Чи лише сьогодні&lt;br /&gt;</w:t>
        <w:br/>
        <w:t>У небі так курличуть журавлі?</w:t>
      </w:r>
    </w:p>
    <w:p>
      <w:r>
        <w:br/>
        <w:t>(1812)&lt;br /&gt;</w:t>
        <w:br/>
        <w:t>Готують моті!&lt;br /&gt;</w:t>
        <w:br/>
        <w:t>Мабуть, і мені&lt;br /&gt;</w:t>
        <w:br/>
        <w:t>Вже час на батьківщину повертатись.</w:t>
      </w:r>
    </w:p>
    <w:p>
      <w:r>
        <w:br/>
        <w:t>(1812)&lt;br /&gt;</w:t>
        <w:br/>
        <w:t>Сінано — назва гірської місцевості (преф. Наґано).&lt;br /&gt;</w:t>
        <w:br/>
        <w:t>Невже оця&lt;br /&gt;</w:t>
        <w:br/>
        <w:t>В заметах снігу хатка —&lt;br /&gt;</w:t>
        <w:br/>
        <w:t>Моя остання стріха на землі!</w:t>
      </w:r>
    </w:p>
    <w:p>
      <w:r>
        <w:br/>
        <w:t>(1812)&lt;br /&gt;</w:t>
        <w:br/>
        <w:t>Нумо, сюди, горобчику малий!&lt;br /&gt;</w:t>
        <w:br/>
        <w:t>Біля воріт&lt;br /&gt;</w:t>
        <w:br/>
        <w:t>Розтанув снігу клаптик.</w:t>
      </w:r>
    </w:p>
    <w:p>
      <w:r>
        <w:br/>
        <w:t>(1813)&lt;br /&gt;</w:t>
        <w:br/>
        <w:t>Роса зникає,&lt;br /&gt;</w:t>
        <w:br/>
        <w:t>Як якийсь непотріб&lt;br /&gt;</w:t>
        <w:br/>
        <w:t>Брудного світу.</w:t>
      </w:r>
    </w:p>
    <w:p>
      <w:r>
        <w:br/>
        <w:t>(1813)&lt;br /&gt;</w:t>
        <w:br/>
        <w:t>Не ґелґочи, гусаче!&lt;br /&gt;</w:t>
        <w:br/>
        <w:t>В грішнім світі, куди не глянь,&lt;br /&gt;</w:t>
        <w:br/>
        <w:t>Те ж саме навкруги!</w:t>
      </w:r>
    </w:p>
    <w:p>
      <w:r>
        <w:br/>
        <w:t>(1813)&lt;br /&gt;</w:t>
        <w:br/>
        <w:t>Під супровід сопілок із соломи&lt;br /&gt;</w:t>
        <w:br/>
        <w:t>В танку кружляє&lt;br /&gt;</w:t>
        <w:br/>
        <w:t>Горобців юрба.</w:t>
      </w:r>
    </w:p>
    <w:p>
      <w:r>
        <w:br/>
        <w:t>(1813)&lt;br /&gt;</w:t>
        <w:br/>
        <w:t>Маленькі жабенята у траві&lt;br /&gt;</w:t>
        <w:br/>
        <w:t>Під листям в жмурки&lt;br /&gt;</w:t>
        <w:br/>
        <w:t>Між собою грають.</w:t>
      </w:r>
    </w:p>
    <w:p>
      <w:r>
        <w:br/>
        <w:t>(1813)&lt;br /&gt;</w:t>
        <w:br/>
        <w:t>Як байдуже&lt;br /&gt;</w:t>
        <w:br/>
        <w:t>Глядить на гори&lt;br /&gt;</w:t>
        <w:br/>
        <w:t>Жаба!</w:t>
      </w:r>
    </w:p>
    <w:p>
      <w:r>
        <w:br/>
        <w:t>(1813)&lt;br /&gt;</w:t>
        <w:br/>
        <w:t>Під спів цикад&lt;br /&gt;</w:t>
        <w:br/>
        <w:t>Впада в обійми неба&lt;br /&gt;</w:t>
        <w:br/>
        <w:t>За обрієм далеким Тікума1.</w:t>
      </w:r>
    </w:p>
    <w:p>
      <w:r>
        <w:br/>
        <w:t>(1813)&lt;br /&gt;</w:t>
        <w:br/>
        <w:t>Дитятко плаче —&lt;br /&gt;</w:t>
        <w:br/>
        <w:t>Так йому кортить&lt;br /&gt;</w:t>
        <w:br/>
        <w:t>Дістати з неба місяця медяник!</w:t>
      </w:r>
    </w:p>
    <w:p>
      <w:r>
        <w:br/>
        <w:t>(1813)&lt;br /&gt;</w:t>
        <w:br/>
        <w:t>Вогнями феєрверка&lt;br /&gt;</w:t>
        <w:br/>
        <w:t>За хвилину&lt;br /&gt;</w:t>
        <w:br/>
        <w:t>Велике озеро наповнюється теж.</w:t>
      </w:r>
    </w:p>
    <w:p>
      <w:r>
        <w:br/>
        <w:t>(?)&lt;br /&gt;</w:t>
        <w:br/>
        <w:t>Дім прибирають.&lt;br /&gt;</w:t>
        <w:br/>
        <w:t>Конику мій любий,&lt;br /&gt;</w:t>
        <w:br/>
        <w:t>Краще тікай хутенько звідсіля!</w:t>
      </w:r>
    </w:p>
    <w:p>
      <w:r>
        <w:br/>
        <w:t>(1813)&lt;br /&gt;</w:t>
        <w:br/>
        <w:t>Яким смачним здається цей сніжок,&lt;br /&gt;</w:t>
        <w:br/>
        <w:t>Що ніжно-ніжно&lt;br /&gt;</w:t>
        <w:br/>
        <w:t>Стелиться на землю!</w:t>
      </w:r>
    </w:p>
    <w:p>
      <w:r>
        <w:br/>
        <w:t>(1813)&lt;br /&gt;</w:t>
        <w:br/>
        <w:t>За очкуром підштаників — сопілка.&lt;br /&gt;</w:t>
        <w:br/>
        <w:t>Вперед!&lt;br /&gt;</w:t>
        <w:br/>
        <w:t>На свято Зустрічі Зірок!</w:t>
      </w:r>
    </w:p>
    <w:p>
      <w:r>
        <w:br/>
        <w:t>(1814)&lt;br /&gt;</w:t>
        <w:br/>
        <w:t>Тікума ("Тікума-ґава") — найдовша ріка Японії, що протікає через префектури Наґано та&lt;br /&gt;</w:t>
        <w:br/>
        <w:t>Ніїґата.&lt;br /&gt;</w:t>
        <w:br/>
        <w:t>Кущі хаґі —&lt;br /&gt;</w:t>
        <w:br/>
        <w:t>Немає краще місця, щоб в жмурки гратися,&lt;br /&gt;</w:t>
        <w:br/>
        <w:t>Для кошенят малих!</w:t>
      </w:r>
    </w:p>
    <w:p>
      <w:r>
        <w:br/>
        <w:t>(1814)&lt;br /&gt;</w:t>
        <w:br/>
        <w:t>В Японії&lt;br /&gt;</w:t>
        <w:br/>
        <w:t>Від самого порога —&lt;br /&gt;</w:t>
        <w:br/>
        <w:t>Квітучі вишні!</w:t>
      </w:r>
    </w:p>
    <w:p>
      <w:r>
        <w:br/>
        <w:t>(1815)&lt;br /&gt;</w:t>
        <w:br/>
        <w:t>Забутий храм.&lt;br /&gt;</w:t>
        <w:br/>
        <w:t>І саме біля нього&lt;br /&gt;</w:t>
        <w:br/>
        <w:t>Чомусь так буйно сакура цвіте.</w:t>
      </w:r>
    </w:p>
    <w:p>
      <w:r>
        <w:br/>
        <w:t>(1815)&lt;br /&gt;</w:t>
        <w:br/>
        <w:t>Дитя на спині у неньки&lt;br /&gt;</w:t>
        <w:br/>
        <w:t>Розмахує квіткою в такт&lt;br /&gt;</w:t>
        <w:br/>
        <w:t>Пісні збиральниць чаю.</w:t>
      </w:r>
    </w:p>
    <w:p>
      <w:r>
        <w:br/>
        <w:t>(1815)&lt;br /&gt;</w:t>
        <w:br/>
        <w:t>У пляшці з-під саке про щось шепочуть&lt;br /&gt;</w:t>
        <w:br/>
        <w:t>Засохлі криптомерії листки.&lt;br /&gt;</w:t>
        <w:br/>
        <w:t>Осінній перший дощ.</w:t>
      </w:r>
    </w:p>
    <w:p>
      <w:r>
        <w:br/>
        <w:t>(1815)&lt;br /&gt;</w:t>
        <w:br/>
        <w:t>Гусаче! Гей, гусаче!&lt;br /&gt;</w:t>
        <w:br/>
        <w:t>Скільки ж років&lt;br /&gt;</w:t>
        <w:br/>
        <w:t>Тобі було, як мандрувати став?</w:t>
      </w:r>
    </w:p>
    <w:p>
      <w:r>
        <w:br/>
        <w:t>(1816)&lt;br /&gt;</w:t>
        <w:br/>
        <w:t>Маленькі рибки&lt;br /&gt;</w:t>
        <w:br/>
        <w:t>Бавляться в тазку.&lt;br /&gt;</w:t>
        <w:br/>
        <w:t>День зміни одягу.</w:t>
      </w:r>
    </w:p>
    <w:p>
      <w:r>
        <w:br/>
        <w:t>(1816)&lt;br /&gt;</w:t>
        <w:br/>
        <w:t>Сідницями&lt;br /&gt;</w:t>
        <w:br/>
        <w:t>До Бога повернувшись,&lt;br /&gt;</w:t>
        <w:br/>
        <w:t>Скрекочуть жаби.</w:t>
      </w:r>
    </w:p>
    <w:p>
      <w:r>
        <w:br/>
        <w:t>(1816)&lt;br /&gt;</w:t>
        <w:br/>
        <w:t>Таким міцним здається та надійним&lt;br /&gt;</w:t>
        <w:br/>
        <w:t>Це голе тільце&lt;br /&gt;</w:t>
        <w:br/>
        <w:t>В першім кімоно.</w:t>
      </w:r>
    </w:p>
    <w:p>
      <w:r>
        <w:br/>
        <w:t>(1816)&lt;br /&gt;</w:t>
        <w:br/>
        <w:t>Дзень-дзень-дзень! —&lt;br /&gt;</w:t>
        <w:br/>
        <w:t>Над смарагдовим полем&lt;br /&gt;</w:t>
        <w:br/>
        <w:t>Паперового змія танок.</w:t>
      </w:r>
    </w:p>
    <w:p>
      <w:r>
        <w:br/>
        <w:t>(1816)&lt;br /&gt;</w:t>
        <w:br/>
        <w:t>Худеньке жабенятко,&lt;br /&gt;</w:t>
        <w:br/>
        <w:t>Не здавайся!&lt;br /&gt;</w:t>
        <w:br/>
        <w:t>За тебе вболіває сам Ісса!</w:t>
      </w:r>
    </w:p>
    <w:p>
      <w:r>
        <w:br/>
        <w:t>(1816)&lt;br /&gt;</w:t>
        <w:br/>
        <w:t>Великий Будда&lt;br /&gt;</w:t>
        <w:br/>
        <w:t>Носом видихає&lt;br /&gt;</w:t>
        <w:br/>
        <w:t>Туман ранковий.</w:t>
      </w:r>
    </w:p>
    <w:p>
      <w:r>
        <w:br/>
        <w:t>(1816)&lt;br /&gt;</w:t>
        <w:br/>
        <w:t>Лише на двійку&lt;br /&gt;</w:t>
        <w:br/>
        <w:t>Збільшив шістдесят —&lt;br /&gt;</w:t>
        <w:br/>
        <w:t>Які холодні ночі наступили!</w:t>
      </w:r>
    </w:p>
    <w:p>
      <w:r>
        <w:br/>
        <w:t>(1816)&lt;br /&gt;</w:t>
        <w:br/>
        <w:t>Засяяв місяць —&lt;br /&gt;</w:t>
        <w:br/>
        <w:t>І найменший кущик&lt;br /&gt;</w:t>
        <w:br/>
        <w:t>Уже святкує!</w:t>
      </w:r>
    </w:p>
    <w:p>
      <w:r>
        <w:br/>
        <w:t>(1817)&lt;br /&gt;</w:t>
        <w:br/>
        <w:t>Розслаблено відкинула убік&lt;br /&gt;</w:t>
        <w:br/>
        <w:t>Квітуча хризантема&lt;br /&gt;</w:t>
        <w:br/>
        <w:t>Свої стебла.</w:t>
      </w:r>
    </w:p>
    <w:p>
      <w:r>
        <w:br/>
        <w:t>(1817)&lt;br /&gt;</w:t>
        <w:br/>
        <w:t>Яке шахрайство!&lt;br /&gt;</w:t>
        <w:br/>
        <w:t>Квіти для людей&lt;br /&gt;</w:t>
        <w:br/>
        <w:t>У грішнім світі!</w:t>
      </w:r>
    </w:p>
    <w:p>
      <w:r>
        <w:br/>
        <w:t>(1818)&lt;br /&gt;</w:t>
        <w:br/>
        <w:t>Небесна Річка1&lt;br /&gt;</w:t>
        <w:br/>
        <w:t>Зоряним потоком&lt;br /&gt;</w:t>
        <w:br/>
        <w:t>Вливається в верхів'я гір Кісо.</w:t>
      </w:r>
    </w:p>
    <w:p>
      <w:r>
        <w:br/>
        <w:t>(1818)&lt;br /&gt;</w:t>
        <w:br/>
        <w:t>"Дзінь!" — раз, "дзінь!" — два, "дзінь!" — три, —&lt;br /&gt;</w:t>
        <w:br/>
        <w:t>Чиїсь голосять дрова.&lt;br /&gt;</w:t>
        <w:br/>
        <w:t>Осінні сутінки.</w:t>
      </w:r>
    </w:p>
    <w:p>
      <w:r>
        <w:br/>
        <w:t>(1818)&lt;br /&gt;</w:t>
        <w:br/>
        <w:t>Стає помірнішою&lt;br /&gt;</w:t>
        <w:br/>
        <w:t>Радість у душі.&lt;br /&gt;</w:t>
        <w:br/>
        <w:t>Моя весна!</w:t>
      </w:r>
    </w:p>
    <w:p>
      <w:r>
        <w:br/>
        <w:t>(1819)&lt;br /&gt;</w:t>
        <w:br/>
        <w:t>У горах місяць&lt;br /&gt;</w:t>
        <w:br/>
        <w:t>Квітів крадіям&lt;br /&gt;</w:t>
        <w:br/>
        <w:t>Підсвічує.</w:t>
      </w:r>
    </w:p>
    <w:p>
      <w:r>
        <w:br/>
        <w:t>(1819)&lt;br /&gt;</w:t>
        <w:br/>
        <w:t>Небесна річка ("Ама-но ґава") — Чумацький (Молочний ) Шлях.&lt;br /&gt;</w:t>
        <w:br/>
        <w:t>Квітуча сливо!&lt;br /&gt;</w:t>
        <w:br/>
        <w:t>Підкажи гостям:&lt;br /&gt;</w:t>
        <w:br/>
        <w:t>Зіпсований замок — про людське око!</w:t>
      </w:r>
    </w:p>
    <w:p>
      <w:r>
        <w:br/>
        <w:t>(1819)&lt;br /&gt;</w:t>
        <w:br/>
        <w:t>Вишневий затінок!&lt;br /&gt;</w:t>
        <w:br/>
        <w:t>Для нього серед нас&lt;br /&gt;</w:t>
        <w:br/>
        <w:t>Чужих та незнайомих не існує.</w:t>
      </w:r>
    </w:p>
    <w:p>
      <w:r>
        <w:br/>
        <w:t>(1819)&lt;br /&gt;</w:t>
        <w:br/>
        <w:t>Лакованої таці чорна гладь.&lt;br /&gt;</w:t>
        <w:br/>
        <w:t>На ній і муха раптом&lt;br /&gt;</w:t>
        <w:br/>
        <w:t>Посковзнулась!</w:t>
      </w:r>
    </w:p>
    <w:p>
      <w:r>
        <w:br/>
        <w:t>(1819)&lt;br /&gt;</w:t>
        <w:br/>
        <w:t>Кобила-мати&lt;br /&gt;</w:t>
        <w:br/>
        <w:t>Сторожко пильнує своє лоша,&lt;br /&gt;</w:t>
        <w:br/>
        <w:t>Що п'є із джерела.</w:t>
      </w:r>
    </w:p>
    <w:p>
      <w:r>
        <w:br/>
        <w:t>(1819)&lt;br /&gt;</w:t>
        <w:br/>
        <w:t>Повен страждань цей світ!&lt;br /&gt;</w:t>
        <w:br/>
        <w:t>Навіть коли цвіте сакура,&lt;br /&gt;</w:t>
        <w:br/>
        <w:t>Навіть коли цвіте!</w:t>
      </w:r>
    </w:p>
    <w:p>
      <w:r>
        <w:br/>
        <w:t>(1819)&lt;br /&gt;</w:t>
        <w:br/>
        <w:t>Тікай, тікай,&lt;br /&gt;</w:t>
        <w:br/>
        <w:t>Горобчику, мій любий!&lt;br /&gt;</w:t>
        <w:br/>
        <w:t>Його Величність виступає — кінь!</w:t>
      </w:r>
    </w:p>
    <w:p>
      <w:r>
        <w:br/>
        <w:t>(1819)&lt;br /&gt;</w:t>
        <w:br/>
        <w:t>Котись-котись,&lt;br /&gt;</w:t>
        <w:br/>
        <w:t>Жолудю!&lt;br /&gt;</w:t>
        <w:br/>
        <w:t>Люлі-люлі-люлі!1</w:t>
      </w:r>
    </w:p>
    <w:p>
      <w:r>
        <w:br/>
        <w:t>(1819)&lt;br /&gt;</w:t>
        <w:br/>
        <w:t>Своєю стежкою&lt;br /&gt;</w:t>
        <w:br/>
        <w:t>З захмарених вершин&lt;br /&gt;</w:t>
        <w:br/>
        <w:t>Вервечкою спускаються мурахи.</w:t>
      </w:r>
    </w:p>
    <w:p>
      <w:r>
        <w:br/>
        <w:t>(1819)&lt;br /&gt;</w:t>
        <w:br/>
        <w:t>Життя — росинка!&lt;br /&gt;</w:t>
        <w:br/>
        <w:t>Хоч воно й росинка,&lt;br /&gt;</w:t>
        <w:br/>
        <w:t>А все ж таки!2</w:t>
      </w:r>
    </w:p>
    <w:p>
      <w:r>
        <w:br/>
        <w:t>(1819)&lt;br /&gt;</w:t>
        <w:br/>
        <w:t>Що б не було,&lt;br /&gt;</w:t>
        <w:br/>
        <w:t>Але на схилі літ&lt;br /&gt;</w:t>
        <w:br/>
        <w:t>Лише на тебе, Боже, покладаюсь!</w:t>
      </w:r>
    </w:p>
    <w:p>
      <w:r>
        <w:br/>
        <w:t>(1819)&lt;br /&gt;</w:t>
        <w:br/>
        <w:t>Єдине прізвище&lt;br /&gt;</w:t>
        <w:br/>
        <w:t>У книзі гостьовій.&lt;br /&gt;</w:t>
        <w:br/>
        <w:t>Вечірній холод!</w:t>
      </w:r>
    </w:p>
    <w:p>
      <w:r>
        <w:br/>
        <w:t>(1819)&lt;br /&gt;</w:t>
        <w:br/>
        <w:t>Не варто лаятися,&lt;br /&gt;</w:t>
        <w:br/>
        <w:t>Птаство перелітне!&lt;br /&gt;</w:t>
        <w:br/>
        <w:t>Взаємодопомога — ваш талан!</w:t>
      </w:r>
    </w:p>
    <w:p>
      <w:r>
        <w:br/>
        <w:t>(1819)&lt;br /&gt;</w:t>
        <w:br/>
        <w:t>Вірш, написаний за мотивами стародавньої колискової пісні.&lt;br /&gt;</w:t>
        <w:br/>
        <w:t>Вірш, написаний з приводу смерті маленького сина.&lt;br /&gt;</w:t>
        <w:br/>
        <w:t>Який чудовий паперовий змій&lt;br /&gt;</w:t>
        <w:br/>
        <w:t>Піднявся в небо&lt;br /&gt;</w:t>
        <w:br/>
        <w:t>Над житлом убогим!</w:t>
      </w:r>
    </w:p>
    <w:p>
      <w:r>
        <w:br/>
        <w:t>(1820)&lt;br /&gt;</w:t>
        <w:br/>
        <w:t>Мале хлоп'я,&lt;br /&gt;</w:t>
        <w:br/>
        <w:t>Нав'ючене травою.&lt;br /&gt;</w:t>
        <w:br/>
        <w:t>Травневий дощ!</w:t>
      </w:r>
    </w:p>
    <w:p>
      <w:r>
        <w:br/>
        <w:t>(?)&lt;br /&gt;</w:t>
        <w:br/>
        <w:t>Не бийте муху!&lt;br /&gt;</w:t>
        <w:br/>
        <w:t>Гляньте, як вона&lt;br /&gt;</w:t>
        <w:br/>
        <w:t>Старанно руки й ноги витирає.</w:t>
      </w:r>
    </w:p>
    <w:p>
      <w:r>
        <w:br/>
        <w:t>(1820)&lt;br /&gt;</w:t>
        <w:br/>
        <w:t>Міхурника кущі.&lt;br /&gt;</w:t>
        <w:br/>
        <w:t>А поміж ними —&lt;br /&gt;</w:t>
        <w:br/>
        <w:t>Десь з семеро малих дітей-прочан.</w:t>
      </w:r>
    </w:p>
    <w:p>
      <w:r>
        <w:br/>
        <w:t>(1820)&lt;br /&gt;</w:t>
        <w:br/>
        <w:t>Маленький равлик&lt;br /&gt;</w:t>
        <w:br/>
        <w:t>Вправно завернув&lt;br /&gt;</w:t>
        <w:br/>
        <w:t>За ріг веранди.</w:t>
      </w:r>
    </w:p>
    <w:p>
      <w:r>
        <w:br/>
        <w:t>(1821)&lt;br /&gt;</w:t>
        <w:br/>
        <w:t>Відламаним на палички для їжі&lt;br /&gt;</w:t>
        <w:br/>
        <w:t>Стебельцям сусукі&lt;br /&gt;</w:t>
        <w:br/>
        <w:t>Теж нині свято!</w:t>
      </w:r>
    </w:p>
    <w:p>
      <w:r>
        <w:br/>
        <w:t>(1821)&lt;br /&gt;</w:t>
        <w:br/>
        <w:t>Квітуча дейція1!&lt;br /&gt;</w:t>
        <w:br/>
        <w:t>А поруч — колобки,&lt;br /&gt;</w:t>
        <w:br/>
        <w:t>Наліплені із глини дітворою.</w:t>
      </w:r>
    </w:p>
    <w:p>
      <w:r>
        <w:br/>
        <w:t>(1821)&lt;br /&gt;</w:t>
        <w:br/>
        <w:t>Здається, не гранат,&lt;br /&gt;</w:t>
        <w:br/>
        <w:t>А сам диявол&lt;br /&gt;</w:t>
        <w:br/>
        <w:t>Роззявив свою пащу вогняну.</w:t>
      </w:r>
    </w:p>
    <w:p>
      <w:r>
        <w:br/>
        <w:t>(1821)&lt;br /&gt;</w:t>
        <w:br/>
        <w:t>Осінній ураган&lt;br /&gt;</w:t>
        <w:br/>
        <w:t>Уміло й легко&lt;br /&gt;</w:t>
        <w:br/>
        <w:t>Над вогнищем розправу учинив.</w:t>
      </w:r>
    </w:p>
    <w:p>
      <w:r>
        <w:br/>
        <w:t>(?)&lt;br /&gt;</w:t>
        <w:br/>
        <w:t>До матері&lt;br /&gt;</w:t>
        <w:br/>
        <w:t>В негоду пригорнувшись,&lt;br /&gt;</w:t>
        <w:br/>
        <w:t>Дитя заснуло.</w:t>
      </w:r>
    </w:p>
    <w:p>
      <w:r>
        <w:br/>
        <w:t>(1821)&lt;br /&gt;</w:t>
        <w:br/>
        <w:t>Не плач, цвіркунчику!&lt;br /&gt;</w:t>
        <w:br/>
        <w:t>Бо навіть у зірок&lt;br /&gt;</w:t>
        <w:br/>
        <w:t>Кохання без розлуки не буває.</w:t>
      </w:r>
    </w:p>
    <w:p>
      <w:r>
        <w:br/>
        <w:t>(1822)&lt;br /&gt;</w:t>
        <w:br/>
        <w:t>Під блискавками&lt;br /&gt;</w:t>
        <w:br/>
        <w:t>Хтось посеред поля&lt;br /&gt;</w:t>
        <w:br/>
        <w:t>Купається.</w:t>
      </w:r>
    </w:p>
    <w:p>
      <w:r>
        <w:br/>
        <w:t>(1822)&lt;br /&gt;</w:t>
        <w:br/>
        <w:t>Дейція ("уно-хана") — кущоподібна рослина з квітками білого та блідо-рожевого кольору&lt;br /&gt;</w:t>
        <w:br/>
        <w:t>(лат.: Беііі2Іа).&lt;br /&gt;</w:t>
        <w:br/>
        <w:t>Що хочеш вибирай:&lt;br /&gt;</w:t>
        <w:br/>
        <w:t>З криниці — воду&lt;br /&gt;</w:t>
        <w:br/>
        <w:t>Чи поруч, зверху каменя, — вино!</w:t>
      </w:r>
    </w:p>
    <w:p>
      <w:r>
        <w:br/>
        <w:t>(1822)&lt;br /&gt;</w:t>
        <w:br/>
        <w:t>Здається,&lt;br /&gt;</w:t>
        <w:br/>
        <w:t>Що маленький водоспад&lt;br /&gt;</w:t>
        <w:br/>
        <w:t>Жартує іноді з червоним листям клена.</w:t>
      </w:r>
    </w:p>
    <w:p>
      <w:r>
        <w:br/>
        <w:t>(1822)&lt;br /&gt;</w:t>
        <w:br/>
        <w:t>Уважно й сторожко&lt;br /&gt;</w:t>
        <w:br/>
        <w:t>Глядить бекас на мене.&lt;br /&gt;</w:t>
        <w:br/>
        <w:t>Смеркається.</w:t>
      </w:r>
    </w:p>
    <w:p>
      <w:r>
        <w:br/>
        <w:t>(?)&lt;br /&gt;</w:t>
        <w:br/>
        <w:t>Молочний Шлях!&lt;br /&gt;</w:t>
        <w:br/>
        <w:t>Невже моя зоря&lt;br /&gt;</w:t>
        <w:br/>
        <w:t>Також одна сьогодні заночує?</w:t>
      </w:r>
    </w:p>
    <w:p>
      <w:r>
        <w:br/>
        <w:t>(1822)&lt;br /&gt;</w:t>
        <w:br/>
        <w:t>Очеретянка в річці Тікума&lt;br /&gt;</w:t>
        <w:br/>
        <w:t>Завмерла:&lt;br /&gt;</w:t>
        <w:br/>
        <w:t>Ані сплеску, ані звуку!</w:t>
      </w:r>
    </w:p>
    <w:p>
      <w:r>
        <w:br/>
        <w:t>(1822)&lt;br /&gt;</w:t>
        <w:br/>
        <w:t>Базар ранковий.&lt;br /&gt;</w:t>
        <w:br/>
        <w:t>Градом весняним&lt;br /&gt;</w:t>
        <w:br/>
        <w:t>Наповнені по вінця всі жаровні.</w:t>
      </w:r>
    </w:p>
    <w:p>
      <w:r>
        <w:br/>
        <w:t>(1823)&lt;br /&gt;</w:t>
        <w:br/>
        <w:t>Нумо, равлику!&lt;br /&gt;</w:t>
        <w:br/>
        <w:t>Потихесеньку&lt;br /&gt;</w:t>
        <w:br/>
        <w:t>Підіймайся на Фудзіяму!</w:t>
      </w:r>
    </w:p>
    <w:p>
      <w:r>
        <w:br/>
        <w:t>(1823)&lt;br /&gt;</w:t>
        <w:br/>
        <w:t>Через поля&lt;br /&gt;</w:t>
        <w:br/>
        <w:t>Сягає шлях прямий —&lt;br /&gt;</w:t>
        <w:br/>
        <w:t>Шлях на молебень десятивечірній.</w:t>
      </w:r>
    </w:p>
    <w:p>
      <w:r>
        <w:br/>
        <w:t>(1823)&lt;br /&gt;</w:t>
        <w:br/>
        <w:t>Танок побачити&lt;br /&gt;</w:t>
        <w:br/>
        <w:t>Навіть Дзідзо прийшов —&lt;br /&gt;</w:t>
        <w:br/>
        <w:t>Став у рядочок поміж глядачами.</w:t>
      </w:r>
    </w:p>
    <w:p>
      <w:r>
        <w:br/>
        <w:t>(1823)&lt;br /&gt;</w:t>
        <w:br/>
        <w:t>Це дерево теж зрубають.&lt;br /&gt;</w:t>
        <w:br/>
        <w:t>Невже ти цього не знаєш,&lt;br /&gt;</w:t>
        <w:br/>
        <w:t>Пташино, що в'єш гніздечко?</w:t>
      </w:r>
    </w:p>
    <w:p>
      <w:r>
        <w:br/>
        <w:t>(1824)&lt;br /&gt;</w:t>
        <w:br/>
        <w:t>Форелі нерест.&lt;br /&gt;</w:t>
        <w:br/>
        <w:t>У повітрі теж&lt;br /&gt;</w:t>
        <w:br/>
        <w:t>Мигтять опалі сакури листочки.</w:t>
      </w:r>
    </w:p>
    <w:p>
      <w:r>
        <w:br/>
        <w:t>(1824)&lt;br /&gt;</w:t>
        <w:br/>
        <w:t>Йде перший сніг.&lt;br /&gt;</w:t>
        <w:br/>
        <w:t>Удалині маячить село,&lt;br /&gt;</w:t>
        <w:br/>
        <w:t>В яке сьогодні поспішав.</w:t>
      </w:r>
    </w:p>
    <w:p>
      <w:r>
        <w:br/>
        <w:t>(?)&lt;br /&gt;</w:t>
        <w:br/>
        <w:t>Ніхто й не доторкнувся&lt;br /&gt;</w:t>
        <w:br/>
        <w:t>До записки!&lt;br /&gt;</w:t>
        <w:br/>
        <w:t>Зимова самота.</w:t>
      </w:r>
    </w:p>
    <w:p>
      <w:r>
        <w:br/>
        <w:t>(?)&lt;br /&gt;</w:t>
        <w:br/>
        <w:t>Стареча кволість!&lt;br /&gt;</w:t>
        <w:br/>
        <w:t>Гілку на підпал&lt;br /&gt;</w:t>
        <w:br/>
        <w:t>Не можу об коліно поламати.</w:t>
      </w:r>
    </w:p>
    <w:p>
      <w:r>
        <w:br/>
        <w:t>(?)&lt;br /&gt;</w:t>
        <w:br/>
        <w:t>Басьо1 річниця!&lt;br /&gt;</w:t>
        <w:br/>
        <w:t>В цьому році теж спромігся все-таки&lt;br /&gt;</w:t>
        <w:br/>
        <w:t>Здолати шлях далекий.</w:t>
      </w:r>
    </w:p>
    <w:p>
      <w:r>
        <w:br/>
        <w:t>(?)&lt;br /&gt;</w:t>
        <w:br/>
        <w:t>Переклад І. Бондаренка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Поезія (в перекладі І. Бондаренка)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