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Поету</w:t>
      </w:r>
    </w:p>
    <w:p>
      <w:r>
        <w:br/>
        <w:t xml:space="preserve"> Як ніч насувається туча&lt;br /&gt;</w:t>
        <w:br/>
        <w:t>І млою небо окрива,&lt;br /&gt;</w:t>
        <w:br/>
        <w:t>Гуркоче грім, а буря злюча&lt;br /&gt;</w:t>
        <w:br/>
        <w:t>Дуби з коріннями вирива,&lt;br /&gt;</w:t>
        <w:br/>
        <w:t>Здіймає, гонить хвилі гори&lt;br /&gt;</w:t>
        <w:br/>
        <w:t>На почорнілім, лютім морі;&lt;br /&gt;</w:t>
        <w:br/>
        <w:t>Реве, і стогне, і рида,&lt;br /&gt;</w:t>
        <w:br/>
        <w:t>І човна бідного гойда&lt;br /&gt;</w:t>
        <w:br/>
        <w:t>Понад безоднею хисткою...&lt;br /&gt;</w:t>
        <w:br/>
        <w:t>Пловець, погинеш в боротьбі!&lt;br /&gt;</w:t>
        <w:br/>
        <w:t>Куди й боротися тобі&lt;br /&gt;</w:t>
        <w:br/>
        <w:t>З тією силою сліпою? —&lt;br /&gt;</w:t>
        <w:br/>
        <w:t>Не одного борця вона&lt;br /&gt;</w:t>
        <w:br/>
        <w:t>Уже поринула до дна!</w:t>
      </w:r>
    </w:p>
    <w:p>
      <w:r>
        <w:br/>
        <w:t>Під завірюху і негоду&lt;br /&gt;</w:t>
        <w:br/>
        <w:t>Серед буяння в світі зла&lt;br /&gt;</w:t>
        <w:br/>
        <w:t>Чи не піти в свою господу,&lt;br /&gt;</w:t>
        <w:br/>
        <w:t>Чи не зложити й нам весла?&lt;br /&gt;</w:t>
        <w:br/>
        <w:t>Замовкнути серденько од миру&lt;br /&gt;</w:t>
        <w:br/>
        <w:t>Й наладнувати свою ліру&lt;br /&gt;</w:t>
        <w:br/>
        <w:t>Для власних мук, для власних сліз,&lt;br /&gt;</w:t>
        <w:br/>
        <w:t>Для тайних з-за кутка погріз, —&lt;br /&gt;</w:t>
        <w:br/>
        <w:t>Бо там на шарварку людському,&lt;br /&gt;</w:t>
        <w:br/>
        <w:t>Де брат на брата точить ніж,&lt;br /&gt;</w:t>
        <w:br/>
        <w:t>Де повселюдно йде рабіж,&lt;br /&gt;</w:t>
        <w:br/>
        <w:t>Там не чутно буде нікому,&lt;br /&gt;</w:t>
        <w:br/>
        <w:t>Серед гармидеру й турбот, —&lt;br /&gt;</w:t>
        <w:br/>
        <w:t>Моїх пісень, моїх скорбот.</w:t>
      </w:r>
    </w:p>
    <w:p>
      <w:r>
        <w:br/>
        <w:t>Ні, тричі ні! Хай краще струни&lt;br /&gt;</w:t>
        <w:br/>
        <w:t>Порве мій стогін навісний!&lt;br /&gt;</w:t>
        <w:br/>
        <w:t>Коли кругом в дочасні труни&lt;br /&gt;</w:t>
        <w:br/>
        <w:t>Борців лягає гурт тісний,&lt;br /&gt;</w:t>
        <w:br/>
        <w:t>Коли юнацька сила в'яне,&lt;br /&gt;</w:t>
        <w:br/>
        <w:t>А там сміється щось погане, —&lt;br /&gt;</w:t>
        <w:br/>
        <w:t>Не про кохання, не про рай,&lt;br /&gt;</w:t>
        <w:br/>
        <w:t>Поспівче, голосно співай!&lt;br /&gt;</w:t>
        <w:br/>
        <w:t>Але розваж словами брата,&lt;br /&gt;</w:t>
        <w:br/>
        <w:t>Що й не виходить із заліз;&lt;br /&gt;</w:t>
        <w:br/>
        <w:t>Скропи росою твоїх сліз&lt;br /&gt;</w:t>
        <w:br/>
        <w:t>Криваві рани, що від ката,&lt;br /&gt;</w:t>
        <w:br/>
        <w:t>Й душі замученій, слабій&lt;br /&gt;</w:t>
        <w:br/>
        <w:t>Одвагу піснею навій.</w:t>
      </w:r>
    </w:p>
    <w:p>
      <w:r>
        <w:br/>
        <w:t>Не бійся вражої наруги;&lt;br /&gt;</w:t>
        <w:br/>
        <w:t>З святим вогнем лини туди,&lt;br /&gt;</w:t>
        <w:br/>
        <w:t>Де панування скрути, туги&lt;br /&gt;</w:t>
        <w:br/>
        <w:t>Та віковічної біди...&lt;br /&gt;</w:t>
        <w:br/>
        <w:t>Співай, ридай і будь готовий&lt;br /&gt;</w:t>
        <w:br/>
        <w:t>Замість лаврового терновий&lt;br /&gt;</w:t>
        <w:br/>
        <w:t>Вінець узяти на чоло;&lt;br /&gt;</w:t>
        <w:br/>
        <w:t>Нехай роздавить тебе зло, —&lt;br /&gt;</w:t>
        <w:br/>
        <w:t>Але що смерть?.. Хвилинна страта,&lt;br /&gt;</w:t>
        <w:br/>
        <w:t>А далі — слава голосна...&lt;br /&gt;</w:t>
        <w:br/>
        <w:t>Той умирати, певно, зна,&lt;br /&gt;</w:t>
        <w:br/>
        <w:t>Хто зна любити своего брата, —&lt;br /&gt;</w:t>
        <w:br/>
        <w:t>І за таку тільки любов,&lt;br /&gt;</w:t>
        <w:br/>
        <w:t>Співець, ти жити будеш знов!</w:t>
      </w:r>
    </w:p>
    <w:p>
      <w:r>
        <w:br/>
        <w:t>(1882)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