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 у Нью-Йорку (збірка)</w:t>
      </w:r>
    </w:p>
    <w:p>
      <w:r>
        <w:br/>
        <w:t xml:space="preserve"> I&lt;br /&gt;</w:t>
        <w:br/>
        <w:t>ВІРШІ ПРО САМОТУ В КОЛУМБІЙСЬКОМУ УНІВЕРСИТЕТІ&lt;br /&gt;</w:t>
        <w:br/>
        <w:t>Лють кольору любові,&lt;br /&gt;</w:t>
        <w:br/>
        <w:t>любов кольору забуття.&lt;br /&gt;</w:t>
        <w:br/>
        <w:t>Луїс Сернуда</w:t>
      </w:r>
    </w:p>
    <w:p>
      <w:r>
        <w:br/>
        <w:t>ПОВЕРНЕННЯ 3 ПРОГУЛЯНКИ&lt;br /&gt;</w:t>
        <w:br/>
        <w:t>Убитий небом,&lt;br /&gt;</w:t>
        <w:br/>
        <w:t>серед форм, які прямують до змії,&lt;br /&gt;</w:t>
        <w:br/>
        <w:t>і форм, які відшукують кристал,&lt;br /&gt;</w:t>
        <w:br/>
        <w:t>я запущу своє волосся.</w:t>
      </w:r>
    </w:p>
    <w:p>
      <w:r>
        <w:br/>
        <w:t>З обтятим деревом, що не співає,&lt;br /&gt;</w:t>
        <w:br/>
        <w:t>і з хлоп'ям, чиє обличчя біле, як яйце.</w:t>
      </w:r>
    </w:p>
    <w:p>
      <w:r>
        <w:br/>
        <w:t>Із звірятками, яким розбито голови,&lt;br /&gt;</w:t>
        <w:br/>
        <w:t>і з водою в лахах сухих стебел.</w:t>
      </w:r>
    </w:p>
    <w:p>
      <w:r>
        <w:br/>
        <w:t>З усім, що повила глухоніма утома,&lt;br /&gt;</w:t>
        <w:br/>
        <w:t>і з метеликом, утопленим у чорнильниці.</w:t>
      </w:r>
    </w:p>
    <w:p>
      <w:r>
        <w:br/>
        <w:t>Стикаючись із власним обличчям, одмінним щодня.&lt;br /&gt;</w:t>
        <w:br/>
        <w:t>Убитий небом!</w:t>
      </w:r>
    </w:p>
    <w:p>
      <w:r>
        <w:br/>
        <w:t>1910 РІК&lt;br /&gt;</w:t>
        <w:br/>
        <w:t>(Інтермедія)&lt;br /&gt;</w:t>
        <w:br/>
        <w:t>Мої очі тисяча дев'ятсот десятого року&lt;br /&gt;</w:t>
        <w:br/>
        <w:t>ще не бачили ні поховання мертвих,&lt;br /&gt;</w:t>
        <w:br/>
        <w:t>ні дня поминання того, хто плаче на світанку,&lt;br /&gt;</w:t>
        <w:br/>
        <w:t>ні серця, яке тремтить, забуте, як морський коник.</w:t>
      </w:r>
    </w:p>
    <w:p>
      <w:r>
        <w:br/>
        <w:t>Мої очі тисяча дев'ятсот десятого року&lt;br /&gt;</w:t>
        <w:br/>
        <w:t>бачили білий мур, де справляли потребу дівчата,&lt;br /&gt;</w:t>
        <w:br/>
        <w:t>бачили морду бичачу, отруйний гриб&lt;br /&gt;</w:t>
        <w:br/>
        <w:t>і незбагненний місяць, що освітлював по кутках&lt;br /&gt;</w:t>
        <w:br/>
        <w:t>сухі шматочки цитрин під загуслою чорнотою пляшок.</w:t>
      </w:r>
    </w:p>
    <w:p>
      <w:r>
        <w:br/>
        <w:t>Ті мої очі дитинні — на кінській шиї,&lt;br /&gt;</w:t>
        <w:br/>
        <w:t>на прохромлених грудях заснулої Санта-Рози,&lt;br /&gt;</w:t>
        <w:br/>
        <w:t>на черепичних дахах кохання, зі стогонами й прохолодою рук,&lt;br /&gt;</w:t>
        <w:br/>
        <w:t>у садку, де коти пожирають маленьких жаб.</w:t>
      </w:r>
    </w:p>
    <w:p>
      <w:r>
        <w:br/>
        <w:t>Горище, де статуї й мох порохом давнім укриті,&lt;br /&gt;</w:t>
        <w:br/>
        <w:t>і шухляди, в яких збереглася тиша з'їдених раків,&lt;br /&gt;</w:t>
        <w:br/>
        <w:t>в тому місці, де мрія й сон натрапляли на власну дійсність.&lt;br /&gt;</w:t>
        <w:br/>
        <w:t>Аж там — мої маленькі очі.</w:t>
      </w:r>
    </w:p>
    <w:p>
      <w:r>
        <w:br/>
        <w:t>Нічого не питайте. Я бачив, як предмети у пошуках дороги&lt;br /&gt;</w:t>
        <w:br/>
        <w:t>знаходять порожнечу. Чутні боління пустки в безлюдному&lt;br /&gt;</w:t>
        <w:br/>
        <w:t>повітрі, в моїх очах — істоти в убранні, без голизни!</w:t>
      </w:r>
    </w:p>
    <w:p>
      <w:r>
        <w:br/>
        <w:t>ФАБУЛА ТА КРУГОВОРОТ ТРЬОХ ДРУЗІВ&lt;br /&gt;</w:t>
        <w:br/>
        <w:t>Енріке,&lt;br /&gt;</w:t>
        <w:br/>
        <w:t>Еміліо,&lt;br /&gt;</w:t>
        <w:br/>
        <w:t>Лоренцо.</w:t>
      </w:r>
    </w:p>
    <w:p>
      <w:r>
        <w:br/>
        <w:t>Було заморожених троє:&lt;br /&gt;</w:t>
        <w:br/>
        <w:t>Енріке — у світі постелей,&lt;br /&gt;</w:t>
        <w:br/>
        <w:t>Еміліо — у світі очей і поранених рук,&lt;br /&gt;</w:t>
        <w:br/>
        <w:t>Лоренцо — у світі університетів без покрівель.</w:t>
      </w:r>
    </w:p>
    <w:p>
      <w:r>
        <w:br/>
        <w:t>Лоренцо,&lt;br /&gt;</w:t>
        <w:br/>
        <w:t>Еміліо,&lt;br /&gt;</w:t>
        <w:br/>
        <w:t>Енріке.</w:t>
      </w:r>
    </w:p>
    <w:p>
      <w:r>
        <w:br/>
        <w:t>Було спалених троє:&lt;br /&gt;</w:t>
        <w:br/>
        <w:t>Лоренцо — у світі листя та більярдних куль,&lt;br /&gt;</w:t>
        <w:br/>
        <w:t>Еміліо — у світі крові та білих брошок,&lt;br /&gt;</w:t>
        <w:br/>
        <w:t>Енріке — у світі мерців і забутих газет.</w:t>
      </w:r>
    </w:p>
    <w:p>
      <w:r>
        <w:br/>
        <w:t>Лоренцо,&lt;br /&gt;</w:t>
        <w:br/>
        <w:t>Еміліо,&lt;br /&gt;</w:t>
        <w:br/>
        <w:t>Енріке.</w:t>
      </w:r>
    </w:p>
    <w:p>
      <w:r>
        <w:br/>
        <w:t>Було похованих троє:&lt;br /&gt;</w:t>
        <w:br/>
        <w:t>Лоренцо — у лоні Флори,&lt;br /&gt;</w:t>
        <w:br/>
        <w:t>Еміліо — у ялівцівці, загуслій у келиху,&lt;br /&gt;</w:t>
        <w:br/>
        <w:t>Енріке — в мурашці, у морі та в порожніх пташиних очах.</w:t>
      </w:r>
    </w:p>
    <w:p>
      <w:r>
        <w:br/>
        <w:t>Лоренцо,&lt;br /&gt;</w:t>
        <w:br/>
        <w:t>Еміліо,&lt;br /&gt;</w:t>
        <w:br/>
        <w:t>Енріке.</w:t>
      </w:r>
    </w:p>
    <w:p>
      <w:r>
        <w:br/>
        <w:t>Було їх троє у мене в руках:&lt;br /&gt;</w:t>
        <w:br/>
        <w:t>три китайські гори,&lt;br /&gt;</w:t>
        <w:br/>
        <w:t>три кінські тіні,&lt;br /&gt;</w:t>
        <w:br/>
        <w:t>три снігові краєвиди й хатинка з лілей&lt;br /&gt;</w:t>
        <w:br/>
        <w:t>по голубниках, де тулиться місяць під гребінь даху.</w:t>
      </w:r>
    </w:p>
    <w:p>
      <w:r>
        <w:br/>
        <w:t>Один,&lt;br /&gt;</w:t>
        <w:br/>
        <w:t>і один,&lt;br /&gt;</w:t>
        <w:br/>
        <w:t>і один.</w:t>
      </w:r>
    </w:p>
    <w:p>
      <w:r>
        <w:br/>
        <w:t>Було троє мумій:&lt;br /&gt;</w:t>
        <w:br/>
        <w:t>разом з мухами зим,&lt;br /&gt;</w:t>
        <w:br/>
        <w:t>з каламарями, що їх оскверняє пес і зневажає реп'ях,&lt;br /&gt;</w:t>
        <w:br/>
        <w:t>з вітерцем, що морозить серця усіх матерів,&lt;br /&gt;</w:t>
        <w:br/>
        <w:t>по білих уламках Юпітера, де п'яниці закушують смертю.</w:t>
      </w:r>
    </w:p>
    <w:p>
      <w:r>
        <w:br/>
        <w:t>Троє,&lt;br /&gt;</w:t>
        <w:br/>
        <w:t>двоє,&lt;br /&gt;</w:t>
        <w:br/>
        <w:t>один.</w:t>
      </w:r>
    </w:p>
    <w:p>
      <w:r>
        <w:br/>
        <w:t>Я бачив, як вони зникали із плачем і співом:&lt;br /&gt;</w:t>
        <w:br/>
        <w:t>у курячім яйці,&lt;br /&gt;</w:t>
        <w:br/>
        <w:t>у глибинах ночі, що явила свій тютюновий кістяк,&lt;br /&gt;</w:t>
        <w:br/>
        <w:t>у моїм болі, повнім облич і гострих місячних кісток,&lt;br /&gt;</w:t>
        <w:br/>
        <w:t>у моїй радості від зубчастих коліс та батогів,&lt;br /&gt;</w:t>
        <w:br/>
        <w:t>у моїх грудях, потривожених голубами,&lt;br /&gt;</w:t>
        <w:br/>
        <w:t>у моїй смерті пустельній з єдиним заблуканим перехожим.</w:t>
      </w:r>
    </w:p>
    <w:p>
      <w:r>
        <w:br/>
        <w:t>Я вбив п'ятий місяць у небі:&lt;br /&gt;</w:t>
        <w:br/>
        <w:t>Оплески й віяла пили воду з фонтанів.&lt;br /&gt;</w:t>
        <w:br/>
        <w:t>Тепле молоко останніх породіль&lt;br /&gt;</w:t>
        <w:br/>
        <w:t>ворушило троянди з невтишеним білим болем.</w:t>
      </w:r>
    </w:p>
    <w:p>
      <w:r>
        <w:br/>
        <w:t>Енріке,&lt;br /&gt;</w:t>
        <w:br/>
        <w:t>Еміліо,&lt;br /&gt;</w:t>
        <w:br/>
        <w:t>Лоренцо.</w:t>
      </w:r>
    </w:p>
    <w:p>
      <w:r>
        <w:br/>
        <w:t>Діана непохитна,&lt;br /&gt;</w:t>
        <w:br/>
        <w:t>та інколи у неї хмарні груди.&lt;br /&gt;</w:t>
        <w:br/>
        <w:t>Білий камінь може тріпотіти в оленячій крові,&lt;br /&gt;</w:t>
        <w:br/>
        <w:t>а олень може мріяти про кінські очі.</w:t>
      </w:r>
    </w:p>
    <w:p>
      <w:r>
        <w:br/>
        <w:t>Коли під щебет маргариток&lt;br /&gt;</w:t>
        <w:br/>
        <w:t>зникли чисті форми,&lt;br /&gt;</w:t>
        <w:br/>
        <w:t>я зрозумів, що мене вбито.&lt;br /&gt;</w:t>
        <w:br/>
        <w:t>Вони йшли по кав'ярнях, цвинтарях і церквах,&lt;br /&gt;</w:t>
        <w:br/>
        <w:t>порозбивали шафи та барила,&lt;br /&gt;</w:t>
        <w:br/>
        <w:t>розтрощили три кістяки, аби вирвати золоті зуби.&lt;br /&gt;</w:t>
        <w:br/>
        <w:t>Але вже не знайшли мене.&lt;br /&gt;</w:t>
        <w:br/>
        <w:t>Не знайшли мене?&lt;br /&gt;</w:t>
        <w:br/>
        <w:t>Ні, не знайшли мене.&lt;br /&gt;</w:t>
        <w:br/>
        <w:t>Лише стало ясно, що втік шостий місяць потоком угору,&lt;br /&gt;</w:t>
        <w:br/>
        <w:t>і що море згадало — за мить! —&lt;br /&gt;</w:t>
        <w:br/>
        <w:t>Імена всіх своїх потопельців.</w:t>
      </w:r>
    </w:p>
    <w:p>
      <w:r>
        <w:br/>
        <w:t>ТВОЄ ДИТИНСТВО У МЕНТОНІ&lt;br /&gt;</w:t>
        <w:br/>
        <w:t>Дитинні дні твої — джерельна казка.&lt;br /&gt;</w:t>
        <w:br/>
        <w:t>Хорхе Ґільєн&lt;br /&gt;</w:t>
        <w:br/>
        <w:t>Дитинні дні твої — джерельна казка.&lt;br /&gt;</w:t>
        <w:br/>
        <w:t>І поїзд. Жінка виповнила небо.&lt;br /&gt;</w:t>
        <w:br/>
        <w:t>В готелях самота твоя таїться,&lt;br /&gt;</w:t>
        <w:br/>
        <w:t>і чиста твоя маска — з іншим знаком.&lt;br /&gt;</w:t>
        <w:br/>
        <w:t>Дитинство моря і твоє мовчання,&lt;br /&gt;</w:t>
        <w:br/>
        <w:t>в якому тріскалися мудрі шиби.&lt;br /&gt;</w:t>
        <w:br/>
        <w:t>Застигле незнання твоє, в якому&lt;br /&gt;</w:t>
        <w:br/>
        <w:t>мій торс обмежено вогненним кругом.&lt;br /&gt;</w:t>
        <w:br/>
        <w:t>Тобі вказав я, сине Аполлона,&lt;br /&gt;</w:t>
        <w:br/>
        <w:t>кохання взір, ридання солов'їне,&lt;br /&gt;</w:t>
        <w:br/>
        <w:t>але, поживо руйнувань, тяжів ти до&lt;br /&gt;</w:t>
        <w:br/>
        <w:t>марень, і хистких, і нетривалих.&lt;br /&gt;</w:t>
        <w:br/>
        <w:t>Вчорашнє світло, супротивна думка,&lt;br /&gt;</w:t>
        <w:br/>
        <w:t>означення й прикмети випадкові.&lt;br /&gt;</w:t>
        <w:br/>
        <w:t>ПІсковатий твій стан зважає тільки&lt;br /&gt;</w:t>
        <w:br/>
        <w:t>на ті сліди, що вгору не провадять.&lt;br /&gt;</w:t>
        <w:br/>
        <w:t>Та я шукати мушу по кутках&lt;br /&gt;</w:t>
        <w:br/>
        <w:t>Твою ж, тобі не знану, душу дальню,&lt;br /&gt;</w:t>
        <w:br/>
        <w:t>із болем спиненого Аполлона,&lt;br /&gt;</w:t>
        <w:br/>
        <w:t>з яким із тебе машкару зірвав я.&lt;br /&gt;</w:t>
        <w:br/>
        <w:t>Там, леве, там, небесне навіженство,&lt;br /&gt;</w:t>
        <w:br/>
        <w:t>тебе зоставлю — гризти мої щоки, там,&lt;br /&gt;</w:t>
        <w:br/>
        <w:t>синій коню всіх моїх нестям,&lt;br /&gt;</w:t>
        <w:br/>
        <w:t>хвилинна стрілко й галактичний пульсе,&lt;br /&gt;</w:t>
        <w:br/>
        <w:t>шукатиму каміння скорпіонів,&lt;br /&gt;</w:t>
        <w:br/>
        <w:t>дівочу одіж матері твоєї,&lt;br /&gt;</w:t>
        <w:br/>
        <w:t>і опівнічний плач, і дерту хустку,&lt;br /&gt;</w:t>
        <w:br/>
        <w:t>що місяць зняв у мертвого зі скроні.&lt;br /&gt;</w:t>
        <w:br/>
        <w:t>Дитинні дні твої — джерельна казка.&lt;br /&gt;</w:t>
        <w:br/>
        <w:t>Знайду тебе, маленька, без коріння душе&lt;br /&gt;</w:t>
        <w:br/>
        <w:t>чужинна вен моїх порожніх!&lt;br /&gt;</w:t>
        <w:br/>
        <w:t>Всякчас — любов; любов — ніколи в світі!&lt;br /&gt;</w:t>
        <w:br/>
        <w:t>Так, я люблю! Любов! Лишіть мене.&lt;br /&gt;</w:t>
        <w:br/>
        <w:t>Хай рот мій не заб'ють ті, що шукають&lt;br /&gt;</w:t>
        <w:br/>
        <w:t>Сатурнове колосся під снігами&lt;br /&gt;</w:t>
        <w:br/>
        <w:t>чи холостять тварин високо в небі,&lt;br /&gt;</w:t>
        <w:br/>
        <w:t>в лікарнях та в анатомічних хащах.&lt;br /&gt;</w:t>
        <w:br/>
        <w:t>Любов, любов, любов. Дитинство моря.&lt;br /&gt;</w:t>
        <w:br/>
        <w:t>Твоя ж душа тобі не знана, дальня.&lt;br /&gt;</w:t>
        <w:br/>
        <w:t>Любов, любов, любов. Політ косулі&lt;br /&gt;</w:t>
        <w:br/>
        <w:t>над безконечним лоном білини.&lt;br /&gt;</w:t>
        <w:br/>
        <w:t>Також твоє, любов, твоє дитинство.&lt;br /&gt;</w:t>
        <w:br/>
        <w:t>І поїзд. Жінка виповнила небо.&lt;br /&gt;</w:t>
        <w:br/>
        <w:t>Ні ти, ні я, не вітер і не листя.&lt;br /&gt;</w:t>
        <w:br/>
        <w:t>Дитинні дні твої — джерельна казка.</w:t>
      </w:r>
    </w:p>
    <w:p>
      <w:r>
        <w:br/>
        <w:t>ДИТИНСТВО І СМЕРТЬ&lt;br /&gt;</w:t>
        <w:br/>
        <w:t>Шукаючи власне дитинство, мій Боже,&lt;br /&gt;</w:t>
        <w:br/>
        <w:t>я ковтав гнилі помаранчі, давні папери, порожні голубники,&lt;br /&gt;</w:t>
        <w:br/>
        <w:t>І знайшов своє тіло, погризене пацюками,&lt;br /&gt;</w:t>
        <w:br/>
        <w:t>на дні водоймища, разом з волоссям безумців.&lt;br /&gt;</w:t>
        <w:br/>
        <w:t>Мій матроський костюмчик&lt;br /&gt;</w:t>
        <w:br/>
        <w:t>ще не просякнув китовим жиром,&lt;br /&gt;</w:t>
        <w:br/>
        <w:t>але був повен вразливої вічності фотографій.&lt;br /&gt;</w:t>
        <w:br/>
        <w:t>Потонулий, о так, потонулий, спи, хлопче, спи,&lt;br /&gt;</w:t>
        <w:br/>
        <w:t>переможений у колежі й серед вальсу пораненої троянди,&lt;br /&gt;</w:t>
        <w:br/>
        <w:t>подивований хмурим світанком, від якого на тілі росте пушок,&lt;br /&gt;</w:t>
        <w:br/>
        <w:t>подивований чоловіком, що з'явився в тобі і жував тютюн у тебе з лівого боку.&lt;br /&gt;</w:t>
        <w:br/>
        <w:t>Я чую пересохлу річку, де безліч консервних бляшанок,&lt;br /&gt;</w:t>
        <w:br/>
        <w:t>де співають нечисті води, куди кидають закривавлені сорочки,&lt;br /&gt;</w:t>
        <w:br/>
        <w:t>ріку, в якій здохлі коти прикидаються анемонами й пелюстками,&lt;br /&gt;</w:t>
        <w:br/>
        <w:t>аби обдурити місяць, що ласкаво на них оперся.&lt;br /&gt;</w:t>
        <w:br/>
        <w:t>Тут, сам на сам із моїм потопельцем,&lt;br /&gt;</w:t>
        <w:br/>
        <w:t>тут, сам на сам з вітерцем від холодних мохів та жерстяних листів,&lt;br /&gt;</w:t>
        <w:br/>
        <w:t>тут, сам-один, я бачу, що для мене зачинено браму.&lt;br /&gt;</w:t>
        <w:br/>
        <w:t>Для мене зачинено браму. І граються кілька мерців,&lt;br /&gt;</w:t>
        <w:br/>
        <w:t>по мішенях стріляючи; інші мерці тимчасом&lt;br /&gt;</w:t>
        <w:br/>
        <w:t>шукають у куховарнях лушпиння динь.&lt;br /&gt;</w:t>
        <w:br/>
        <w:t>Один загадковий, самотній синявий мрець&lt;br /&gt;</w:t>
        <w:br/>
        <w:t>шукає мене на сходах, до водоймища лізе руками.&lt;br /&gt;</w:t>
        <w:br/>
        <w:t>Зорі натоптують попіл до замкових щілин соборів,&lt;br /&gt;</w:t>
        <w:br/>
        <w:t>а люди лишаються раптом із найменшим своїм вбранням.&lt;br /&gt;</w:t>
        <w:br/>
        <w:t>Шукаючи власне дитинство, мій Боже,&lt;br /&gt;</w:t>
        <w:br/>
        <w:t>я ковтав вичавлені помаранчі, і закапелки, і пожовклі газети,&lt;br /&gt;</w:t>
        <w:br/>
        <w:t>а дитинство було пацюком, що тікав крізь похмурий сад&lt;br /&gt;</w:t>
        <w:br/>
        <w:t>до будинку з роялями, на який люто сунув місяць.</w:t>
      </w:r>
    </w:p>
    <w:p>
      <w:r>
        <w:br/>
        <w:t>ІІ</w:t>
      </w:r>
    </w:p>
    <w:p>
      <w:r>
        <w:br/>
        <w:t>НЕГРИ ЗВИЧАЙ І РАЙ НЕГРІВ&lt;br /&gt;</w:t>
        <w:br/>
        <w:t>Вони ненавидять пташину тінь&lt;br /&gt;</w:t>
        <w:br/>
        <w:t>понад припливом білої щоки&lt;br /&gt;</w:t>
        <w:br/>
        <w:t>і поєдинок світла з вітром&lt;br /&gt;</w:t>
        <w:br/>
        <w:t>у салоні холодного снігу.</w:t>
      </w:r>
    </w:p>
    <w:p>
      <w:r>
        <w:br/>
        <w:t>Вони ненавидять стрілу без тіла&lt;br /&gt;</w:t>
        <w:br/>
        <w:t>i непомильну хустку розставань,&lt;br /&gt;</w:t>
        <w:br/>
        <w:t>і стрілку високого тиску, й троянду&lt;br /&gt;</w:t>
        <w:br/>
        <w:t>посеред злакової червені усмішки.</w:t>
      </w:r>
    </w:p>
    <w:p>
      <w:r>
        <w:br/>
        <w:t>Вони люблять пустельну блакить,&lt;br /&gt;</w:t>
        <w:br/>
        <w:t>невиразні бичачі спомини,&lt;br /&gt;</w:t>
        <w:br/>
        <w:t>оманливий місяць обох полюсів,&lt;br /&gt;</w:t>
        <w:br/>
        <w:t>дугастий танець хвиль на узбережжі.</w:t>
      </w:r>
    </w:p>
    <w:p>
      <w:r>
        <w:br/>
        <w:t>Вони, що знають все про стовбури й сліди,&lt;br /&gt;</w:t>
        <w:br/>
        <w:t>пронизують глину сяйливістю нервів,&lt;br /&gt;</w:t>
        <w:br/>
        <w:t>і хтиво ковзають водою та пісками,&lt;br /&gt;</w:t>
        <w:br/>
        <w:t>смакуючи гіркаву свіжість своєї тисячолітньої слини.</w:t>
      </w:r>
    </w:p>
    <w:p>
      <w:r>
        <w:br/>
        <w:t>І це — серед хрумтливої блакиті,&lt;br /&gt;</w:t>
        <w:br/>
        <w:t>блакиті без червів та без поснулих слідів,&lt;br /&gt;</w:t>
        <w:br/>
        <w:t>де навічно лишаються яйця страусів,&lt;br /&gt;</w:t>
        <w:br/>
        <w:t>де блукають незаймані танцівниці-зливи.</w:t>
      </w:r>
    </w:p>
    <w:p>
      <w:r>
        <w:br/>
        <w:t>Серед блакиті, що історії не має,&lt;br /&gt;</w:t>
        <w:br/>
        <w:t>серед блакиті нічної, що дня не боїться,&lt;br /&gt;</w:t>
        <w:br/>
        <w:t>серед блакиті, там, де голий вітер роздирає&lt;br /&gt;</w:t>
        <w:br/>
        <w:t>сомнабулічних верблюдів порожніх хмар.</w:t>
      </w:r>
    </w:p>
    <w:p>
      <w:r>
        <w:br/>
        <w:t>Це там, де торси сплять під ненажерністю трави.&lt;br /&gt;</w:t>
        <w:br/>
        <w:t>Там проростають корали крізь розпач чорнила,&lt;br /&gt;</w:t>
        <w:br/>
        <w:t>і ті, що сплять, стирають свої профілі під завитками слимаків,&lt;br /&gt;</w:t>
        <w:br/>
        <w:t>і лишається порожнеча танцю понад останнім прахом.</w:t>
      </w:r>
    </w:p>
    <w:p>
      <w:r>
        <w:br/>
        <w:t>ОДА КОРОЛЮ ГАРЛЕМА&lt;br /&gt;</w:t>
        <w:br/>
        <w:t>Ложкою він&lt;br /&gt;</w:t>
        <w:br/>
        <w:t>виймав крокодилам очі&lt;br /&gt;</w:t>
        <w:br/>
        <w:t>та бив по гузнах мавп.&lt;br /&gt;</w:t>
        <w:br/>
        <w:t>Ложкою.</w:t>
      </w:r>
    </w:p>
    <w:p>
      <w:r>
        <w:br/>
        <w:t>Одвічний вогонь спав у кременях,&lt;br /&gt;</w:t>
        <w:br/>
        <w:t>і скарабеї, п'яні від ганусу,&lt;br /&gt;</w:t>
        <w:br/>
        <w:t>забували про мохи сільських округ.</w:t>
      </w:r>
    </w:p>
    <w:p>
      <w:r>
        <w:br/>
        <w:t>Цей зарослий щетиною старець&lt;br /&gt;</w:t>
        <w:br/>
        <w:t>ішов туди, де плакали негри,&lt;br /&gt;</w:t>
        <w:br/>
        <w:t>і скрипіла королівська ложка,&lt;br /&gt;</w:t>
        <w:br/>
        <w:t>і прибували танкери з несвіжою водою.</w:t>
      </w:r>
    </w:p>
    <w:p>
      <w:r>
        <w:br/>
        <w:t>Троянди втікали по лезах&lt;br /&gt;</w:t>
        <w:br/>
        <w:t>найостанніших сплесків вітру,&lt;br /&gt;</w:t>
        <w:br/>
        <w:t>і на купах шафрану діти,&lt;br /&gt;</w:t>
        <w:br/>
        <w:t>зчервонілі від дикої люті,&lt;br /&gt;</w:t>
        <w:br/>
        <w:t>вбивали малесеньких білок.</w:t>
      </w:r>
    </w:p>
    <w:p>
      <w:r>
        <w:br/>
        <w:t>Треба пройти мости&lt;br /&gt;</w:t>
        <w:br/>
        <w:t>і добутись до чорного гомону,&lt;br /&gt;</w:t>
        <w:br/>
        <w:t>аби запах легень&lt;br /&gt;</w:t>
        <w:br/>
        <w:t>нам ударив у скроні&lt;br /&gt;</w:t>
        <w:br/>
        <w:t>покровом гарячого ананасу.</w:t>
      </w:r>
    </w:p>
    <w:p>
      <w:r>
        <w:br/>
        <w:t>Треба вбити білявого продавця горілки,&lt;br /&gt;</w:t>
        <w:br/>
        <w:t>убити друзів яблука й піску,&lt;br /&gt;</w:t>
        <w:br/>
        <w:t>треба вдарити стиснутими кулаками&lt;br /&gt;</w:t>
        <w:br/>
        <w:t>малих гебрейок, що тремтять і бульбашками сходять, —&lt;br /&gt;</w:t>
        <w:br/>
        <w:t>щоб король Гарлема співав зі своєю юрбою,&lt;br /&gt;</w:t>
        <w:br/>
        <w:t>щоб крокодили спали, вклавшись довгими рядами&lt;br /&gt;</w:t>
        <w:br/>
        <w:t>під азбестом місяця,&lt;br /&gt;</w:t>
        <w:br/>
        <w:t>І щоб ніхто не брав під сумнів незглибимої краси&lt;br /&gt;</w:t>
        <w:br/>
        <w:t>мітел, терток і мідних каструль куховарень.</w:t>
      </w:r>
    </w:p>
    <w:p>
      <w:r>
        <w:br/>
        <w:t>О Гарлем! О Гарлем! О Гарлем!&lt;br /&gt;</w:t>
        <w:br/>
        <w:t>Немає розпачу, що дорівнявся б твоїм червоним невільникам,&lt;br /&gt;</w:t>
        <w:br/>
        <w:t>твоїй тремтливій крові серед повного затемнення,&lt;br /&gt;</w:t>
        <w:br/>
        <w:t>твоїй гранатовій люті, глухонімій у пітьмі,&lt;br /&gt;</w:t>
        <w:br/>
        <w:t>твоєму великому королю, полоненому в одязі швейцара!</w:t>
      </w:r>
    </w:p>
    <w:p>
      <w:r>
        <w:br/>
        <w:t>*&lt;br /&gt;</w:t>
        <w:br/>
        <w:t>У ночі була розколина і тихі саламандри зі слонокості.&lt;br /&gt;</w:t>
        <w:br/>
        <w:t>Американські дівчата несли в утробах дітей і гроші,&lt;br /&gt;</w:t>
        <w:br/>
        <w:t>а хлопці, наче на хресті, потягуючись, зомлівали.</w:t>
      </w:r>
    </w:p>
    <w:p>
      <w:r>
        <w:br/>
        <w:t>Це вони.&lt;br /&gt;</w:t>
        <w:br/>
        <w:t>Це вони п'ють срібляне віскі біля вулканів&lt;br /&gt;</w:t>
        <w:br/>
        <w:t>і ковтають шматочки серця по замерзлих ведмежих горах.</w:t>
      </w:r>
    </w:p>
    <w:p>
      <w:r>
        <w:br/>
        <w:t>Тієї ночі король Гарлема&lt;br /&gt;</w:t>
        <w:br/>
        <w:t>твердющою ложкою&lt;br /&gt;</w:t>
        <w:br/>
        <w:t>виймав крокодилам очі&lt;br /&gt;</w:t>
        <w:br/>
        <w:t>і бив по гузнах мавп.&lt;br /&gt;</w:t>
        <w:br/>
        <w:t>Ридали безпорадні негри&lt;br /&gt;</w:t>
        <w:br/>
        <w:t>між парасольок і золотих сонць,&lt;br /&gt;</w:t>
        <w:br/>
        <w:t>мулати натягали линви, щоб сягнути до білого торсу,&lt;br /&gt;</w:t>
        <w:br/>
        <w:t>і вітер потьмарював дзеркала,&lt;br /&gt;</w:t>
        <w:br/>
        <w:t>і рвав жили танцівникам.</w:t>
      </w:r>
    </w:p>
    <w:p>
      <w:r>
        <w:br/>
        <w:t>Негри, негри, негри, негри,</w:t>
      </w:r>
    </w:p>
    <w:p>
      <w:r>
        <w:br/>
        <w:t>Крові не доступитись до вашої ночі, простертої горілиць.&lt;br /&gt;</w:t>
        <w:br/>
        <w:t>Червені тут нема. Кров під шкірою шаленіє,&lt;br /&gt;</w:t>
        <w:br/>
        <w:t>найживіша на лезі ножа й посеред краєвидів,&lt;br /&gt;</w:t>
        <w:br/>
        <w:t>під клішнями й дроком небесного місяця Рака.</w:t>
      </w:r>
    </w:p>
    <w:p>
      <w:r>
        <w:br/>
        <w:t>Кров на тисячах доріг шукає попіл,&lt;br /&gt;</w:t>
        <w:br/>
        <w:t>прах тубероз і притрушених борошном мертвих,&lt;br /&gt;</w:t>
        <w:br/>
        <w:t>і небосхили, укляклі на спаді, аж там, де рої планет&lt;br /&gt;</w:t>
        <w:br/>
        <w:t>обертаються по узбережжях із покинутими речами.</w:t>
      </w:r>
    </w:p>
    <w:p>
      <w:r>
        <w:br/>
        <w:t>Кров обережно вдивляється краєчком ока —&lt;br /&gt;</w:t>
        <w:br/>
        <w:t>кров із дроку й пахучих підземних нектарів.&lt;br /&gt;</w:t>
        <w:br/>
        <w:t>Кров окисляє безжурний пасат над слідами&lt;br /&gt;</w:t>
        <w:br/>
        <w:t>і розчиняє метелика в шибах віконних.</w:t>
      </w:r>
    </w:p>
    <w:p>
      <w:r>
        <w:br/>
        <w:t>Це кров, що надійде, що вже надходить&lt;br /&gt;</w:t>
        <w:br/>
        <w:t>дахами, крівлями, з усіх сторін,&lt;br /&gt;</w:t>
        <w:br/>
        <w:t>щоб спопеляти хлорофіл білявих жінок,&lt;br /&gt;</w:t>
        <w:br/>
        <w:t>щоб ридати під ліжками, перед безсонням купелей&lt;br /&gt;</w:t>
        <w:br/>
        <w:t>і розбиватись об світання тютюну та жовтих мілин.</w:t>
      </w:r>
    </w:p>
    <w:p>
      <w:r>
        <w:br/>
        <w:t>Треба тікати,&lt;br /&gt;</w:t>
        <w:br/>
        <w:t>кинутись за поворот і замкнутись на останньому поверсі,&lt;br /&gt;</w:t>
        <w:br/>
        <w:t>бо серцевина лісу проникне в тріщини стін&lt;br /&gt;</w:t>
        <w:br/>
        <w:t>і залишить у вашому тілі відбиток затемнень,&lt;br /&gt;</w:t>
        <w:br/>
        <w:t>вдавану тугу вицвілої рукавички й хімічної троянди.</w:t>
      </w:r>
    </w:p>
    <w:p>
      <w:r>
        <w:br/>
        <w:t>*&lt;br /&gt;</w:t>
        <w:br/>
        <w:t>І це — в наймудрішій тиші,&lt;br /&gt;</w:t>
        <w:br/>
        <w:t>коли служники, й кухарі, і ті, що язиками вилизують&lt;br /&gt;</w:t>
        <w:br/>
        <w:t>рани мільйонерів,&lt;br /&gt;</w:t>
        <w:br/>
        <w:t>шукають короля на вулицях чи в селітряних закапелках.</w:t>
      </w:r>
    </w:p>
    <w:p>
      <w:r>
        <w:br/>
        <w:t>Деревний вітер з півдня, що схилився у чорній твані,&lt;br /&gt;</w:t>
        <w:br/>
        <w:t>плює на розбиті барки й заганяє голки собі в плечі,&lt;br /&gt;</w:t>
        <w:br/>
        <w:t>вітер з півдня, що носить&lt;br /&gt;</w:t>
        <w:br/>
        <w:t>ікла, соняхи, читанки&lt;br /&gt;</w:t>
        <w:br/>
        <w:t>й вольтові елементи з утонулими осами.</w:t>
      </w:r>
    </w:p>
    <w:p>
      <w:r>
        <w:br/>
        <w:t>Забуття лягло трьома краплинами чорнила на монокль;&lt;br /&gt;</w:t>
        <w:br/>
        <w:t>любов — єдиним невидним обличчям на грань камінну.&lt;br /&gt;</w:t>
        <w:br/>
        <w:t>Осердя й вінчики громадили на хмарах&lt;br /&gt;</w:t>
        <w:br/>
        <w:t>пустелю стебел без єдиної троянди.</w:t>
      </w:r>
    </w:p>
    <w:p>
      <w:r>
        <w:br/>
        <w:t>*&lt;br /&gt;</w:t>
        <w:br/>
        <w:t>Зліва, справа, з півночі, із півдня&lt;br /&gt;</w:t>
        <w:br/>
        <w:t>височіє незворушний мур&lt;br /&gt;</w:t>
        <w:br/>
        <w:t>для крота, колючки водяної.&lt;br /&gt;</w:t>
        <w:br/>
        <w:t>Не шукайте, негри, його шпари,&lt;br /&gt;</w:t>
        <w:br/>
        <w:t>бо знайдете машкару безмежну,&lt;br /&gt;</w:t>
        <w:br/>
        <w:t>а шукайте сонце глибочіні,&lt;br /&gt;</w:t>
        <w:br/>
        <w:t>ставши громоносним ананасом;&lt;br /&gt;</w:t>
        <w:br/>
        <w:t>сонце, що лісами пропливає,&lt;br /&gt;</w:t>
        <w:br/>
        <w:t>впевнене, що не зустріне німфу;&lt;br /&gt;</w:t>
        <w:br/>
        <w:t>сонце, що ламає й крушить числа,&lt;br /&gt;</w:t>
        <w:br/>
        <w:t>та кордонів сну не переходить;&lt;br /&gt;</w:t>
        <w:br/>
        <w:t>сонце татуйоване, що плине&lt;br /&gt;</w:t>
        <w:br/>
        <w:t>річкою й реве серед кайманів.</w:t>
      </w:r>
    </w:p>
    <w:p>
      <w:r>
        <w:br/>
        <w:t>Негри, негри, негри, негри.</w:t>
      </w:r>
    </w:p>
    <w:p>
      <w:r>
        <w:br/>
        <w:t>Ще ніколи зебра, ні змія, ні мул,&lt;br /&gt;</w:t>
        <w:br/>
        <w:t>умираючи, не блідли.&lt;br /&gt;</w:t>
        <w:br/>
        <w:t>Дроворуб не знає хвилі скону&lt;br /&gt;</w:t>
        <w:br/>
        <w:t>гомінливих стовбурів, що стяв їх.&lt;br /&gt;</w:t>
        <w:br/>
        <w:t>У рослинній тіні свого короля&lt;br /&gt;</w:t>
        <w:br/>
        <w:t>ждіть, коли будяк, цикута і кропива&lt;br /&gt;</w:t>
        <w:br/>
        <w:t>потривожать найостанніші з покрівель.</w:t>
      </w:r>
    </w:p>
    <w:p>
      <w:r>
        <w:br/>
        <w:t>А тоді, тоді, тоді, негри,&lt;br /&gt;</w:t>
        <w:br/>
        <w:t>ви будете нестямно цілувати колеса велосипедів,&lt;br /&gt;</w:t>
        <w:br/>
        <w:t>ставити по два мікроскопи в білячих печерах&lt;br /&gt;</w:t>
        <w:br/>
        <w:t>І танцювати без вагань у час, як квітки з колючками&lt;br /&gt;</w:t>
        <w:br/>
        <w:t>вбивають нашого Мойсея на краю тростин небесних.</w:t>
      </w:r>
    </w:p>
    <w:p>
      <w:r>
        <w:br/>
        <w:t>О перевдягнений Гарлем!&lt;br /&gt;</w:t>
        <w:br/>
        <w:t>О Гарлем, якому загрожують натовпи безголових костюмів!&lt;br /&gt;</w:t>
        <w:br/>
        <w:t>Долинає до мене твій гомін,&lt;br /&gt;</w:t>
        <w:br/>
        <w:t>долинає до мене твій гомін крізь стовбури й ліфти,&lt;br /&gt;</w:t>
        <w:br/>
        <w:t>крізь заліза листи,&lt;br /&gt;</w:t>
        <w:br/>
        <w:t>де пливуть твої зубчасті авта,&lt;br /&gt;</w:t>
        <w:br/>
        <w:t>крізь мертвих коней і найлегші злочини,&lt;br /&gt;</w:t>
        <w:br/>
        <w:t>крізь великого твого зневіреного короля,&lt;br /&gt;</w:t>
        <w:br/>
        <w:t>який сягає моря бородою.</w:t>
      </w:r>
    </w:p>
    <w:p>
      <w:r>
        <w:br/>
        <w:t>ПОКИНУТА ЦЕРКВА&lt;br /&gt;</w:t>
        <w:br/>
        <w:t>Балада про велику війну&lt;br /&gt;</w:t>
        <w:br/>
        <w:t>У мене був син, його звали Хуан.&lt;br /&gt;</w:t>
        <w:br/>
        <w:t>У мене був син.&lt;br /&gt;</w:t>
        <w:br/>
        <w:t>Він зник під склепіннями в п'ятницю всіх померлих.&lt;br /&gt;</w:t>
        <w:br/>
        <w:t>Я бачив, як він грався на останніх сходинах відправи&lt;br /&gt;</w:t>
        <w:br/>
        <w:t>і кидав бляшане цеберко священику в серце.&lt;br /&gt;</w:t>
        <w:br/>
        <w:t>Я стукав у труни. Сину мій! Сину мій! Сину!&lt;br /&gt;</w:t>
        <w:br/>
        <w:t>Я дістав з-поза місяця курячу ніжку, й тоді зрозумів,&lt;br /&gt;</w:t>
        <w:br/>
        <w:t>що моя дочка була рибкою&lt;br /&gt;</w:t>
        <w:br/>
        <w:t>там, де ридвани відходять у далину.&lt;br /&gt;</w:t>
        <w:br/>
        <w:t>У мене була дочка.&lt;br /&gt;</w:t>
        <w:br/>
        <w:t>У мене була мертва рибка під попелом кадильниць.&lt;br /&gt;</w:t>
        <w:br/>
        <w:t>У мене було море. Чого? Боже милий! Море!&lt;br /&gt;</w:t>
        <w:br/>
        <w:t>Я піднявся, щоб бити у дзвони, та в плодах були хробаки,&lt;br /&gt;</w:t>
        <w:br/>
        <w:t>і сірники погаслі&lt;br /&gt;</w:t>
        <w:br/>
        <w:t>пожирали весняну пшеницю.&lt;br /&gt;</w:t>
        <w:br/>
        <w:t>Я бачив прозорого лелеку алкоголю,&lt;br /&gt;</w:t>
        <w:br/>
        <w:t>що чистив чорні голови вмирущих вояків,&lt;br /&gt;</w:t>
        <w:br/>
        <w:t>я бачив ґумові хатки,&lt;br /&gt;</w:t>
        <w:br/>
        <w:t>де ходили по колу келихи, повні сліз.&lt;br /&gt;</w:t>
        <w:br/>
        <w:t>В анемонах причастя я знайду тебе, моє серце! —&lt;br /&gt;</w:t>
        <w:br/>
        <w:t>коли священик підійме дужими руками мула та бика&lt;br /&gt;</w:t>
        <w:br/>
        <w:t>І сполохає нічних жаб, що обсіли крижані краєвиди чаші.&lt;br /&gt;</w:t>
        <w:br/>
        <w:t>У мене був син, він був велетнем,&lt;br /&gt;</w:t>
        <w:br/>
        <w:t>але мертві сильніші, вони вміють ковтати шматочки неба.&lt;br /&gt;</w:t>
        <w:br/>
        <w:t>Якби мій син був ведмедем,&lt;br /&gt;</w:t>
        <w:br/>
        <w:t>я не боявся б таїни кайманів,&lt;br /&gt;</w:t>
        <w:br/>
        <w:t>І не бачив би моря, пришвартованого до дерев,&lt;br /&gt;</w:t>
        <w:br/>
        <w:t>щоб Його ґвалтували й терзали підрозділи полків.&lt;br /&gt;</w:t>
        <w:br/>
        <w:t>Якби мій син був ведмедем!&lt;br /&gt;</w:t>
        <w:br/>
        <w:t>Я загорнуся в цей твердий брезент, аби не чути холоду мохів.&lt;br /&gt;</w:t>
        <w:br/>
        <w:t>Я добре знаю, що мені дадуть рукав або краватку,&lt;br /&gt;</w:t>
        <w:br/>
        <w:t>та посеред відправи я зламаю кермо, а тоді&lt;br /&gt;</w:t>
        <w:br/>
        <w:t>на каміння нарине безум пінґвінів і чайок,&lt;br /&gt;</w:t>
        <w:br/>
        <w:t>щоб сказали усі, які сплять чи співають на перехрестях:&lt;br /&gt;</w:t>
        <w:br/>
        <w:t>у нього був син.&lt;br /&gt;</w:t>
        <w:br/>
        <w:t>Син! Син! Син,&lt;br /&gt;</w:t>
        <w:br/>
        <w:t>його й більше нічий, бо це був його син!&lt;br /&gt;</w:t>
        <w:br/>
        <w:t>Його син! Його син! Його син!</w:t>
      </w:r>
    </w:p>
    <w:p>
      <w:r>
        <w:br/>
        <w:t>ІІІ&lt;br /&gt;</w:t>
        <w:br/>
        <w:t>ВУЛИЦІ І СНИ&lt;br /&gt;</w:t>
        <w:br/>
        <w:t>Паперовий птах на грудях мовить, що&lt;br /&gt;</w:t>
        <w:br/>
        <w:t>пора цілунків не настала.&lt;br /&gt;</w:t>
        <w:br/>
        <w:t>Вісенте Алейсандре.</w:t>
      </w:r>
    </w:p>
    <w:p>
      <w:r>
        <w:br/>
        <w:t>ТАНЕЦЬ СМЕРТІ&lt;br /&gt;</w:t>
        <w:br/>
        <w:t>Маска! Гляньте, як маска пливе з Африки&lt;br /&gt;</w:t>
        <w:br/>
        <w:t>до Нью-Йорка!</w:t>
      </w:r>
    </w:p>
    <w:p>
      <w:r>
        <w:br/>
        <w:t>Позникали перцеві дерева,&lt;br /&gt;</w:t>
        <w:br/>
        <w:t>маленькі бруньки фосфоричні.&lt;br /&gt;</w:t>
        <w:br/>
        <w:t>Позникали верблюди з роздертою плоттю,&lt;br /&gt;</w:t>
        <w:br/>
        <w:t>а з ними Й долини світла, що їх лебідь підносив дзьобом.</w:t>
      </w:r>
    </w:p>
    <w:p>
      <w:r>
        <w:br/>
        <w:t>Була мить пересохлих речей:&lt;br /&gt;</w:t>
        <w:br/>
        <w:t>колосу в оці й розчавленого кота,&lt;br /&gt;</w:t>
        <w:br/>
        <w:t>іржі великих залізних мостів,&lt;br /&gt;</w:t>
        <w:br/>
        <w:t>остаточної тиші пробкової кори.</w:t>
      </w:r>
    </w:p>
    <w:p>
      <w:r>
        <w:br/>
        <w:t>Було велике зборище мертвих тварин,&lt;br /&gt;</w:t>
        <w:br/>
        <w:t>пронизаних лезами світла:&lt;br /&gt;</w:t>
        <w:br/>
        <w:t>вічна радість гіпопотама з попелом на копитах&lt;br /&gt;</w:t>
        <w:br/>
        <w:t>і газелі із безсмертником у горлі.</w:t>
      </w:r>
    </w:p>
    <w:p>
      <w:r>
        <w:br/>
        <w:t>В потьмянілій самоті без пращі&lt;br /&gt;</w:t>
        <w:br/>
        <w:t>маска різьблена ішла у танець.&lt;br /&gt;</w:t>
        <w:br/>
        <w:t>Половина світу — краєвид піщаний,&lt;br /&gt;</w:t>
        <w:br/>
        <w:t>половина — ртуть і летаргічне сонце.</w:t>
      </w:r>
    </w:p>
    <w:p>
      <w:r>
        <w:br/>
        <w:t>Маска! Гляньте на маску ще раз!&lt;br /&gt;</w:t>
        <w:br/>
        <w:t>Жах, пісок і кайман над Нью-Йорком!</w:t>
      </w:r>
    </w:p>
    <w:p>
      <w:r>
        <w:br/>
        <w:t>Ущелини вапна полонили порожнє небо&lt;br /&gt;</w:t>
        <w:br/>
        <w:t>з голосами усіх, хто вмирає під шарами ґуано.&lt;br /&gt;</w:t>
        <w:br/>
        <w:t>Небо, прозоре й чисте, саме собі тотожне,&lt;br /&gt;</w:t>
        <w:br/>
        <w:t>з пухом та гострим ірисом своїх невидимих гір,&lt;br /&gt;</w:t>
        <w:br/>
        <w:t>покінчило з найтоншими стеблами співу&lt;br /&gt;</w:t>
        <w:br/>
        <w:t>і відійшло в запечатану зливу соків,&lt;br /&gt;</w:t>
        <w:br/>
        <w:t>крізь годину спочинку останніх парадів,&lt;br /&gt;</w:t>
        <w:br/>
        <w:t>і підхопило шлейфом друзки дзеркал.</w:t>
      </w:r>
    </w:p>
    <w:p>
      <w:r>
        <w:br/>
        <w:t>Коли китаєць плакав на покрівлі,&lt;br /&gt;</w:t>
        <w:br/>
        <w:t>не знайшовши голої дружини,&lt;br /&gt;</w:t>
        <w:br/>
        <w:t>а директор банку стежив за манометром,&lt;br /&gt;</w:t>
        <w:br/>
        <w:t>який міряв жорстоку мовчанку грошей, —&lt;br /&gt;</w:t>
        <w:br/>
        <w:t>маска прибувала на Уолл Стріт.</w:t>
      </w:r>
    </w:p>
    <w:p>
      <w:r>
        <w:br/>
        <w:t>Танцеві не дивина&lt;br /&gt;</w:t>
        <w:br/>
        <w:t>колумбарій, від якого жовкнуть очі.&lt;br /&gt;</w:t>
        <w:br/>
        <w:t>Нитка натяглась од сфінкса і до сейфа&lt;br /&gt;</w:t>
        <w:br/>
        <w:t>крізь серця усіх знедолених дітей.&lt;br /&gt;</w:t>
        <w:br/>
        <w:t>Первісний порив танцює в парі з механічним,&lt;br /&gt;</w:t>
        <w:br/>
        <w:t>у нестямі забуваючи правдиве світло.</w:t>
      </w:r>
    </w:p>
    <w:p>
      <w:r>
        <w:br/>
        <w:t>Бо, якщо колесо забуде свою формулу —&lt;br /&gt;</w:t>
        <w:br/>
        <w:t>голе, співатиме з кінськими табунами,&lt;br /&gt;</w:t>
        <w:br/>
        <w:t>а якщо пломінь пожере замерзлі плани,&lt;br /&gt;</w:t>
        <w:br/>
        <w:t>небо тікатиме від бунту вікон.</w:t>
      </w:r>
    </w:p>
    <w:p>
      <w:r>
        <w:br/>
        <w:t>Танцеві тут не дивина. Так кажу я.&lt;br /&gt;</w:t>
        <w:br/>
        <w:t>Маска кружлятиме поміж колонами крові й чисел,&lt;br /&gt;</w:t>
        <w:br/>
        <w:t>між ураґанами золота й стогонами безробітних:&lt;br /&gt;</w:t>
        <w:br/>
        <w:t>вони витимуть темної ночі у найчорнішу з ваших годин,&lt;br /&gt;</w:t>
        <w:br/>
        <w:t>о дика Північна Америко! О безсоромна й дика,&lt;br /&gt;</w:t>
        <w:br/>
        <w:t>простерта на границі снігу!</w:t>
      </w:r>
    </w:p>
    <w:p>
      <w:r>
        <w:br/>
        <w:t>Маска! Гляньте на маску ще раз!&lt;br /&gt;</w:t>
        <w:br/>
        <w:t>Хвиля твані й світляк над Нью-Йорком!</w:t>
      </w:r>
    </w:p>
    <w:p>
      <w:r>
        <w:br/>
        <w:t>Я на терасі сам боровся з місяцем.&lt;br /&gt;</w:t>
        <w:br/>
        <w:t>Рої вікон вп'ялися у стегна ночі.&lt;br /&gt;</w:t>
        <w:br/>
        <w:t>Ласкаві корови неба пили з моїх очей.&lt;br /&gt;</w:t>
        <w:br/>
        <w:t>І довгими веслами вітерці&lt;br /&gt;</w:t>
        <w:br/>
        <w:t>стукали до попелястих шиб Бродвею.</w:t>
      </w:r>
    </w:p>
    <w:p>
      <w:r>
        <w:br/>
        <w:t>Крапля крові шукала глибинне світло зірок,&lt;br /&gt;</w:t>
        <w:br/>
        <w:t>щоб прикинутись мертвим зернятком яблука.&lt;br /&gt;</w:t>
        <w:br/>
        <w:t>Тремтів од жаху, мов слимак без мушлі,&lt;br /&gt;</w:t>
        <w:br/>
        <w:t>вітер із рівняви, потривожений пастухами.</w:t>
      </w:r>
    </w:p>
    <w:p>
      <w:r>
        <w:br/>
        <w:t>Але танцюють аж ніяк не мертві,&lt;br /&gt;</w:t>
        <w:br/>
        <w:t>я певен.&lt;br /&gt;</w:t>
        <w:br/>
        <w:t>Мертві щільно вляглись, ковтаючи власні руки.&lt;br /&gt;</w:t>
        <w:br/>
        <w:t>Це інші танцюють із маскою та її гітарою;&lt;br /&gt;</w:t>
        <w:br/>
        <w:t>це Інші, п'яні від срібла, байдужий люд,&lt;br /&gt;</w:t>
        <w:br/>
        <w:t>ті, що ростуть на перехресті стегон і густого полум'я,&lt;br /&gt;</w:t>
        <w:br/>
        <w:t>ті, що шукають дощову черву по краєвидах сходів,&lt;br /&gt;</w:t>
        <w:br/>
        <w:t>ті, що п'ють серед банку сльози померлих дівчат,&lt;br /&gt;</w:t>
        <w:br/>
        <w:t>чи ті, що пожирають по кутках маленькі піраміди ранку.</w:t>
      </w:r>
    </w:p>
    <w:p>
      <w:r>
        <w:br/>
        <w:t>Хай не танцює Папа!&lt;br /&gt;</w:t>
        <w:br/>
        <w:t>Ні, хай не танцює Папа!&lt;br /&gt;</w:t>
        <w:br/>
        <w:t>Ані король,&lt;br /&gt;</w:t>
        <w:br/>
        <w:t>ні синьозубий мільйонер,&lt;br /&gt;</w:t>
        <w:br/>
        <w:t>ні сухі танцівниці соборів,&lt;br /&gt;</w:t>
        <w:br/>
        <w:t>ні будівничі, ні смарагди, ні содоміти, ні шаленці, —&lt;br /&gt;</w:t>
        <w:br/>
        <w:t>лише ця маска,&lt;br /&gt;</w:t>
        <w:br/>
        <w:t>маска старої скарлатини,&lt;br /&gt;</w:t>
        <w:br/>
        <w:t>лише ця маска!</w:t>
      </w:r>
    </w:p>
    <w:p>
      <w:r>
        <w:br/>
        <w:t>Бо кобри невдовзі сичатимуть на останніх поверхах,&lt;br /&gt;</w:t>
        <w:br/>
        <w:t>бо кропива похитне всі тераси й подвір'я,&lt;br /&gt;</w:t>
        <w:br/>
        <w:t>І Біржа стане пірамідою, порослою мохами,&lt;br /&gt;</w:t>
        <w:br/>
        <w:t>і за рушницями услід прийдуть ліани,&lt;br /&gt;</w:t>
        <w:br/>
        <w:t>і дуже швидко, дуже швидко, дуже швидко!&lt;br /&gt;</w:t>
        <w:br/>
        <w:t>О Уолл Стріт!</w:t>
      </w:r>
    </w:p>
    <w:p>
      <w:r>
        <w:br/>
        <w:t>Маска! Гляньте на маску! Вона&lt;br /&gt;</w:t>
        <w:br/>
        <w:t>випльовує отруту хащ&lt;br /&gt;</w:t>
        <w:br/>
        <w:t>на ущербну тривогу Нью-Йорка!</w:t>
      </w:r>
    </w:p>
    <w:p>
      <w:r>
        <w:br/>
        <w:t>КАРТИНА ЮРБИ, ЯКУ НУДИТЬ&lt;br /&gt;</w:t>
        <w:br/>
        <w:t>(Сутінки на Коні Айленд)&lt;br /&gt;</w:t>
        <w:br/>
        <w:t>Попереду йшла гладка жінка,&lt;br /&gt;</w:t>
        <w:br/>
        <w:t>і видирала коріння, і змочувала пергамент барабанів;&lt;br /&gt;</w:t>
        <w:br/>
        <w:t>гладка жінка,&lt;br /&gt;</w:t>
        <w:br/>
        <w:t>яка вивертає назовні конаючих спрутів.&lt;br /&gt;</w:t>
        <w:br/>
        <w:t>Гладка жінка, ворог місяця,&lt;br /&gt;</w:t>
        <w:br/>
        <w:t>бігла по вулицях та безлюдних поверхах,&lt;br /&gt;</w:t>
        <w:br/>
        <w:t>і лишала в кутках черепи щонайменших горлиць,&lt;br /&gt;</w:t>
        <w:br/>
        <w:t>і підносила чвари бенкетів останніх століть,&lt;br /&gt;</w:t>
        <w:br/>
        <w:t>і кликала демона хліба на пагорби чистого неба,&lt;br /&gt;</w:t>
        <w:br/>
        <w:t>і спрагу світла цідила по підземних круговоротах.&lt;br /&gt;</w:t>
        <w:br/>
        <w:t>Це кладовища, я знаю, це кладовища&lt;br /&gt;</w:t>
        <w:br/>
        <w:t>та біль куховарень, похованих під пісками,&lt;br /&gt;</w:t>
        <w:br/>
        <w:t>це мертві, фазани і яблука іншого часу,&lt;br /&gt;</w:t>
        <w:br/>
        <w:t>ті, що люто стискають нам горло.</w:t>
      </w:r>
    </w:p>
    <w:p>
      <w:r>
        <w:br/>
        <w:t>Приходили гомони лісу блювоти&lt;br /&gt;</w:t>
        <w:br/>
        <w:t>з неясними жінками та дітьми з гарячого воску,&lt;br /&gt;</w:t>
        <w:br/>
        <w:t>із бродінням дерев та невтомними служниками,&lt;br /&gt;</w:t>
        <w:br/>
        <w:t>які ставлять тарелі солі під арфами слини.&lt;br /&gt;</w:t>
        <w:br/>
        <w:t>Синку, ради немає. Ригай! Нема іншої ради.&lt;br /&gt;</w:t>
        <w:br/>
        <w:t>Це не блювота гусара над грудьми повії,&lt;br /&gt;</w:t>
        <w:br/>
        <w:t>не блювота кота, який жабу ковтнув необачно.&lt;br /&gt;</w:t>
        <w:br/>
        <w:t>Це дряпають мертві земляними своїми руками&lt;br /&gt;</w:t>
        <w:br/>
        <w:t>в крем'яні двері, де гниють солодощі та хмари.&lt;br /&gt;</w:t>
        <w:br/>
        <w:t>Попереду йшла гладка жінка&lt;br /&gt;</w:t>
        <w:br/>
        <w:t>а з нею — люди з кораблів, притонів і садів.&lt;br /&gt;</w:t>
        <w:br/>
        <w:t>Барабани блювоти гойдалися тихо&lt;br /&gt;</w:t>
        <w:br/>
        <w:t>поміж чистокровних дівчат&lt;br /&gt;</w:t>
        <w:br/>
        <w:t>які у місяця просили оборони.&lt;br /&gt;</w:t>
        <w:br/>
        <w:t>Горе! Горе! Горе мені!&lt;br /&gt;</w:t>
        <w:br/>
        <w:t>Зір оцей був моїм, але вже не мій,&lt;br /&gt;</w:t>
        <w:br/>
        <w:t>цей зір оголений тремтить од алкоголю&lt;br /&gt;</w:t>
        <w:br/>
        <w:t>і прощається з дивними кораблями&lt;br /&gt;</w:t>
        <w:br/>
        <w:t>посеред анемонів причалів.&lt;br /&gt;</w:t>
        <w:br/>
        <w:t>Я захищаюся цим зором,&lt;br /&gt;</w:t>
        <w:br/>
        <w:t>що струменить із хвиль, куди не зазирає ранок, —&lt;br /&gt;</w:t>
        <w:br/>
        <w:t>я, безрукий поет, загублений&lt;br /&gt;</w:t>
        <w:br/>
        <w:t>серед юрби, яку нудить,&lt;br /&gt;</w:t>
        <w:br/>
        <w:t>без баского коня, що розтяв би&lt;br /&gt;</w:t>
        <w:br/>
        <w:t>найгустіші мохи моїх скронь.</w:t>
      </w:r>
    </w:p>
    <w:p>
      <w:r>
        <w:br/>
        <w:t>Але попереду так само йшла гладка жінка,&lt;br /&gt;</w:t>
        <w:br/>
        <w:t>і люди шукали аптек,&lt;br /&gt;</w:t>
        <w:br/>
        <w:t>де спиняється гіркий тропік.&lt;br /&gt;</w:t>
        <w:br/>
        <w:t>Щойно стяг було піднято й прибули перші пси,&lt;br /&gt;</w:t>
        <w:br/>
        <w:t>усе місто зійшлось над перилами пристані.</w:t>
      </w:r>
    </w:p>
    <w:p>
      <w:r>
        <w:br/>
        <w:t>КАРТИНА ЮРБИ, ЯКА МОЧИТЬСЯ&lt;br /&gt;</w:t>
        <w:br/>
        <w:t>(Ноктюрн Беттрі Плейс)&lt;br /&gt;</w:t>
        <w:br/>
        <w:t>Залишились самі&lt;br /&gt;</w:t>
        <w:br/>
        <w:t>чекали швидкості останніх велосипедів.&lt;br /&gt;</w:t>
        <w:br/>
        <w:t>Залишились самі&lt;br /&gt;</w:t>
        <w:br/>
        <w:t>чекали смерті хлопчака на японськім вітрильнику.&lt;br /&gt;</w:t>
        <w:br/>
        <w:t>Залишились самі, ті й другі:&lt;br /&gt;</w:t>
        <w:br/>
        <w:t>марили про розкриті дзьоби умирущих птахів, про гостру парасольку,&lt;br /&gt;</w:t>
        <w:br/>
        <w:t>встромлену у щойно розчавлену жабу,&lt;br /&gt;</w:t>
        <w:br/>
        <w:t>серед тисячовухої тиші і найменших водяних гирл,&lt;br /&gt;</w:t>
        <w:br/>
        <w:t>в ущелинах, що опираються шаленій навалі місяця.&lt;br /&gt;</w:t>
        <w:br/>
        <w:t>Плакав хлопчак із вітрильника, і тужили серця,&lt;br /&gt;</w:t>
        <w:br/>
        <w:t>засмучені свідком та безсонням усіх речей,&lt;br /&gt;</w:t>
        <w:br/>
        <w:t>а також і тому, що досі в небеснім ґрунті з чорними слідами&lt;br /&gt;</w:t>
        <w:br/>
        <w:t>волали темні ймення, слина та нікельові спиці.&lt;br /&gt;</w:t>
        <w:br/>
        <w:t>Дарма, що хлопчак мовчить, як йому заганяють останню голку,&lt;br /&gt;</w:t>
        <w:br/>
        <w:t>дарма, що вітрець захлинувся у вінчику бавовни,&lt;br /&gt;</w:t>
        <w:br/>
        <w:t>тому що існує світ смерті з остаточними моряками,&lt;br /&gt;</w:t>
        <w:br/>
        <w:t>які з'являться з-під склепінь і за деревами вас заморозять.&lt;br /&gt;</w:t>
        <w:br/>
        <w:t>Марна річ шукати поворот,&lt;br /&gt;</w:t>
        <w:br/>
        <w:t>за яким ніч забуває про свою подорож,&lt;br /&gt;</w:t>
        <w:br/>
        <w:t>або вистежувати тишу, що не має&lt;br /&gt;</w:t>
        <w:br/>
        <w:t>ані подертих вбрань, ані кори, ні сліз:&lt;br /&gt;</w:t>
        <w:br/>
        <w:t>адже така маленька самотня учта павука&lt;br /&gt;</w:t>
        <w:br/>
        <w:t>от-от похитне рівновагу всього неба.&lt;br /&gt;</w:t>
        <w:br/>
        <w:t>Ніяк допомогти ані стогону японського вітрильника,&lt;br /&gt;</w:t>
        <w:br/>
        <w:t>ані цим таємничим людям, що на вуличний ріг натрапляють.&lt;br /&gt;</w:t>
        <w:br/>
        <w:t>Поле кусає себе за хвіст, щоб поєднати корені в єдиній точці,&lt;br /&gt;</w:t>
        <w:br/>
        <w:t>і клубочок шукає поміж стебел свинорию&lt;br /&gt;</w:t>
        <w:br/>
        <w:t>свою спрагу невтоленної довжини.&lt;br /&gt;</w:t>
        <w:br/>
        <w:t>Місяць! Поліція! Сирени трансатлантичних лайнерів!&lt;br /&gt;</w:t>
        <w:br/>
        <w:t>фасад гриви і диму; анемони, гумові рукавички.&lt;br /&gt;</w:t>
        <w:br/>
        <w:t>Все понищила ніч,&lt;br /&gt;</w:t>
        <w:br/>
        <w:t>що лежить на терасах, розкинувши ноги.&lt;br /&gt;</w:t>
        <w:br/>
        <w:t>Все понищили теплі протоки&lt;br /&gt;</w:t>
        <w:br/>
        <w:t>страшного мовчазного джерела.&lt;br /&gt;</w:t>
        <w:br/>
        <w:t>О люди! Жіночки! Вояцтво!&lt;br /&gt;</w:t>
        <w:br/>
        <w:t>Доведеться рушати у мандри в очах ідіотів —&lt;br /&gt;</w:t>
        <w:br/>
        <w:t>по вільних полях, де свистять сумирні засліплені кобри,&lt;br /&gt;</w:t>
        <w:br/>
        <w:t>по краєвидах з безліччю гробниць, де родять найсвіжіші яблука,—&lt;br /&gt;</w:t>
        <w:br/>
        <w:t>аби наринуло безмірне сяйво,&lt;br /&gt;</w:t>
        <w:br/>
        <w:t>на яке з жахом глядітимуть багатії з-за опуклих лінз,&lt;br /&gt;</w:t>
        <w:br/>
        <w:t>запах єдиного тіла з подвійним нахилом лілеї та щура, —&lt;br /&gt;</w:t>
        <w:br/>
        <w:t>аби погоріли люди, які мочаться поруч зі стогоном,&lt;br /&gt;</w:t>
        <w:br/>
        <w:t>чи на дзеркало вод, що ховає ніколи не повторювані хвилі.</w:t>
      </w:r>
    </w:p>
    <w:p>
      <w:r>
        <w:br/>
        <w:t>ЗЕМЛЯ І МІСЯЦЬ&lt;br /&gt;</w:t>
        <w:br/>
        <w:t>Я залишаюся з прозорим чоловічком,&lt;br /&gt;</w:t>
        <w:br/>
        <w:t>що поїдає ластів'їні яйця.&lt;br /&gt;</w:t>
        <w:br/>
        <w:t>Я залишаюся із голим хлопчаком,&lt;br /&gt;</w:t>
        <w:br/>
        <w:t>якого бруклінські п'яниці топчуть,&lt;br /&gt;</w:t>
        <w:br/>
        <w:t>з істотами німими, що сходять під склепіння,&lt;br /&gt;</w:t>
        <w:br/>
        <w:t>з потоком вен, що прагне щедротами пролитись.</w:t>
      </w:r>
    </w:p>
    <w:p>
      <w:r>
        <w:br/>
        <w:t>Земля. Земля єдина.&lt;br /&gt;</w:t>
        <w:br/>
        <w:t>Земля для скатертин, що дрожем повні,&lt;br /&gt;</w:t>
        <w:br/>
        <w:t>і для порочної зіниці хмари,&lt;br /&gt;</w:t>
        <w:br/>
        <w:t>для свіжих ран і для думок вологих.&lt;br /&gt;</w:t>
        <w:br/>
        <w:t>Земля задля усього, що від землі тікає.</w:t>
      </w:r>
    </w:p>
    <w:p>
      <w:r>
        <w:br/>
        <w:t>Це не літає попіл речей перегорілих,&lt;br /&gt;</w:t>
        <w:br/>
        <w:t>не мертві язиками під деревом ворушать.&lt;br /&gt;</w:t>
        <w:br/>
        <w:t>Ні, це оголена земля реве у небі&lt;br /&gt;</w:t>
        <w:br/>
        <w:t>й за спиною лишає легкі стада китові.</w:t>
      </w:r>
    </w:p>
    <w:p>
      <w:r>
        <w:br/>
        <w:t>Земля щаслива й рада, пловчиня незворушна —&lt;br /&gt;</w:t>
        <w:br/>
        <w:t>у хлопчаку, в істотах, що сходять під склепіння.&lt;br /&gt;</w:t>
        <w:br/>
        <w:t>О земле мого пульсу і папоротей танцю,&lt;br /&gt;</w:t>
        <w:br/>
        <w:t>що в небі часом креслиш злий профіль Фараона!</w:t>
      </w:r>
    </w:p>
    <w:p>
      <w:r>
        <w:br/>
        <w:t>Я залишаюся із жінкою, що в ній,&lt;br /&gt;</w:t>
        <w:br/>
        <w:t>холодній, пломеніє мох невинний;&lt;br /&gt;</w:t>
        <w:br/>
        <w:t>я залишаюся між бруклінських п'яниць,&lt;br /&gt;</w:t>
        <w:br/>
        <w:t>що хлопчака беззахисного топчуть;&lt;br /&gt;</w:t>
        <w:br/>
        <w:t>я залишаюсь між подертих знаків&lt;br /&gt;</w:t>
        <w:br/>
        <w:t>повільної ведмежої вечері.</w:t>
      </w:r>
    </w:p>
    <w:p>
      <w:r>
        <w:br/>
        <w:t>Але тоді щаблями вниз місяць повний рине, —&lt;br /&gt;</w:t>
        <w:br/>
        <w:t>міста зробити тальком і каучуком небесним,&lt;br /&gt;</w:t>
        <w:br/>
        <w:t>щоб мармурові ноги всю рівняву стоптали&lt;br /&gt;</w:t>
        <w:br/>
        <w:t>й під кріслами забулась тонка бавовна сміху.</w:t>
      </w:r>
    </w:p>
    <w:p>
      <w:r>
        <w:br/>
        <w:t>Діано, о Діано, Діано порожниста!&lt;br /&gt;</w:t>
        <w:br/>
        <w:t>О відгомін опуклий, де шаленіють бджоли!&lt;br /&gt;</w:t>
        <w:br/>
        <w:t>Моя любов — це вихід, смерть спізнана й тривала,&lt;br /&gt;</w:t>
        <w:br/>
        <w:t>не збіглої твоєї голизни чиста шкіра!</w:t>
      </w:r>
    </w:p>
    <w:p>
      <w:r>
        <w:br/>
        <w:t>Я землю, Боже милий, шукаю, й тільки землю,&lt;br /&gt;</w:t>
        <w:br/>
        <w:t>окраєць круговиду, гул серця і могилу.&lt;br /&gt;</w:t>
        <w:br/>
        <w:t>Це болю втамування, любов-перегоріння,&lt;br /&gt;</w:t>
        <w:br/>
        <w:t>звуглілими руками відкрита вежа крові.</w:t>
      </w:r>
    </w:p>
    <w:p>
      <w:r>
        <w:br/>
        <w:t>Але униз і вгору ходив по сходах місяць,&lt;br /&gt;</w:t>
        <w:br/>
        <w:t>і просто в вічі сипав безкровну сочевицю,&lt;br /&gt;</w:t>
        <w:br/>
        <w:t>і срібною мітлою бив хлопців на причалах,&lt;br /&gt;</w:t>
        <w:br/>
        <w:t>і з вітряних кордонів стирав мою подобу.</w:t>
      </w:r>
    </w:p>
    <w:p>
      <w:r>
        <w:br/>
        <w:t>ВБИВСТВО&lt;br /&gt;</w:t>
        <w:br/>
        <w:t>Два голоси вдосвіта на Ріверсайд Драйв&lt;br /&gt;</w:t>
        <w:br/>
        <w:t>— Як це сталося?&lt;br /&gt;</w:t>
        <w:br/>
        <w:t>— Рана на щоці. Та й усе!&lt;br /&gt;</w:t>
        <w:br/>
        <w:t>Пазур уп'явся в стебло.&lt;br /&gt;</w:t>
        <w:br/>
        <w:t>Голка входить углиб&lt;br /&gt;</w:t>
        <w:br/>
        <w:t>аж до коренів крику.&lt;br /&gt;</w:t>
        <w:br/>
        <w:t>І море стає недвижне.&lt;br /&gt;</w:t>
        <w:br/>
        <w:t>— Як, як це сталось?&lt;br /&gt;</w:t>
        <w:br/>
        <w:t>— Отак.&lt;br /&gt;</w:t>
        <w:br/>
        <w:t>— Зачекай! Саме так?&lt;br /&gt;</w:t>
        <w:br/>
        <w:t>— Так.&lt;br /&gt;</w:t>
        <w:br/>
        <w:t>Тільки серце спливло.&lt;br /&gt;</w:t>
        <w:br/>
        <w:t>— Горе, горе мені!</w:t>
      </w:r>
    </w:p>
    <w:p>
      <w:r>
        <w:br/>
        <w:t>РІЗДВО НА ГУДЗОНІ&lt;br /&gt;</w:t>
        <w:br/>
        <w:t>Ця сіра губка!&lt;br /&gt;</w:t>
        <w:br/>
        <w:t>Цей моряк із щойно відтятою головою!&lt;br /&gt;</w:t>
        <w:br/>
        <w:t>Ця велика ріка!&lt;br /&gt;</w:t>
        <w:br/>
        <w:t>Цей вітрець темних кордонів!&lt;br /&gt;</w:t>
        <w:br/>
        <w:t>Це лезо, любове, це лезо!&lt;br /&gt;</w:t>
        <w:br/>
        <w:t>Було четверо моряків, що боролися проти світу,&lt;br /&gt;</w:t>
        <w:br/>
        <w:t>проти світу гострених лез, який видно усім очам,&lt;br /&gt;</w:t>
        <w:br/>
        <w:t>проти світу, який не пройдеш без коней.&lt;br /&gt;</w:t>
        <w:br/>
        <w:t>Був один, було сто, були тисячі моряків,&lt;br /&gt;</w:t>
        <w:br/>
        <w:t>що боролися проти світу великих швидкостей,&lt;br /&gt;</w:t>
        <w:br/>
        <w:t>та не знали, що світ&lt;br /&gt;</w:t>
        <w:br/>
        <w:t>був єдиний у небі.</w:t>
      </w:r>
    </w:p>
    <w:p>
      <w:r>
        <w:br/>
        <w:t>Світ єдиний в єдиному небі.&lt;br /&gt;</w:t>
        <w:br/>
        <w:t>Це височини молотів та тріумфи густої трави.&lt;br /&gt;</w:t>
        <w:br/>
        <w:t>Це найживіші мурашники та монети у твані.&lt;br /&gt;</w:t>
        <w:br/>
        <w:t>Світ єдиний в єдиному небі&lt;br /&gt;</w:t>
        <w:br/>
        <w:t>та вітер на виході з кожного села.</w:t>
      </w:r>
    </w:p>
    <w:p>
      <w:r>
        <w:br/>
        <w:t>Співав дощовий черв'як про жахіття коліс,&lt;br /&gt;</w:t>
        <w:br/>
        <w:t>а моряк із відтятою головою —&lt;br /&gt;</w:t>
        <w:br/>
        <w:t>про водяного ведмедя, який мав його задушити.&lt;br /&gt;</w:t>
        <w:br/>
        <w:t>І всі співали хвалу.&lt;br /&gt;</w:t>
        <w:br/>
        <w:t>Алілуя! Пустельне небо.&lt;br /&gt;</w:t>
        <w:br/>
        <w:t>Це те саме, все те ж. Алілуя!</w:t>
      </w:r>
    </w:p>
    <w:p>
      <w:r>
        <w:br/>
        <w:t>Я провів усю ніч на риштованнях передмість,&lt;br /&gt;</w:t>
        <w:br/>
        <w:t>і лишав свою кров на штукатурці планів,&lt;br /&gt;</w:t>
        <w:br/>
        <w:t>і помагав морякам укладати роздерті вітрила.&lt;br /&gt;</w:t>
        <w:br/>
        <w:t>І тепер мої руки порожні серед гомону гирла.&lt;br /&gt;</w:t>
        <w:br/>
        <w:t>Дарма, що кожної хвилини&lt;br /&gt;</w:t>
        <w:br/>
        <w:t>нова дитина ворушить гілочками вен,&lt;br /&gt;</w:t>
        <w:br/>
        <w:t>і що гадюка родить під кущами,&lt;br /&gt;</w:t>
        <w:br/>
        <w:t>гамуючи тим самим спрагу крові&lt;br /&gt;</w:t>
        <w:br/>
        <w:t>усіх, що дивляться на голе тіло.</w:t>
      </w:r>
    </w:p>
    <w:p>
      <w:r>
        <w:br/>
        <w:t>Важливе інше: порожнеча.&lt;br /&gt;</w:t>
        <w:br/>
        <w:t>1 світ — єдиний. Гирло.&lt;br /&gt;</w:t>
        <w:br/>
        <w:t>Ні, не світанок. Фабула несхитна.&lt;br /&gt;</w:t>
        <w:br/>
        <w:t>Одне-єдине: гирло.&lt;br /&gt;</w:t>
        <w:br/>
        <w:t>О моя сіра губка!&lt;br /&gt;</w:t>
        <w:br/>
        <w:t>О щойно перетяте моє горло!&lt;br /&gt;</w:t>
        <w:br/>
        <w:t>О велика моя ріка!&lt;br /&gt;</w:t>
        <w:br/>
        <w:t>О мій вітрець кордонів, які вже не мої!&lt;br /&gt;</w:t>
        <w:br/>
        <w:t>О лезо моєї любові, убивче лезо!</w:t>
      </w:r>
    </w:p>
    <w:p>
      <w:r>
        <w:br/>
        <w:t>БЕЗСОННЕ МІСТО&lt;br /&gt;</w:t>
        <w:br/>
        <w:t>(Ноктюрн Бруклінського мосту)&lt;br /&gt;</w:t>
        <w:br/>
        <w:t>Ніхто не спить у небі. Ніхто, ніхто.&lt;br /&gt;</w:t>
        <w:br/>
        <w:t>Не спить ніхто.&lt;br /&gt;</w:t>
        <w:br/>
        <w:t>Місячні створіння, принюхуючись, бродять навкруг своїх халуп.&lt;br /&gt;</w:t>
        <w:br/>
        <w:t>Живі іґуани прийдуть кусати безсонних людей,&lt;br /&gt;</w:t>
        <w:br/>
        <w:t>і втікач із розірваним серцем на розі натрапить&lt;br /&gt;</w:t>
        <w:br/>
        <w:t>на нечуваного крокодила, що закляк під ласкавим спротивом зірок.</w:t>
      </w:r>
    </w:p>
    <w:p>
      <w:r>
        <w:br/>
        <w:t>Ніхто не спить у світі. Ніхто, ніхто.&lt;br /&gt;</w:t>
        <w:br/>
        <w:t>Не спить ніхто.&lt;br /&gt;</w:t>
        <w:br/>
        <w:t>Є мрець на найдальшому кладовищі,&lt;br /&gt;</w:t>
        <w:br/>
        <w:t>який нарікає три роки,&lt;br /&gt;</w:t>
        <w:br/>
        <w:t>адже має сухий краєвид у коліні;&lt;br /&gt;</w:t>
        <w:br/>
        <w:t>і хлопчик, якого ховали в цей ранок, плакав так, що&lt;br /&gt;</w:t>
        <w:br/>
        <w:t>покликали псів, аби він замовк.</w:t>
      </w:r>
    </w:p>
    <w:p>
      <w:r>
        <w:br/>
        <w:t>Життя — це не сон. Тривога! Тривога! Тривога!&lt;br /&gt;</w:t>
        <w:br/>
        <w:t>Ми по сходинах котимось вниз, тільки б з'їсти сирої землі,&lt;br /&gt;</w:t>
        <w:br/>
        <w:t>чи підіймаємось на снігові шпилі разом з хором мертвих жоржин.&lt;br /&gt;</w:t>
        <w:br/>
        <w:t>Але нема забуття, нема сну: жива плоть.&lt;br /&gt;</w:t>
        <w:br/>
        <w:t>Поцілунки в'яжуть вуста клубочком недавніх вен,&lt;br /&gt;</w:t>
        <w:br/>
        <w:t>і тим, кому дуже болить, болітиме без кінця,&lt;br /&gt;</w:t>
        <w:br/>
        <w:t>і той, хто боїться смерті, на плечах її понесе.</w:t>
      </w:r>
    </w:p>
    <w:p>
      <w:r>
        <w:br/>
        <w:t>Якогось дня&lt;br /&gt;</w:t>
        <w:br/>
        <w:t>в тавернах оселяться коні,&lt;br /&gt;</w:t>
        <w:br/>
        <w:t>а люті мурахи&lt;br /&gt;</w:t>
        <w:br/>
        <w:t>ринуть на жовті небеса, які ховаються в коров'ячих очах.</w:t>
      </w:r>
    </w:p>
    <w:p>
      <w:r>
        <w:br/>
        <w:t>Другого дня&lt;br /&gt;</w:t>
        <w:br/>
        <w:t>ми побачимо воскресіння засушених метеликів,&lt;br /&gt;</w:t>
        <w:br/>
        <w:t>і, ще блукаючи краєвидом сірих губок та безмовних човнів,&lt;br /&gt;</w:t>
        <w:br/>
        <w:t>побачимо, як блищить у нас обручка й струменять з язика троянди.&lt;br /&gt;</w:t>
        <w:br/>
        <w:t>Тривога! Тривога! Тривога!&lt;br /&gt;</w:t>
        <w:br/>
        <w:t>Тих, що досі ще зберегли сліди пазурів і злив,&lt;br /&gt;</w:t>
        <w:br/>
        <w:t>і хлопця, який ридає, бо не знає винаходу мосту,&lt;br /&gt;</w:t>
        <w:br/>
        <w:t>або того мерця, у якого зостались лише голова й черевик, —&lt;br /&gt;</w:t>
        <w:br/>
        <w:t>всіх їх треба нести до муру, де їх ждуть ігуани та змії,&lt;br /&gt;</w:t>
        <w:br/>
        <w:t>де Їх ждуть ведмедячі зуби,&lt;br /&gt;</w:t>
        <w:br/>
        <w:t>де їх жде рука мумії-дитини,&lt;br /&gt;</w:t>
        <w:br/>
        <w:t>а шкура верблюда гороїжиться синьою нестямною остудою.</w:t>
      </w:r>
    </w:p>
    <w:p>
      <w:r>
        <w:br/>
        <w:t>Ніхто не спить у небі. Ніхто, ніхто.&lt;br /&gt;</w:t>
        <w:br/>
        <w:t>Не спить ніхто.&lt;br /&gt;</w:t>
        <w:br/>
        <w:t>Але якщо хто-небудь склепить очі, шмагайте&lt;br /&gt;</w:t>
        <w:br/>
        <w:t>його, діти мої, шмагайте! Хай дістане&lt;br /&gt;</w:t>
        <w:br/>
        <w:t>панораму розкритих очей&lt;br /&gt;</w:t>
        <w:br/>
        <w:t>та гірких палаючих ран.</w:t>
      </w:r>
    </w:p>
    <w:p>
      <w:r>
        <w:br/>
        <w:t>Ніхто не спить у світі. Ніхто, ніхто.&lt;br /&gt;</w:t>
        <w:br/>
        <w:t>Так сказав я.&lt;br /&gt;</w:t>
        <w:br/>
        <w:t>Не спить ніхто.&lt;br /&gt;</w:t>
        <w:br/>
        <w:t>Та як у когось вночі забагато моху на скронях,&lt;br /&gt;</w:t>
        <w:br/>
        <w:t>відчиняйте-но люки, щоб під місяцем він побачив&lt;br /&gt;</w:t>
        <w:br/>
        <w:t>краплені чирви, отруту і череп театрів.</w:t>
      </w:r>
    </w:p>
    <w:p>
      <w:r>
        <w:br/>
        <w:t>СЛІПА ПАНОРАМА НЬЮ-ЙОРКА&lt;br /&gt;</w:t>
        <w:br/>
        <w:t>Якщо це не птахи, укриті попелом,&lt;br /&gt;</w:t>
        <w:br/>
        <w:t>якщо це не стогони, які б'ються у вікна весілля,&lt;br /&gt;</w:t>
        <w:br/>
        <w:t>це, мабуть, тендітні повітряні істоти,&lt;br /&gt;</w:t>
        <w:br/>
        <w:t>що проливають свіжу кров у нескінченну темінь.&lt;br /&gt;</w:t>
        <w:br/>
        <w:t>Але ні, це не птахи,&lt;br /&gt;</w:t>
        <w:br/>
        <w:t>тому що птахи за мить обернуться биками;&lt;br /&gt;</w:t>
        <w:br/>
        <w:t>буває, що це білі скелі, коли допоможе місяць,&lt;br /&gt;</w:t>
        <w:br/>
        <w:t>і це завше — діти, поранені&lt;br /&gt;</w:t>
        <w:br/>
        <w:t>до того, як судді піднімуть полотно.</w:t>
      </w:r>
    </w:p>
    <w:p>
      <w:r>
        <w:br/>
        <w:t>Всі розуміють біль, пов'язаний зі смертю,&lt;br /&gt;</w:t>
        <w:br/>
        <w:t>та істинного болю немає у душі.&lt;br /&gt;</w:t>
        <w:br/>
        <w:t>Немає ні в повітрі, ні в нашому житті,&lt;br /&gt;</w:t>
        <w:br/>
        <w:t>ні на терасах, оповитих димом.&lt;br /&gt;</w:t>
        <w:br/>
        <w:t>Істинний біль, що речам не дає заснути —&lt;br /&gt;</w:t>
        <w:br/>
        <w:t>це є маленький нескінченний опік&lt;br /&gt;</w:t>
        <w:br/>
        <w:t>у невинних очах інших систем.</w:t>
      </w:r>
    </w:p>
    <w:p>
      <w:r>
        <w:br/>
        <w:t>Покинута одіж важить стільки на плечах,&lt;br /&gt;</w:t>
        <w:br/>
        <w:t>що небо нерідко громадить їх лютими табунами.&lt;br /&gt;</w:t>
        <w:br/>
        <w:t>І ті, що гинуть від пологів, знають в останню годину:&lt;br /&gt;</w:t>
        <w:br/>
        <w:t>всякий гомін обернеться каменем, а слід — ударами крові в жилах.&lt;br /&gt;</w:t>
        <w:br/>
        <w:t>Ми знати не знаємо, що у думки є передмістя,&lt;br /&gt;</w:t>
        <w:br/>
        <w:t>де філософа пожирають китайці та гусінь.&lt;br /&gt;</w:t>
        <w:br/>
        <w:t>І дехто з дурнуватих дітей на куховарнях&lt;br /&gt;</w:t>
        <w:br/>
        <w:t>знаходив маленьких ластівок із милицями,&lt;br /&gt;</w:t>
        <w:br/>
        <w:t>які вміють вимовляти слово "любов".</w:t>
      </w:r>
    </w:p>
    <w:p>
      <w:r>
        <w:br/>
        <w:t>Ні, це не птахи.&lt;br /&gt;</w:t>
        <w:br/>
        <w:t>Бо птах не виповість ні каламутної гарячки ставу,&lt;br /&gt;</w:t>
        <w:br/>
        <w:t>ані жадання вбивати, яке нас мордує щомиті,&lt;br /&gt;</w:t>
        <w:br/>
        <w:t>ані металевого скреготу самогубств, який пробуджує нас щоранку.&lt;br /&gt;</w:t>
        <w:br/>
        <w:t>Це насінна коробочка повітря, де весь світ нам болить,&lt;br /&gt;</w:t>
        <w:br/>
        <w:t>це маленька жива просторінь у божевільнім унісоні світла,&lt;br /&gt;</w:t>
        <w:br/>
        <w:t>це невловимі сходини, де хмари та троянди забувають&lt;br /&gt;</w:t>
        <w:br/>
        <w:t>про гамір китайський, що шумує на пристані крові.&lt;br /&gt;</w:t>
        <w:br/>
        <w:t>Я губився багато разів,&lt;br /&gt;</w:t>
        <w:br/>
        <w:t>бо відшукував опік, що речам не дає заснути,&lt;br /&gt;</w:t>
        <w:br/>
        <w:t>і знайшов лише моряків, похилених над перилами,&lt;br /&gt;</w:t>
        <w:br/>
        <w:t>та маленьких небесних Істот, похованих під снігом.&lt;br /&gt;</w:t>
        <w:br/>
        <w:t>Але істинний біль зоставався деінде —&lt;br /&gt;</w:t>
        <w:br/>
        <w:t>там, де кристалізовані риби конали в товщі стовбурів;&lt;br /&gt;</w:t>
        <w:br/>
        <w:t>на обширах неба, чужого для давніх неушкоджених статуй і для&lt;br /&gt;</w:t>
        <w:br/>
        <w:t>ласкавої ніжності вулканів.</w:t>
      </w:r>
    </w:p>
    <w:p>
      <w:r>
        <w:br/>
        <w:t>Болю немає у голосі. Існують тільки зуби,&lt;br /&gt;</w:t>
        <w:br/>
        <w:t>але зуби, що будуть мовчати, оторочені чорним оксамитом.&lt;br /&gt;</w:t>
        <w:br/>
        <w:t>Болю немає у голосі. Тут існує тільки земля.&lt;br /&gt;</w:t>
        <w:br/>
        <w:t>Земля з її вічними брамами, які ведуть до червені плодів.</w:t>
      </w:r>
    </w:p>
    <w:p>
      <w:r>
        <w:br/>
        <w:t>НАРОДЖЕННЯ ХРИСТА&lt;br /&gt;</w:t>
        <w:br/>
        <w:t>Пастух грудей жадає під снігом, що куйовдить&lt;br /&gt;</w:t>
        <w:br/>
        <w:t>собак, простертих поміж глухими ліхтарями.&lt;br /&gt;</w:t>
        <w:br/>
        <w:t>Малий Христос із глини собі поранив пальці&lt;br /&gt;</w:t>
        <w:br/>
        <w:t>на споконвічних лезах деревини крихкої.</w:t>
      </w:r>
    </w:p>
    <w:p>
      <w:r>
        <w:br/>
        <w:t>Уже прийшли мурашки. Ось і затерплі ноги!&lt;br /&gt;</w:t>
        <w:br/>
        <w:t>Твердінь небесну крають дві цівочки криваві.&lt;br /&gt;</w:t>
        <w:br/>
        <w:t>А сатанинський тельбух озвався по долинах&lt;br /&gt;</w:t>
        <w:br/>
        <w:t>ударами й відлунням молюскової плоті.</w:t>
      </w:r>
    </w:p>
    <w:p>
      <w:r>
        <w:br/>
        <w:t>Вовки й жаби співають коло багать зелених,&lt;br /&gt;</w:t>
        <w:br/>
        <w:t>увінчаних живими мурашниками ранку.&lt;br /&gt;</w:t>
        <w:br/>
        <w:t>Вві сні побачив місяць великих віял білість,&lt;br /&gt;</w:t>
        <w:br/>
        <w:t>бикові ж бик наснився — лиш водяний, порожній.</w:t>
      </w:r>
    </w:p>
    <w:p>
      <w:r>
        <w:br/>
        <w:t>Зорить і плаче хлопчик із трійцею на лобі.&lt;br /&gt;</w:t>
        <w:br/>
        <w:t>Три мідні вістря бачить у сіні Святий Йосип.&lt;br /&gt;</w:t>
        <w:br/>
        <w:t>Із пелюшок зринають пустельні відгоміння,&lt;br /&gt;</w:t>
        <w:br/>
        <w:t>і звуки цитр безструнних, і страчені волання.</w:t>
      </w:r>
    </w:p>
    <w:p>
      <w:r>
        <w:br/>
        <w:t>Манхеттенська завія жене міські об'яви&lt;br /&gt;</w:t>
        <w:br/>
        <w:t>та благодать небесну несе крізь хибні арки.&lt;br /&gt;</w:t>
        <w:br/>
        <w:t>Священики-безумці й пір'ясті херувими&lt;br /&gt;</w:t>
        <w:br/>
        <w:t>за Лютером ступають по горніх перехрестях.</w:t>
      </w:r>
    </w:p>
    <w:p>
      <w:r>
        <w:br/>
        <w:t>РОЗП'ЯТТЯ&lt;br /&gt;</w:t>
        <w:br/>
        <w:t>Місяць нарешті спинитися міг на найбілішому вигині коней.&lt;br /&gt;</w:t>
        <w:br/>
        <w:t>Промінь лютого світла, втікаючи з рани,&lt;br /&gt;</w:t>
        <w:br/>
        <w:t>окреслив у небі мить обрізання мертвого хлопчика.</w:t>
      </w:r>
    </w:p>
    <w:p>
      <w:r>
        <w:br/>
        <w:t>Кров збігала з гори, і ангели її шукали,&lt;br /&gt;</w:t>
        <w:br/>
        <w:t>та потири були із вітру, й вона повнила черевики.</w:t>
      </w:r>
    </w:p>
    <w:p>
      <w:r>
        <w:br/>
        <w:t>Кульгаві собаки палили люльки, і від духу гарячої шкіри&lt;br /&gt;</w:t>
        <w:br/>
        <w:t>були сірими круглі губи тих, що ригали на перехрестях.&lt;br /&gt;</w:t>
        <w:br/>
        <w:t>І долинали невпинні голосіння від півдня сухої ночі.&lt;br /&gt;</w:t>
        <w:br/>
        <w:t>Місяць свічками обпалював фалоси коней.&lt;br /&gt;</w:t>
        <w:br/>
        <w:t>Кравець, фахівець у пурпурі, замкнув трьох святих жінок&lt;br /&gt;</w:t>
        <w:br/>
        <w:t>і крізь засклені вікна їм показував череп.&lt;br /&gt;</w:t>
        <w:br/>
        <w:t>Три жінки у передмісті обступили білого верблюда,&lt;br /&gt;</w:t>
        <w:br/>
        <w:t>і він плакав, бо на світанку&lt;br /&gt;</w:t>
        <w:br/>
        <w:t>мусив обов'язково пройти через голчине вушко.&lt;br /&gt;</w:t>
        <w:br/>
        <w:t>О хрест! О цвяхи! О вістря!&lt;br /&gt;</w:t>
        <w:br/>
        <w:t>О вістря, загнане в кістку, аж до часів окислення планет!&lt;br /&gt;</w:t>
        <w:br/>
        <w:t>Ніхто не повернув голови, отже, небо змогло розповитись.&lt;br /&gt;</w:t>
        <w:br/>
        <w:t>Розлігся великий голос, і мовили фарисеї:</w:t>
      </w:r>
    </w:p>
    <w:p>
      <w:r>
        <w:br/>
        <w:t>"У цієї корови проклятої вим'я сповнене молока".&lt;br /&gt;</w:t>
        <w:br/>
        <w:t>Юрба зачиняла брами,&lt;br /&gt;</w:t>
        <w:br/>
        <w:t>і злива текла по вулицях, зажадавши омити серце,&lt;br /&gt;</w:t>
        <w:br/>
        <w:t>а вечір ставав тривожний через серцебиття й через дроворубів,&lt;br /&gt;</w:t>
        <w:br/>
        <w:t>і темне місто конало під молотком теслярів.&lt;br /&gt;</w:t>
        <w:br/>
        <w:t>"У цієї корови проклятої вим'я повне малих куріпок", —&lt;br /&gt;</w:t>
        <w:br/>
        <w:t>Мовилн фарисеї.&lt;br /&gt;</w:t>
        <w:br/>
        <w:t>Але кров змочила Їм ноги, й низотні душі&lt;br /&gt;</w:t>
        <w:br/>
        <w:t>били склянки болотної води об стіни храму.&lt;br /&gt;</w:t>
        <w:br/>
        <w:t>З'ясувалася достеменна мить спасіння нашого життя.&lt;br /&gt;</w:t>
        <w:br/>
        <w:t>Бо місяць водою обмив опіки коней,&lt;br /&gt;</w:t>
        <w:br/>
        <w:t>а не живе дівчатко, яке змусили замовкнути в піску.&lt;br /&gt;</w:t>
        <w:br/>
        <w:t>Тоді повиходили лихоманки, і співали своїх пісень,&lt;br /&gt;</w:t>
        <w:br/>
        <w:t>і Жаби запалили вогні на обох берегах ріки,&lt;br /&gt;</w:t>
        <w:br/>
        <w:t>"Ця проклята корова, проклята, проклята, проклята,&lt;br /&gt;</w:t>
        <w:br/>
        <w:t>вона нам спати не дасть", — мовили фарисеї,&lt;br /&gt;</w:t>
        <w:br/>
        <w:t>і розійшлись по домівках крізь тісняву вулиць,&lt;br /&gt;</w:t>
        <w:br/>
        <w:t>і штовхали п'яниць, і плювалися сіллю жертвоприносин,&lt;br /&gt;</w:t>
        <w:br/>
        <w:t>а кров ішла слідом за ними і мекала, наче агнець.</w:t>
      </w:r>
    </w:p>
    <w:p>
      <w:r>
        <w:br/>
        <w:t>Так було,&lt;br /&gt;</w:t>
        <w:br/>
        <w:t>і земля пробудилася, і струменіла тремтливими ріками молі.</w:t>
      </w:r>
    </w:p>
    <w:p>
      <w:r>
        <w:br/>
        <w:t>СВІТАННЯ&lt;br /&gt;</w:t>
        <w:br/>
        <w:t>Серед нью-йоркського світання&lt;br /&gt;</w:t>
        <w:br/>
        <w:t>чотири є колони з твані —&lt;br /&gt;</w:t>
        <w:br/>
        <w:t>над ураганом чорних горлиць,&lt;br /&gt;</w:t>
        <w:br/>
        <w:t>що хлюпаються в мертвих водах.</w:t>
      </w:r>
    </w:p>
    <w:p>
      <w:r>
        <w:br/>
        <w:t>Світання у Нью-Йорку стогне&lt;br /&gt;</w:t>
        <w:br/>
        <w:t>на височезних крутосходах,&lt;br /&gt;</w:t>
        <w:br/>
        <w:t>шукаючи по гострих пругах&lt;br /&gt;</w:t>
        <w:br/>
        <w:t>жасмини писаної туги.</w:t>
      </w:r>
    </w:p>
    <w:p>
      <w:r>
        <w:br/>
        <w:t>Грядущого світання ніхто в уста не прийме,&lt;br /&gt;</w:t>
        <w:br/>
        <w:t>бо тут немає "завтра", немає сподівання.&lt;br /&gt;</w:t>
        <w:br/>
        <w:t>Лише монети часом нестямними роями жалять&lt;br /&gt;</w:t>
        <w:br/>
        <w:t>і пожирають покинуту дитину.</w:t>
      </w:r>
    </w:p>
    <w:p>
      <w:r>
        <w:br/>
        <w:t>Найперші, що відходять, кістками розуміють:&lt;br /&gt;</w:t>
        <w:br/>
        <w:t>не буде ні кохання безлистого, ні раю.&lt;br /&gt;</w:t>
        <w:br/>
        <w:t>Їх тихо поглинає твань чисел і законів,&lt;br /&gt;</w:t>
        <w:br/>
        <w:t>та ігри без мистецтва, та сік без тверді плоду.</w:t>
      </w:r>
    </w:p>
    <w:p>
      <w:r>
        <w:br/>
        <w:t>Бо світло поховали кайдани, гуркотнеча&lt;br /&gt;</w:t>
        <w:br/>
        <w:t>та безсоромні грозьби тих знань, що без коріння.&lt;br /&gt;</w:t>
        <w:br/>
        <w:t>І люди по кварталах тиняються безсонне —&lt;br /&gt;</w:t>
        <w:br/>
        <w:t>так, ніби щойно вийшли з кривавого потопу.</w:t>
      </w:r>
    </w:p>
    <w:p>
      <w:r>
        <w:br/>
        <w:t>IV&lt;br /&gt;</w:t>
        <w:br/>
        <w:t>ВІРШІ ПРО ОЗЕРО ЕДЕМ МІЛЗ</w:t>
      </w:r>
    </w:p>
    <w:p>
      <w:r>
        <w:br/>
        <w:t>ПОДВІЙНА ПОЕМА ПРО ОЗЕРО ЕДЕМ&lt;br /&gt;</w:t>
        <w:br/>
        <w:t>Пасеться череда, і вітер віє.&lt;br /&gt;</w:t>
        <w:br/>
        <w:t>Ґарсіласо&lt;br /&gt;</w:t>
        <w:br/>
        <w:t>Це був мій давній голос,&lt;br /&gt;</w:t>
        <w:br/>
        <w:t>який не відав гіркоти загуслих соків.&lt;br /&gt;</w:t>
        <w:br/>
        <w:t>Я впізнаю: він ніжно ніг моїх торкнувся&lt;br /&gt;</w:t>
        <w:br/>
        <w:t>під ламким листям папоротей мокрих.</w:t>
      </w:r>
    </w:p>
    <w:p>
      <w:r>
        <w:br/>
        <w:t>О давній голосе мого кохання,&lt;br /&gt;</w:t>
        <w:br/>
        <w:t>голосе моєї правди,&lt;br /&gt;</w:t>
        <w:br/>
        <w:t>голосе моїх розчахнутих грудей,&lt;br /&gt;</w:t>
        <w:br/>
        <w:t>коли з язика мого струміли всі троянди,&lt;br /&gt;</w:t>
        <w:br/>
        <w:t>а дерен не знав незворушних кінських зубів!</w:t>
      </w:r>
    </w:p>
    <w:p>
      <w:r>
        <w:br/>
        <w:t>Ти тут, і ти спиваєш з мене кров,&lt;br /&gt;</w:t>
        <w:br/>
        <w:t>І смокчеш з мене єство повільної дитини,&lt;br /&gt;</w:t>
        <w:br/>
        <w:t>і тріскають на вітрі мої очі&lt;br /&gt;</w:t>
        <w:br/>
        <w:t>між алюмінієм та голосами п'яних.</w:t>
      </w:r>
    </w:p>
    <w:p>
      <w:r>
        <w:br/>
        <w:t>Пусти ж мене до брами,&lt;br /&gt;</w:t>
        <w:br/>
        <w:t>де Єва їсть мурашок,&lt;br /&gt;</w:t>
        <w:br/>
        <w:t>і де Адам сліпучу рибу плодить.&lt;br /&gt;</w:t>
        <w:br/>
        <w:t>Пусти мене, рогатий чоловічку,&lt;br /&gt;</w:t>
        <w:br/>
        <w:t>до лісу позіхів, щасливих скоків.</w:t>
      </w:r>
    </w:p>
    <w:p>
      <w:r>
        <w:br/>
        <w:t>Я знаю найтаємніший ужиток&lt;br /&gt;</w:t>
        <w:br/>
        <w:t>старої заіржавленої шпильки,&lt;br /&gt;</w:t>
        <w:br/>
        <w:t>і знаю жах очей, що широко відкриті&lt;br /&gt;</w:t>
        <w:br/>
        <w:t>на предметній площині тареля.</w:t>
      </w:r>
    </w:p>
    <w:p>
      <w:r>
        <w:br/>
        <w:t>Але не бажаю ні світу, ні сну, божественний голосе,&lt;br /&gt;</w:t>
        <w:br/>
        <w:t>я хочу лише свободи, своєї людської любові,&lt;br /&gt;</w:t>
        <w:br/>
        <w:t>у найтемнішім схові леготу — його ніхто не хоче;&lt;br /&gt;</w:t>
        <w:br/>
        <w:t>Своєї людської любові!</w:t>
      </w:r>
    </w:p>
    <w:p>
      <w:r>
        <w:br/>
        <w:t>Оті акули мчать одна за одною;&lt;br /&gt;</w:t>
        <w:br/>
        <w:t>чигає вітер на безжурні стовбури.&lt;br /&gt;</w:t>
        <w:br/>
        <w:t>О давній голосе, опалюй язиком&lt;br /&gt;</w:t>
        <w:br/>
        <w:t>цей голос тальковий, бляшаний голос!</w:t>
      </w:r>
    </w:p>
    <w:p>
      <w:r>
        <w:br/>
        <w:t>Я хочу плакати, я дуже хочу плакати,&lt;br /&gt;</w:t>
        <w:br/>
        <w:t>як плачуть діти на останній лаві,&lt;br /&gt;</w:t>
        <w:br/>
        <w:t>бо не поет я, не людина, не листочок,&lt;br /&gt;</w:t>
        <w:br/>
        <w:t>тільки зранений пульс, що вивідує речі потойбіч.</w:t>
      </w:r>
    </w:p>
    <w:p>
      <w:r>
        <w:br/>
        <w:t>Я хочу плакати, своє ім'я назвавши, —&lt;br /&gt;</w:t>
        <w:br/>
        <w:t>Троянда, дитина, сосна, що на березі озера, —&lt;br /&gt;</w:t>
        <w:br/>
        <w:t>аби правду сказати свою, правду людської крові,&lt;br /&gt;</w:t>
        <w:br/>
        <w:t>убивши в собі глузування й навіяне слово.</w:t>
      </w:r>
    </w:p>
    <w:p>
      <w:r>
        <w:br/>
        <w:t>Ні, ні, запитання тут зайві, мій звільнений голосе,&lt;br /&gt;</w:t>
        <w:br/>
        <w:t>я жадаю, щоб ніжно торкав ти мої долоні.&lt;br /&gt;</w:t>
        <w:br/>
        <w:t>У лабіринті ширм віч-на-віч з моїм голим тілом&lt;br /&gt;</w:t>
        <w:br/>
        <w:t>місяць покари й годинник, засипаний попелом.</w:t>
      </w:r>
    </w:p>
    <w:p>
      <w:r>
        <w:br/>
        <w:t>Так казав я.&lt;br /&gt;</w:t>
        <w:br/>
        <w:t>Так казав я, коли Сатурн зупинив поїзди,&lt;br /&gt;</w:t>
        <w:br/>
        <w:t>і мла, І Сон, і Смерть мене шукали.&lt;br /&gt;</w:t>
        <w:br/>
        <w:t>Мене шукали —&lt;br /&gt;</w:t>
        <w:br/>
        <w:t>Так, де ревуть корови з ніжками пажів,&lt;br /&gt;</w:t>
        <w:br/>
        <w:t>і там, де пливе моє тіло серед рівноваг протилежних.</w:t>
      </w:r>
    </w:p>
    <w:p>
      <w:r>
        <w:br/>
        <w:t>ЖИВЕ НЕБО&lt;br /&gt;</w:t>
        <w:br/>
        <w:t>Не зможу нарікати,&lt;br /&gt;</w:t>
        <w:br/>
        <w:t>як не знайду, чого шукав.&lt;br /&gt;</w:t>
        <w:br/>
        <w:t>Між каменів без соку та порожнявих комах&lt;br /&gt;</w:t>
        <w:br/>
        <w:t>не побачу двобою сонця з істотами з плоті й крові.&lt;br /&gt;</w:t>
        <w:br/>
        <w:t>Та я піду в найперший краєвид відгомонів, рідин і пульсів,&lt;br /&gt;</w:t>
        <w:br/>
        <w:t>який пронизує новонароджену, дитину, і де затерто кожну грань,&lt;br /&gt;</w:t>
        <w:br/>
        <w:t>аби чути: усе, що шукаю, віднайде свою радісну ціль,&lt;br /&gt;</w:t>
        <w:br/>
        <w:t>коли я пролітатиму, розвіяний з коханням та пісками.</w:t>
      </w:r>
    </w:p>
    <w:p>
      <w:r>
        <w:br/>
        <w:t>Туди не досягне ні іній вигаслих очей,&lt;br /&gt;</w:t>
        <w:br/>
        <w:t>ані волання дерева, занапащеного хробаками.&lt;br /&gt;</w:t>
        <w:br/>
        <w:t>Там усі форми заховують послідовно&lt;br /&gt;</w:t>
        <w:br/>
        <w:t>єдиний нестямний вираз навального руху.</w:t>
      </w:r>
    </w:p>
    <w:p>
      <w:r>
        <w:br/>
        <w:t>Ти не ступиш і кроку вперед, крізь хмару пелюсток:&lt;br /&gt;</w:t>
        <w:br/>
        <w:t>розчиняться в повітрі твої цукрові зуби,&lt;br /&gt;</w:t>
        <w:br/>
        <w:t>і перебіжне листя папороті не погладиш,&lt;br /&gt;</w:t>
        <w:br/>
        <w:t>так, щоб не чуть остаточного жаху від слонокості.</w:t>
      </w:r>
    </w:p>
    <w:p>
      <w:r>
        <w:br/>
        <w:t>Там, посеред коріння та в серцевині вітру&lt;br /&gt;</w:t>
        <w:br/>
        <w:t>стає зрозумілою правда оманливих речей,&lt;br /&gt;</w:t>
        <w:br/>
        <w:t>нікелевий плавець, що вистежує хвилю найтоншу,&lt;br /&gt;</w:t>
        <w:br/>
        <w:t>та нічна череда корів на червоних жіночих ніжках.</w:t>
      </w:r>
    </w:p>
    <w:p>
      <w:r>
        <w:br/>
        <w:t>Не зможу нарікати, як не знайду, чого шукав.&lt;br /&gt;</w:t>
        <w:br/>
        <w:t>Та я піду в найперший краєвид вільготи й пульсів,&lt;br /&gt;</w:t>
        <w:br/>
        <w:t>аби чути; усе, що шукаю, віднайде свою радісну ціль,&lt;br /&gt;</w:t>
        <w:br/>
        <w:t>коли я пролітатиму, розвіяний з коханням та пісками.</w:t>
      </w:r>
    </w:p>
    <w:p>
      <w:r>
        <w:br/>
        <w:t>Повсякчасний холодний політ над порожніми руслами,&lt;br /&gt;</w:t>
        <w:br/>
        <w:t>над зграями вітерців і човнами, що на мілинах.&lt;br /&gt;</w:t>
        <w:br/>
        <w:t>Хистка перепона у вічності грізній та непорушній,&lt;br /&gt;</w:t>
        <w:br/>
        <w:t>і, нарешті, любов без світання. Любов! Навіч зрима любов!</w:t>
      </w:r>
    </w:p>
    <w:p>
      <w:r>
        <w:br/>
        <w:t>V&lt;br /&gt;</w:t>
        <w:br/>
        <w:t>В ХАТИНІ ФЕРМЕРА&lt;br /&gt;</w:t>
        <w:br/>
        <w:t>(СЕЛО БІЛЯ НЬЮБУРГА)</w:t>
      </w:r>
    </w:p>
    <w:p>
      <w:r>
        <w:br/>
        <w:t>МАЛИЙ СТЕНТОН&lt;br /&gt;</w:t>
        <w:br/>
        <w:t>— Dо yоu lіке mе?&lt;br /&gt;</w:t>
        <w:br/>
        <w:t>— Yes, and yоu?&lt;br /&gt;</w:t>
        <w:br/>
        <w:t>— Yes, yes.&lt;br /&gt;</w:t>
        <w:br/>
        <w:t>Коли я зостаюсь один,&lt;br /&gt;</w:t>
        <w:br/>
        <w:t>зі мною ще залишаються твої десять років,&lt;br /&gt;</w:t>
        <w:br/>
        <w:t>троє сліпих коней,&lt;br /&gt;</w:t>
        <w:br/>
        <w:t>п'ятнадцять твоїх облич із лицем у саднах&lt;br /&gt;</w:t>
        <w:br/>
        <w:t>і малесенькі плями ознобу на кукурудзянім листі.&lt;br /&gt;</w:t>
        <w:br/>
        <w:t>Стентоне, синку, Стентоне!&lt;br /&gt;</w:t>
        <w:br/>
        <w:t>Опівночі рак виходив у коридори&lt;br /&gt;</w:t>
        <w:br/>
        <w:t>і розмовляв з порожнявими равликами документів;&lt;br /&gt;</w:t>
        <w:br/>
        <w:t>рак найживіший, повен термометрів і хмарин,&lt;br /&gt;</w:t>
        <w:br/>
        <w:t>із цнотливим жаданням яблука, щоб його солов'ї клювали.&lt;br /&gt;</w:t>
        <w:br/>
        <w:t>В оселі, де рак оселився,&lt;br /&gt;</w:t>
        <w:br/>
        <w:t>в астрономічному безумі тріскають білі стіни,&lt;br /&gt;</w:t>
        <w:br/>
        <w:t>і по найменших стайнях, і по галявах лісів&lt;br /&gt;</w:t>
        <w:br/>
        <w:t>блискавка опіку горить багато літ.&lt;br /&gt;</w:t>
        <w:br/>
        <w:t>Мій біль надвечір сходив кров'ю,&lt;br /&gt;</w:t>
        <w:br/>
        <w:t>коли твої очі були двома мурами,&lt;br /&gt;</w:t>
        <w:br/>
        <w:t>коли твої руки були двома землями,&lt;br /&gt;</w:t>
        <w:br/>
        <w:t>в моє тіло — гомоном трави.&lt;br /&gt;</w:t>
        <w:br/>
        <w:t>Моя агонія шукала свою одіж,&lt;br /&gt;</w:t>
        <w:br/>
        <w:t>укрита порохом, подерта псами,&lt;br /&gt;</w:t>
        <w:br/>
        <w:t>ти без трепету за нею йшов&lt;br /&gt;</w:t>
        <w:br/>
        <w:t>аж до затворів темної води.&lt;br /&gt;</w:t>
        <w:br/>
        <w:t>О мій Стентоне, дурнику, найпрекрасніший серед звірят,&lt;br /&gt;</w:t>
        <w:br/>
        <w:t>з матір'ю, що її розтерзали сільські ковалі,&lt;br /&gt;</w:t>
        <w:br/>
        <w:t>з братом, який опочив під склепіннями,&lt;br /&gt;</w:t>
        <w:br/>
        <w:t>з Іншим братом, якого пожерли мурашники,&lt;br /&gt;</w:t>
        <w:br/>
        <w:t>І з раком без дротяних огорож, який пульсує в оселях!&lt;br /&gt;</w:t>
        <w:br/>
        <w:t>Є годувальниці, які приносять дітям&lt;br /&gt;</w:t>
        <w:br/>
        <w:t>ріки моху та гіркаві стебла,&lt;br /&gt;</w:t>
        <w:br/>
        <w:t>І негритянки нерідко йдуть на горішні поверхи&lt;br /&gt;</w:t>
        <w:br/>
        <w:t>і наставляють пастки на щурів.&lt;br /&gt;</w:t>
        <w:br/>
        <w:t>Бо правда й те, що люди мають за доречне&lt;br /&gt;</w:t>
        <w:br/>
        <w:t>жбурляти горлиць до сміттєвих ям,&lt;br /&gt;</w:t>
        <w:br/>
        <w:t>і я знаю, чого хочуть ті, що на вулицях&lt;br /&gt;</w:t>
        <w:br/>
        <w:t>гарячкове стискають нам кінчики пальців.</w:t>
      </w:r>
    </w:p>
    <w:p>
      <w:r>
        <w:br/>
        <w:t>Твоя невинність, Стентоне — це лев'яча гора.&lt;br /&gt;</w:t>
        <w:br/>
        <w:t>В день, коли рак напав на тебе,&lt;br /&gt;</w:t>
        <w:br/>
        <w:t>і закинув тебе у спальню, де від пошесті вимерли гості,&lt;br /&gt;</w:t>
        <w:br/>
        <w:t>І розкрився крихкою трояндою сухих шибок і ніжних рук,&lt;br /&gt;</w:t>
        <w:br/>
        <w:t>щоб забризкати тванню зіниці плавців у морі,&lt;br /&gt;</w:t>
        <w:br/>
        <w:t>ти сам шукав мою агонію в траві,&lt;br /&gt;</w:t>
        <w:br/>
        <w:t>мою агонію із квіттям жаху,&lt;br /&gt;</w:t>
        <w:br/>
        <w:t>в той час, як німий хмурий рак, що прагнув укластись до тебе,&lt;br /&gt;</w:t>
        <w:br/>
        <w:t>сипав пил на червоні землі простирадлами гіркоти&lt;br /&gt;</w:t>
        <w:br/>
        <w:t>і розписував труни&lt;br /&gt;</w:t>
        <w:br/>
        <w:t>гілочками замерзлими — борною кислотою.&lt;br /&gt;</w:t>
        <w:br/>
        <w:t>Стентоне, до лісу йди зі своїми дримбами,&lt;br /&gt;</w:t>
        <w:br/>
        <w:t>йди, щоб навчитися небесних слів,&lt;br /&gt;</w:t>
        <w:br/>
        <w:t>які сплять у стовбурах, у хмарах і черепахах,&lt;br /&gt;</w:t>
        <w:br/>
        <w:t>сплять у поснулих псах, у свинці, у вітрі,&lt;br /&gt;</w:t>
        <w:br/>
        <w:t>сплять у безсонних лілеях, у водах без віддзеркалень, —&lt;br /&gt;</w:t>
        <w:br/>
        <w:t>щоб навчитись того, що твій народ забуває, синку.</w:t>
      </w:r>
    </w:p>
    <w:p>
      <w:r>
        <w:br/>
        <w:t>Коли вибухне війна,&lt;br /&gt;</w:t>
        <w:br/>
        <w:t>я лишу шматок сиру для твого пса в конторі.&lt;br /&gt;</w:t>
        <w:br/>
        <w:t>Твої десять років будуть листям,&lt;br /&gt;</w:t>
        <w:br/>
        <w:t>яке опадає на одіж мертвих,&lt;br /&gt;</w:t>
        <w:br/>
        <w:t>це будуть десять троянд крихкої сірки&lt;br /&gt;</w:t>
        <w:br/>
        <w:t>на плечі мого досвіту.&lt;br /&gt;</w:t>
        <w:br/>
        <w:t>А я, Стентоне, я один, забутий усіма,&lt;br /&gt;</w:t>
        <w:br/>
        <w:t>з блідими твоїми обличчями на вустах,&lt;br /&gt;</w:t>
        <w:br/>
        <w:t>голосячи, буду ломитись крізь зелені статуї Малярії.</w:t>
      </w:r>
    </w:p>
    <w:p>
      <w:r>
        <w:br/>
        <w:t>КОРОВА&lt;br /&gt;</w:t>
        <w:br/>
        <w:t>Лежала зранена корова.&lt;br /&gt;</w:t>
        <w:br/>
        <w:t>Струмки й дерева Їй на роги&lt;br /&gt;</w:t>
        <w:br/>
        <w:t>п'ялися, й кров спливала в небі.</w:t>
      </w:r>
    </w:p>
    <w:p>
      <w:r>
        <w:br/>
        <w:t>Було у морді щось бджолине&lt;br /&gt;</w:t>
        <w:br/>
        <w:t>під вусами густої слини.&lt;br /&gt;</w:t>
        <w:br/>
        <w:t>Карався досвіт білим ревом.</w:t>
      </w:r>
    </w:p>
    <w:p>
      <w:r>
        <w:br/>
        <w:t>І мертві, і живі корови,&lt;br /&gt;</w:t>
        <w:br/>
        <w:t>червоний жар і мед обори,&lt;br /&gt;</w:t>
        <w:br/>
        <w:t>ревли, заплющуючи очі.</w:t>
      </w:r>
    </w:p>
    <w:p>
      <w:r>
        <w:br/>
        <w:t>Уже корову можна їсти;&lt;br /&gt;</w:t>
        <w:br/>
        <w:t>хай відає про те коріння&lt;br /&gt;</w:t>
        <w:br/>
        <w:t>та хлопчик, що наваху гострить.</w:t>
      </w:r>
    </w:p>
    <w:p>
      <w:r>
        <w:br/>
        <w:t>А горі блідістю взялися&lt;br /&gt;</w:t>
        <w:br/>
        <w:t>яремні вени та проміння.&lt;br /&gt;</w:t>
        <w:br/>
        <w:t>Тремтять задерті сторч копита.</w:t>
      </w:r>
    </w:p>
    <w:p>
      <w:r>
        <w:br/>
        <w:t>Хай відають про те і місяць,&lt;br /&gt;</w:t>
        <w:br/>
        <w:t>і ніч, і вижовклі твердині:&lt;br /&gt;</w:t>
        <w:br/>
        <w:t>корова, ставши прахом, зникла.</w:t>
      </w:r>
    </w:p>
    <w:p>
      <w:r>
        <w:br/>
        <w:t>Вже відійшла вона з воланням&lt;br /&gt;</w:t>
        <w:br/>
        <w:t>крізь вистиглих небес руїни,&lt;br /&gt;</w:t>
        <w:br/>
        <w:t>де заїдають смертю п'яні.</w:t>
      </w:r>
    </w:p>
    <w:p>
      <w:r>
        <w:br/>
        <w:t>ДІВЧИНА, ПОТОНУЛА В КРИНИЦІ&lt;br /&gt;</w:t>
        <w:br/>
        <w:t>(Ґранада і Ньюбург)&lt;br /&gt;</w:t>
        <w:br/>
        <w:t>Статуям очі болять із могильною темнотою,&lt;br /&gt;</w:t>
        <w:br/>
        <w:t>та найбільше болить їм вода, яка не витікає.&lt;br /&gt;</w:t>
        <w:br/>
        <w:t>Не витікає.</w:t>
      </w:r>
    </w:p>
    <w:p>
      <w:r>
        <w:br/>
        <w:t>Люди бігли по хвилерізах і ламали рибалкам вудки.&lt;br /&gt;</w:t>
        <w:br/>
        <w:t>Швидше! Берег! Тривога! І ласкаві зірки скрекотіли.&lt;br /&gt;</w:t>
        <w:br/>
        <w:t>... не витікає.</w:t>
      </w:r>
    </w:p>
    <w:p>
      <w:r>
        <w:br/>
        <w:t>В моїм спогаді зовсім спокійна, — коло, зірка, мета,&lt;br /&gt;</w:t>
        <w:br/>
        <w:t>плачеш ти за берегами кінського ока.&lt;br /&gt;</w:t>
        <w:br/>
        <w:t>... не витікає.</w:t>
      </w:r>
    </w:p>
    <w:p>
      <w:r>
        <w:br/>
        <w:t>Та ніхто в темноті тобі відстані не покладе —&lt;br /&gt;</w:t>
        <w:br/>
        <w:t>крім гострезної грані, прийдешнього діаманту.&lt;br /&gt;</w:t>
        <w:br/>
        <w:t>... не витікає.</w:t>
      </w:r>
    </w:p>
    <w:p>
      <w:r>
        <w:br/>
        <w:t>Поки люди шукають тишу між подушок,&lt;br /&gt;</w:t>
        <w:br/>
        <w:t>ти тріпочеш, навіки означена в крузі своєму.&lt;br /&gt;</w:t>
        <w:br/>
        <w:t>... не витікає.</w:t>
      </w:r>
    </w:p>
    <w:p>
      <w:r>
        <w:br/>
        <w:t>Вічна на гребенях водних, що в себе приймають&lt;br /&gt;</w:t>
        <w:br/>
        <w:t>коренів битву та вгадану самоту.&lt;br /&gt;</w:t>
        <w:br/>
        <w:t>... не витікає.</w:t>
      </w:r>
    </w:p>
    <w:p>
      <w:r>
        <w:br/>
        <w:t>Вони вже по схилах ідуть! Підведись із води!&lt;br /&gt;</w:t>
        <w:br/>
        <w:t>Кожна цяточка світла ляже у ретязь тобі!&lt;br /&gt;</w:t>
        <w:br/>
        <w:t>... не витікає.</w:t>
      </w:r>
    </w:p>
    <w:p>
      <w:r>
        <w:br/>
        <w:t>Та колодязь до тебе простягсь рученятами моху,&lt;br /&gt;</w:t>
        <w:br/>
        <w:t>неждана русалка його найчистішого незнання.&lt;br /&gt;</w:t>
        <w:br/>
        <w:t>... не витікає.</w:t>
      </w:r>
    </w:p>
    <w:p>
      <w:r>
        <w:br/>
        <w:t>Не витікає! Вода, застигла в єдиній точці,&lt;br /&gt;</w:t>
        <w:br/>
        <w:t>дихає з подихом скрипок безструнних своїх&lt;br /&gt;</w:t>
        <w:br/>
        <w:t>на сходинах ран та будівель безлюдних.&lt;br /&gt;</w:t>
        <w:br/>
        <w:t>Вода, яка не витікає!</w:t>
      </w:r>
    </w:p>
    <w:p>
      <w:r>
        <w:br/>
        <w:t>VI&lt;br /&gt;</w:t>
        <w:br/>
        <w:t>ІНТРОДУКЦІЯ ДО СМЕРТІ&lt;br /&gt;</w:t>
        <w:br/>
        <w:t>(ВІРШІ ПРО САМОТУ В ШТАТІ ВЕРМОНТ)</w:t>
      </w:r>
    </w:p>
    <w:p>
      <w:r>
        <w:br/>
        <w:t>СМЕРТЬ&lt;br /&gt;</w:t>
        <w:br/>
        <w:t>Яке зусилля!&lt;br /&gt;</w:t>
        <w:br/>
        <w:t>Яке зусилля коня стати псом!&lt;br /&gt;</w:t>
        <w:br/>
        <w:t>Яке зусилля пса стати ластівкою!&lt;br /&gt;</w:t>
        <w:br/>
        <w:t>Яке зусилля ластівки стати бджолою!&lt;br /&gt;</w:t>
        <w:br/>
        <w:t>Яке зусилля бджоли стати конем!&lt;br /&gt;</w:t>
        <w:br/>
        <w:t>А кінь —&lt;br /&gt;</w:t>
        <w:br/>
        <w:t>яку гостру стрілу добуває він із троянди!&lt;br /&gt;</w:t>
        <w:br/>
        <w:t>Яка сіра троянда підноситься в нього з губ!&lt;br /&gt;</w:t>
        <w:br/>
        <w:t>А троянда —&lt;br /&gt;</w:t>
        <w:br/>
        <w:t>яку череду проміння й зойків&lt;br /&gt;</w:t>
        <w:br/>
        <w:t>в'яже вона із живим цукром свого стебла!&lt;br /&gt;</w:t>
        <w:br/>
        <w:t>А цукор —&lt;br /&gt;</w:t>
        <w:br/>
        <w:t>про які маленькі кинджали мріє він у своєму чуванні!&lt;br /&gt;</w:t>
        <w:br/>
        <w:t>А маленькі кинджали —&lt;br /&gt;</w:t>
        <w:br/>
        <w:t>який місяць без стаєнь, які голі тіла,&lt;br /&gt;</w:t>
        <w:br/>
        <w:t>яку вічну шкіру й червінь вони шукають!&lt;br /&gt;</w:t>
        <w:br/>
        <w:t>А я, під навісами, —&lt;br /&gt;</w:t>
        <w:br/>
        <w:t>якого вогняного серафима я шукаю, і він — це я!&lt;br /&gt;</w:t>
        <w:br/>
        <w:t>Та гіпсове склепіння —&lt;br /&gt;</w:t>
        <w:br/>
        <w:t>яке воно велике, яке невидиме, яке маленьке! —&lt;br /&gt;</w:t>
        <w:br/>
        <w:t>Без зусилля.</w:t>
      </w:r>
    </w:p>
    <w:p>
      <w:r>
        <w:br/>
        <w:t>МАЛЕНЬКА НЕСКІНЧЕННА ПОЕМА&lt;br /&gt;</w:t>
        <w:br/>
        <w:t>Помилитись дорогою —&lt;br /&gt;</w:t>
        <w:br/>
        <w:t>це прибути до снігу,&lt;br /&gt;</w:t>
        <w:br/>
        <w:t>а прибути до снігу —&lt;br /&gt;</w:t>
        <w:br/>
        <w:t>це двадцять віків пожирати цвинтарні трави.</w:t>
      </w:r>
    </w:p>
    <w:p>
      <w:r>
        <w:br/>
        <w:t>Помилитись дорогою —&lt;br /&gt;</w:t>
        <w:br/>
        <w:t>це прибути до жінки,&lt;br /&gt;</w:t>
        <w:br/>
        <w:t>до жінки, яка не боїться світла,&lt;br /&gt;</w:t>
        <w:br/>
        <w:t>до жінки, яка забиває двох півнів одразу,&lt;br /&gt;</w:t>
        <w:br/>
        <w:t>до світла, яке не боїться півнів,&lt;br /&gt;</w:t>
        <w:br/>
        <w:t>до півнів, що не годні співати над снігами.</w:t>
      </w:r>
    </w:p>
    <w:p>
      <w:r>
        <w:br/>
        <w:t>А проте,&lt;br /&gt;</w:t>
        <w:br/>
        <w:t>якщо сніг помиляється серцем,&lt;br /&gt;</w:t>
        <w:br/>
        <w:t>із Півдня може налетіти вітер,&lt;br /&gt;</w:t>
        <w:br/>
        <w:t>оскільки ж вітер до стогнань байдужий,&lt;br /&gt;</w:t>
        <w:br/>
        <w:t>знов-таки нам доведеться пожирати цвинтарні трави.</w:t>
      </w:r>
    </w:p>
    <w:p>
      <w:r>
        <w:br/>
        <w:t>Я бачив два недужі воскові колоски,&lt;br /&gt;</w:t>
        <w:br/>
        <w:t>які ховали краєвид вулканів,&lt;br /&gt;</w:t>
        <w:br/>
        <w:t>і бачив двох безумних дітлахів,&lt;br /&gt;</w:t>
        <w:br/>
        <w:t>що плачем боронилися від зіниць убивці.</w:t>
      </w:r>
    </w:p>
    <w:p>
      <w:r>
        <w:br/>
        <w:t>А проте "два" ніколи числом не було,&lt;br /&gt;</w:t>
        <w:br/>
        <w:t>тому що це туга та її тінь,&lt;br /&gt;</w:t>
        <w:br/>
        <w:t>тому що це гітара, з якою зневірюється любов,&lt;br /&gt;</w:t>
        <w:br/>
        <w:t>тому що це свідоцтво іншої, чужої нескінченності,&lt;br /&gt;</w:t>
        <w:br/>
        <w:t>і це мури мерця,&lt;br /&gt;</w:t>
        <w:br/>
        <w:t>і покара нового, безмежного воскресіння.</w:t>
      </w:r>
    </w:p>
    <w:p>
      <w:r>
        <w:br/>
        <w:t>Мертві ненавидять "два",&lt;br /&gt;</w:t>
        <w:br/>
        <w:t>але "два" присипляє жінок,&lt;br /&gt;</w:t>
        <w:br/>
        <w:t>оскільки ж усе-таки жінка боїться світла,&lt;br /&gt;</w:t>
        <w:br/>
        <w:t>а світло тремтить перед півнями,&lt;br /&gt;</w:t>
        <w:br/>
        <w:t>а півні тільки й годні, що літати над снігами,&lt;br /&gt;</w:t>
        <w:br/>
        <w:t>нам без кінця доведеться пожирати цвинтарні трави.</w:t>
      </w:r>
    </w:p>
    <w:p>
      <w:r>
        <w:br/>
        <w:t>НОКТЮРН ПОРОЖНЕЧІ</w:t>
      </w:r>
    </w:p>
    <w:p>
      <w:r>
        <w:br/>
        <w:t>І&lt;br /&gt;</w:t>
        <w:br/>
        <w:t>Щоб побачити, що все пропало-зникло,&lt;br /&gt;</w:t>
        <w:br/>
        <w:t>бачити вбрання і порожнечі,&lt;br /&gt;</w:t>
        <w:br/>
        <w:t>дай мені твою місячну рукавичку.&lt;br /&gt;</w:t>
        <w:br/>
        <w:t>твою другу рукавичку, згублену в траві,&lt;br /&gt;</w:t>
        <w:br/>
        <w:t>дай, моя любов!</w:t>
      </w:r>
    </w:p>
    <w:p>
      <w:r>
        <w:br/>
        <w:t>Вітер може відривати мертвих&lt;br /&gt;</w:t>
        <w:br/>
        <w:t>слимаків од легень слонячих,&lt;br /&gt;</w:t>
        <w:br/>
        <w:t>і здмухувати вкляклих черв'яків&lt;br /&gt;</w:t>
        <w:br/>
        <w:t>із бруньок світла або яблук.</w:t>
      </w:r>
    </w:p>
    <w:p>
      <w:r>
        <w:br/>
        <w:t>Незворушні обличчя веслують&lt;br /&gt;</w:t>
        <w:br/>
        <w:t>під найтихішим гомоном трави,&lt;br /&gt;</w:t>
        <w:br/>
        <w:t>і є кутку грудина жаби,&lt;br /&gt;</w:t>
        <w:br/>
        <w:t>i смуток серця, й мандоліна.</w:t>
      </w:r>
    </w:p>
    <w:p>
      <w:r>
        <w:br/>
        <w:t>Ревіла посеред безлюдного майдану&lt;br /&gt;</w:t>
        <w:br/>
        <w:t>бичача голова, вже мить як стята.&lt;br /&gt;</w:t>
        <w:br/>
        <w:t>І були твердим кристалом остаточним&lt;br /&gt;</w:t>
        <w:br/>
        <w:t>форми, що шукали круг зміїний.</w:t>
      </w:r>
    </w:p>
    <w:p>
      <w:r>
        <w:br/>
        <w:t>Щоб побачити, що все пропало-зникло,&lt;br /&gt;</w:t>
        <w:br/>
        <w:t>дай мені твою німотну порожнечу,&lt;br /&gt;</w:t>
        <w:br/>
        <w:t>тугу школи й осмутніле небо.&lt;br /&gt;</w:t>
        <w:br/>
        <w:t>Щоб побачити, що все пропало-зникло!</w:t>
      </w:r>
    </w:p>
    <w:p>
      <w:r>
        <w:br/>
        <w:t>В глибині твоїй, любове, в твоїй плоті,&lt;br /&gt;</w:t>
        <w:br/>
        <w:t>що за тиша поїздів, які розбились!&lt;br /&gt;</w:t>
        <w:br/>
        <w:t>Скільки дужих рук квітучих мумій!&lt;br /&gt;</w:t>
        <w:br/>
        <w:t>Яке небо — й без вийстя, яке небо, моя любове!</w:t>
      </w:r>
    </w:p>
    <w:p>
      <w:r>
        <w:br/>
        <w:t>Це камінь у воді, на вітрі голос,&lt;br /&gt;</w:t>
        <w:br/>
        <w:t>Кожен берег любові тікає від свого кривавого стовбура.&lt;br /&gt;</w:t>
        <w:br/>
        <w:t>Годі мацати пульс нашій присутній любові,&lt;br /&gt;</w:t>
        <w:br/>
        <w:t>аби проростали квіти над іншими дітьми.</w:t>
      </w:r>
    </w:p>
    <w:p>
      <w:r>
        <w:br/>
        <w:t>Щоб побачити, що все пропало-зникло.&lt;br /&gt;</w:t>
        <w:br/>
        <w:t>порожнечі хмарищ і потоків. Діб мені свої&lt;br /&gt;</w:t>
        <w:br/>
        <w:t>лаврові руки, о любове.&lt;br /&gt;</w:t>
        <w:br/>
        <w:t>Щоб побачити, що все пропало-зникло!</w:t>
      </w:r>
    </w:p>
    <w:p>
      <w:r>
        <w:br/>
        <w:t>Чисті пливуть порожнечі крізь тебе, крізь мене, крізь досвіт,&lt;br /&gt;</w:t>
        <w:br/>
        <w:t>і зберігають сліди найтонших гілочок крові,&lt;br /&gt;</w:t>
        <w:br/>
        <w:t>та ще якийсь гіпсовий профіль спокійний: його окреслив&lt;br /&gt;</w:t>
        <w:br/>
        <w:t>несподіваний біль пробитого лезом місяця.</w:t>
      </w:r>
    </w:p>
    <w:p>
      <w:r>
        <w:br/>
        <w:t>Поглянь на конкретні форми, що шукають свою порожнечу.&lt;br /&gt;</w:t>
        <w:br/>
        <w:t>Надкушені яблука та заблукані пси.&lt;br /&gt;</w:t>
        <w:br/>
        <w:t>Поглянь на тривогу й тугу викопного сумного світу,&lt;br /&gt;</w:t>
        <w:br/>
        <w:t>що віднайти не годен тон першого свого ридання.</w:t>
      </w:r>
    </w:p>
    <w:p>
      <w:r>
        <w:br/>
        <w:t>Коли на постелі шукав я гомонів нитки,&lt;br /&gt;</w:t>
        <w:br/>
        <w:t>ти з'явилась, моя любове, аби мій дах укрити.&lt;br /&gt;</w:t>
        <w:br/>
        <w:t>Порожнеча мурашки може виповнити простори,&lt;br /&gt;</w:t>
        <w:br/>
        <w:t>але без орієнтиру ти стогнеш в моїх очах.</w:t>
      </w:r>
    </w:p>
    <w:p>
      <w:r>
        <w:br/>
        <w:t>Ні, не в моїх очах, бо мені ти показуєш нині&lt;br /&gt;</w:t>
        <w:br/>
        <w:t>затиснуті в руці твоїй чотири річки,&lt;br /&gt;</w:t>
        <w:br/>
        <w:t>в непорушній хатині, де полонений місяць&lt;br /&gt;</w:t>
        <w:br/>
        <w:t>моряка пожирає перед дітлахами.</w:t>
      </w:r>
    </w:p>
    <w:p>
      <w:r>
        <w:br/>
        <w:t>Щоб побачити, що все пропало-зникло,&lt;br /&gt;</w:t>
        <w:br/>
        <w:t>о любове невловна, любове перебіжна!&lt;br /&gt;</w:t>
        <w:br/>
        <w:t>Ні, не давай мені своєї порожнечі,&lt;br /&gt;</w:t>
        <w:br/>
        <w:t>адже й моя щезає вже в повітрі!&lt;br /&gt;</w:t>
        <w:br/>
        <w:t>Горе і тобі, й мені, і вітру!&lt;br /&gt;</w:t>
        <w:br/>
        <w:t>Щоб побачити, що все пропало-зникло!</w:t>
      </w:r>
    </w:p>
    <w:p>
      <w:r>
        <w:br/>
        <w:t>ІІ&lt;br /&gt;</w:t>
        <w:br/>
        <w:t>Я.&lt;br /&gt;</w:t>
        <w:br/>
        <w:t>З найбілішою порожнечею коня,&lt;br /&gt;</w:t>
        <w:br/>
        <w:t>грива з попелу. Площа нерівна й чиста.</w:t>
      </w:r>
    </w:p>
    <w:p>
      <w:r>
        <w:br/>
        <w:t>Я.&lt;br /&gt;</w:t>
        <w:br/>
        <w:t>Протята моя порожнеча з розідраними пахвами.&lt;br /&gt;</w:t>
        <w:br/>
        <w:t>Суха шкуринка непричетного винограду й азбест світання.&lt;br /&gt;</w:t>
        <w:br/>
        <w:t>Все сяйво світу міститься в одному оці. Півень піє, і спів&lt;br /&gt;</w:t>
        <w:br/>
        <w:t>його довше триває, ніж крила.</w:t>
      </w:r>
    </w:p>
    <w:p>
      <w:r>
        <w:br/>
        <w:t>Я.&lt;br /&gt;</w:t>
        <w:br/>
        <w:t>З найбілішою порожнечею коня.&lt;br /&gt;</w:t>
        <w:br/>
        <w:t>Оточений глядачами, і мурашки в їхніх словах.&lt;br /&gt;</w:t>
        <w:br/>
        <w:t>Без профілю спотвореного, у циркові холоднечі.&lt;br /&gt;</w:t>
        <w:br/>
        <w:t>Під розбитими капітелями знекровлених щік.</w:t>
      </w:r>
    </w:p>
    <w:p>
      <w:r>
        <w:br/>
        <w:t>Я.&lt;br /&gt;</w:t>
        <w:br/>
        <w:t>Моя порожнеча без тебе, о місто, без мерців твоїх, що їдять.&lt;br /&gt;</w:t>
        <w:br/>
        <w:t>Верхи — через моє життя, заякорене остаточно.</w:t>
      </w:r>
    </w:p>
    <w:p>
      <w:r>
        <w:br/>
        <w:t>Я.&lt;br /&gt;</w:t>
        <w:br/>
        <w:t>Нема ні нового століття, ні недавнього світла.&lt;br /&gt;</w:t>
        <w:br/>
        <w:t>Лише синій кінь та світанок.</w:t>
      </w:r>
    </w:p>
    <w:p>
      <w:r>
        <w:br/>
        <w:t>КРАЄВИД В ДВОМА МОГИЛАМИ ТА АССІРІЙСЬКИМ ПСОМ&lt;br /&gt;</w:t>
        <w:br/>
        <w:t>Друже,&lt;br /&gt;</w:t>
        <w:br/>
        <w:t>вставай і слухай,&lt;br /&gt;</w:t>
        <w:br/>
        <w:t>як виє ассірійський пес.&lt;br /&gt;</w:t>
        <w:br/>
        <w:t>Три німфи раку вже відтанцювали,&lt;br /&gt;</w:t>
        <w:br/>
        <w:t>синку.&lt;br /&gt;</w:t>
        <w:br/>
        <w:t>Вони приносили гори червоного сургучу&lt;br /&gt;</w:t>
        <w:br/>
        <w:t>та жорсткі простирадла, де рак поринав у сон.&lt;br /&gt;</w:t>
        <w:br/>
        <w:t>У коня було око на шиї,&lt;br /&gt;</w:t>
        <w:br/>
        <w:t>а повня світила в такому холодному небі,&lt;br /&gt;</w:t>
        <w:br/>
        <w:t>що мусила роздерти свій горбок Венери&lt;br /&gt;</w:t>
        <w:br/>
        <w:t>і потопити давні кладовища у крові та попелі.</w:t>
      </w:r>
    </w:p>
    <w:p>
      <w:r>
        <w:br/>
        <w:t>Друже,&lt;br /&gt;</w:t>
        <w:br/>
        <w:t>пробудись, адже гори не дихають досі;&lt;br /&gt;</w:t>
        <w:br/>
        <w:t>всі трави мого серця — посеред інших місцин.&lt;br /&gt;</w:t>
        <w:br/>
        <w:t>То дарма, що ти повен морської води.&lt;br /&gt;</w:t>
        <w:br/>
        <w:t>Я довгий час любив одного хлопчика,&lt;br /&gt;</w:t>
        <w:br/>
        <w:t>І пір'їнка була у нього на язику,&lt;br /&gt;</w:t>
        <w:br/>
        <w:t>1 ми прожили сто років у глибині ножа.&lt;br /&gt;</w:t>
        <w:br/>
        <w:t>Пробудися. Мовчи. Наслухай. Підведися хоч трохи.</w:t>
      </w:r>
    </w:p>
    <w:p>
      <w:r>
        <w:br/>
        <w:t>Бо виття —&lt;br /&gt;</w:t>
        <w:br/>
        <w:t>це довжезний бузковий язик,&lt;br /&gt;</w:t>
        <w:br/>
        <w:t>що лишає мурашок жаху та сік лілей.&lt;br /&gt;</w:t>
        <w:br/>
        <w:t>Долинає до скелищ. Не видовжуй свого коріння!&lt;br /&gt;</w:t>
        <w:br/>
        <w:t>Наближається. Стогне. Друже, не плач уві сні.</w:t>
      </w:r>
    </w:p>
    <w:p>
      <w:r>
        <w:br/>
        <w:t>Друже!&lt;br /&gt;</w:t>
        <w:br/>
        <w:t>Вставай і слухай,&lt;br /&gt;</w:t>
        <w:br/>
        <w:t>як виє ассірійський пес.</w:t>
      </w:r>
    </w:p>
    <w:p>
      <w:r>
        <w:br/>
        <w:t>ОМЕГА&lt;br /&gt;</w:t>
        <w:br/>
        <w:t>Вірш для мертвих&lt;br /&gt;</w:t>
        <w:br/>
        <w:t>Трави.&lt;br /&gt;</w:t>
        <w:br/>
        <w:t>Я відріжу собі праву руку.&lt;br /&gt;</w:t>
        <w:br/>
        <w:t>Зачекай.&lt;br /&gt;</w:t>
        <w:br/>
        <w:t>Трави.&lt;br /&gt;</w:t>
        <w:br/>
        <w:t>Рукавичка у мене зі ртуті, а друга шовкова.&lt;br /&gt;</w:t>
        <w:br/>
        <w:t>Зачекай.&lt;br /&gt;</w:t>
        <w:br/>
        <w:t>Трави!&lt;br /&gt;</w:t>
        <w:br/>
        <w:t>Не ридай. Тихо, щоб нас не почули.&lt;br /&gt;</w:t>
        <w:br/>
        <w:t>Зачекай.&lt;br /&gt;</w:t>
        <w:br/>
        <w:t>Трави!&lt;br /&gt;</w:t>
        <w:br/>
        <w:t>Статуї впали,&lt;br /&gt;</w:t>
        <w:br/>
        <w:t>як відчинилася велика брама.&lt;br /&gt;</w:t>
        <w:br/>
        <w:t>Тра-а-ави!</w:t>
      </w:r>
    </w:p>
    <w:p>
      <w:r>
        <w:br/>
        <w:t>РУЇНА&lt;br /&gt;</w:t>
        <w:br/>
        <w:t>Зустрітись їм несила.&lt;br /&gt;</w:t>
        <w:br/>
        <w:t>То мандрівець по власнім торсі білім.&lt;br /&gt;</w:t>
        <w:br/>
        <w:t>Отак і вітер линув!</w:t>
      </w:r>
    </w:p>
    <w:p>
      <w:r>
        <w:br/>
        <w:t>Збагнули: то не місяць,&lt;br /&gt;</w:t>
        <w:br/>
        <w:t>а кінський череп. Вітер&lt;br /&gt;</w:t>
        <w:br/>
        <w:t>був яблуком стемнілим.</w:t>
      </w:r>
    </w:p>
    <w:p>
      <w:r>
        <w:br/>
        <w:t>Батіжжя, ярий пломінь;&lt;br /&gt;</w:t>
        <w:br/>
        <w:t>за вікнами точився&lt;br /&gt;</w:t>
        <w:br/>
        <w:t>двобій піску з водою.</w:t>
      </w:r>
    </w:p>
    <w:p>
      <w:r>
        <w:br/>
        <w:t>Навалу трав уздрів я,&lt;br /&gt;</w:t>
        <w:br/>
        <w:t>на зубчики та леза&lt;br /&gt;</w:t>
        <w:br/>
        <w:t>мале ягнятко кинув.</w:t>
      </w:r>
    </w:p>
    <w:p>
      <w:r>
        <w:br/>
        <w:t>У крапельці холодній&lt;br /&gt;</w:t>
        <w:br/>
        <w:t>летіли першої голубки&lt;br /&gt;</w:t>
        <w:br/>
        <w:t>пір'їнка й целулоїд.</w:t>
      </w:r>
    </w:p>
    <w:p>
      <w:r>
        <w:br/>
        <w:t>Хмарини споглядали,&lt;br /&gt;</w:t>
        <w:br/>
        <w:t>ще сонні, люту битву&lt;br /&gt;</w:t>
        <w:br/>
        <w:t>бескетів та світання.</w:t>
      </w:r>
    </w:p>
    <w:p>
      <w:r>
        <w:br/>
        <w:t>Приходять трави, синку.&lt;br /&gt;</w:t>
        <w:br/>
        <w:t>У небесах порожніх&lt;br /&gt;</w:t>
        <w:br/>
        <w:t>дзвенять мечі їх слини.</w:t>
      </w:r>
    </w:p>
    <w:p>
      <w:r>
        <w:br/>
        <w:t>Моя рука, любове. Трави!&lt;br /&gt;</w:t>
        <w:br/>
        <w:t>По битих шибах дому&lt;br /&gt;</w:t>
        <w:br/>
        <w:t>кров розпускає коси.</w:t>
      </w:r>
    </w:p>
    <w:p>
      <w:r>
        <w:br/>
        <w:t>Зостались ми з тобою.&lt;br /&gt;</w:t>
        <w:br/>
        <w:t>Готуй для вітру власний остов.&lt;br /&gt;</w:t>
        <w:br/>
        <w:t>Зостались ми з тобою.</w:t>
      </w:r>
    </w:p>
    <w:p>
      <w:r>
        <w:br/>
        <w:t>Готуй же власний остов.&lt;br /&gt;</w:t>
        <w:br/>
        <w:t>Шукаймо швидше, о любове,&lt;br /&gt;</w:t>
        <w:br/>
        <w:t>де профіль наш безсонний.</w:t>
      </w:r>
    </w:p>
    <w:p>
      <w:r>
        <w:br/>
        <w:t>ПІСНЯ ПРО МАЛЕНЬКУ СМЕРТЬ&lt;br /&gt;</w:t>
        <w:br/>
        <w:t>Луги смертельні й повня.&lt;br /&gt;</w:t>
        <w:br/>
        <w:t>Кров у земному схові.&lt;br /&gt;</w:t>
        <w:br/>
        <w:t>Луги старої крові.</w:t>
      </w:r>
    </w:p>
    <w:p>
      <w:r>
        <w:br/>
        <w:t>Сяйво учора й завтра.&lt;br /&gt;</w:t>
        <w:br/>
        <w:t>Смертельне небо й трави.&lt;br /&gt;</w:t>
        <w:br/>
        <w:t>Піщана ніч і сяйво.</w:t>
      </w:r>
    </w:p>
    <w:p>
      <w:r>
        <w:br/>
        <w:t>Зустрівся я зі смертю.&lt;br /&gt;</w:t>
        <w:br/>
        <w:t>Земля, луги смертельні,&lt;br /&gt;</w:t>
        <w:br/>
        <w:t>а смерть така маленька.</w:t>
      </w:r>
    </w:p>
    <w:p>
      <w:r>
        <w:br/>
        <w:t>Собака на покрівлі.&lt;br /&gt;</w:t>
        <w:br/>
        <w:t>Лівицю запускав я&lt;br /&gt;</w:t>
        <w:br/>
        <w:t>розворушити гору&lt;br /&gt;</w:t>
        <w:br/>
        <w:t>сухого буйнотрав'я.</w:t>
      </w:r>
    </w:p>
    <w:p>
      <w:r>
        <w:br/>
        <w:t>Високий попіл храму.&lt;br /&gt;</w:t>
        <w:br/>
        <w:t>Піщана ніч і сяйво.&lt;br /&gt;</w:t>
        <w:br/>
        <w:t>Маленька смерть і трави.</w:t>
      </w:r>
    </w:p>
    <w:p>
      <w:r>
        <w:br/>
        <w:t>На самоті із нею.&lt;br /&gt;</w:t>
        <w:br/>
        <w:t>Зустрівся я зі смертю,&lt;br /&gt;</w:t>
        <w:br/>
        <w:t>а смерть така маленька.</w:t>
      </w:r>
    </w:p>
    <w:p>
      <w:r>
        <w:br/>
        <w:t>Луги смертельні й повня.&lt;br /&gt;</w:t>
        <w:br/>
        <w:t>За брамою високо&lt;br /&gt;</w:t>
        <w:br/>
        <w:t>сніги тремтять і стогнуть.</w:t>
      </w:r>
    </w:p>
    <w:p>
      <w:r>
        <w:br/>
        <w:t>Людина й хто? Сказав я.&lt;br /&gt;</w:t>
        <w:br/>
        <w:t>Людина й смерть. І трави.&lt;br /&gt;</w:t>
        <w:br/>
        <w:t>Любов, пісок і сяйво.</w:t>
      </w:r>
    </w:p>
    <w:p>
      <w:r>
        <w:br/>
        <w:t>МІСЯЦЬ І ПАНОРАМА КОМАХ&lt;br /&gt;</w:t>
        <w:br/>
        <w:t>Вірш про любов&lt;br /&gt;</w:t>
        <w:br/>
        <w:t>Місяць мерехтить у морі,&lt;br /&gt;</w:t>
        <w:br/>
        <w:t>у вітрилах стогне вітер&lt;br /&gt;</w:t>
        <w:br/>
        <w:t>і здіймає вільним рухом&lt;br /&gt;</w:t>
        <w:br/>
        <w:t>хвилі срібла та блакиті.&lt;br /&gt;</w:t>
        <w:br/>
        <w:t>Еспронседа</w:t>
      </w:r>
    </w:p>
    <w:p>
      <w:r>
        <w:br/>
        <w:t>Моє серце мало б форму черевика,&lt;br /&gt;</w:t>
        <w:br/>
        <w:t>якби у кожному селі була сирена.&lt;br /&gt;</w:t>
        <w:br/>
        <w:t>Але ніч нескінченна, коли спирається на хворих,&lt;br /&gt;</w:t>
        <w:br/>
        <w:t>і Існують човни, які прагнуть помічені бути,&lt;br /&gt;</w:t>
        <w:br/>
        <w:t>аби затонути спокійно.</w:t>
      </w:r>
    </w:p>
    <w:p>
      <w:r>
        <w:br/>
        <w:t>Коли вітер ніжно повіває,&lt;br /&gt;</w:t>
        <w:br/>
        <w:t>моє серце набуває обрису дівчатка.&lt;br /&gt;</w:t>
        <w:br/>
        <w:t>Коли ж вітер відмовляється вийти з очеретів,&lt;br /&gt;</w:t>
        <w:br/>
        <w:t>моє серце стає мов бичачий тисячолітній кізяк.</w:t>
      </w:r>
    </w:p>
    <w:p>
      <w:r>
        <w:br/>
        <w:t>Веслувати, веслувати, веслувати&lt;br /&gt;</w:t>
        <w:br/>
        <w:t>до легіону нерівних вістрь,&lt;br /&gt;</w:t>
        <w:br/>
        <w:t>до краєвиду розпорошених дозорів.&lt;br /&gt;</w:t>
        <w:br/>
        <w:t>Ніч рівна снігу, завислим системам.&lt;br /&gt;</w:t>
        <w:br/>
        <w:t>І місяць.&lt;br /&gt;</w:t>
        <w:br/>
        <w:t>Місяць!&lt;br /&gt;</w:t>
        <w:br/>
        <w:t>Але ні, не місяць.&lt;br /&gt;</w:t>
        <w:br/>
        <w:t>Лисиця таверн,&lt;br /&gt;</w:t>
        <w:br/>
        <w:t>японський півень, що очі свої пожер,&lt;br /&gt;</w:t>
        <w:br/>
        <w:t>пережовані трави.</w:t>
      </w:r>
    </w:p>
    <w:p>
      <w:r>
        <w:br/>
        <w:t>Нас не рятують ні хробаки під склом,&lt;br /&gt;</w:t>
        <w:br/>
        <w:t>ані знавці трави цілющої, де метафізик&lt;br /&gt;</w:t>
        <w:br/>
        <w:t>знаходить інші небосхили.&lt;br /&gt;</w:t>
        <w:br/>
        <w:t>Форми — оманливі. Тільки й існує круг&lt;br /&gt;</w:t>
        <w:br/>
        <w:t>ротів навколо кисню.&lt;br /&gt;</w:t>
        <w:br/>
        <w:t>І місяць.&lt;br /&gt;</w:t>
        <w:br/>
        <w:t>Але ні, не місяць.&lt;br /&gt;</w:t>
        <w:br/>
        <w:t>Комахи,&lt;br /&gt;</w:t>
        <w:br/>
        <w:t>зовсім маленькі мерці на берегах,&lt;br /&gt;</w:t>
        <w:br/>
        <w:t>боління, витягнене в довжину,&lt;br /&gt;</w:t>
        <w:br/>
        <w:t>йод у єдиній точці,&lt;br /&gt;</w:t>
        <w:br/>
        <w:t>натовпи на голці,&lt;br /&gt;</w:t>
        <w:br/>
        <w:t>і голизна, яка змішує кров усіх людей,&lt;br /&gt;</w:t>
        <w:br/>
        <w:t>І моя любов, що не кінь і не опік,&lt;br /&gt;</w:t>
        <w:br/>
        <w:t>істота з пожертими грудьми.&lt;br /&gt;</w:t>
        <w:br/>
        <w:t>Моя любов!</w:t>
      </w:r>
    </w:p>
    <w:p>
      <w:r>
        <w:br/>
        <w:t>Вже співають, горлають, стогнуть. Лице! Твоє лице! Лице.&lt;br /&gt;</w:t>
        <w:br/>
        <w:t>Яблука однакові,&lt;br /&gt;</w:t>
        <w:br/>
        <w:t>жоржини ідентичні.&lt;br /&gt;</w:t>
        <w:br/>
        <w:t>і світло має смак спрацьованого металу,&lt;br /&gt;</w:t>
        <w:br/>
        <w:t>і поле всіх п 'яти років уміститься на щоці монети.&lt;br /&gt;</w:t>
        <w:br/>
        <w:t>Але твоє лице затуляє небеса бенкету!&lt;br /&gt;</w:t>
        <w:br/>
        <w:t>Вже співають! Горлають! Стогнуть!&lt;br /&gt;</w:t>
        <w:br/>
        <w:t>Укривають собою! Повзуть! Жахають!</w:t>
      </w:r>
    </w:p>
    <w:p>
      <w:r>
        <w:br/>
        <w:t>Треба йти, і то швидко! По хвилях і по гілках,&lt;br /&gt;</w:t>
        <w:br/>
        <w:t>по безлюдних вулицях середньовічних, що провадять до річки,&lt;br /&gt;</w:t>
        <w:br/>
        <w:t>між крамничок чинбарських, де відлунює ріг пораненої корови,&lt;br /&gt;</w:t>
        <w:br/>
        <w:t>і по щаблях, — не бійся! — по щаблях.</w:t>
      </w:r>
    </w:p>
    <w:p>
      <w:r>
        <w:br/>
        <w:t>Є чоловік безбарвний, що купається в морі,&lt;br /&gt;</w:t>
        <w:br/>
        <w:t>він такий ніжний, що прожектори його з'їли, граючись серцем.&lt;br /&gt;</w:t>
        <w:br/>
        <w:t>І в Перу живуть тисячі жінок, — о комахи! — які день і ніч,&lt;br /&gt;</w:t>
        <w:br/>
        <w:t>у ноктюрни й паради поринувши, перехрещують власні вени.</w:t>
      </w:r>
    </w:p>
    <w:p>
      <w:r>
        <w:br/>
        <w:t>Маленька їдка рукавичка мене зупиняє. Годі!&lt;br /&gt;</w:t>
        <w:br/>
        <w:t>Я почув, як у хустці моїй тріщить&lt;br /&gt;</w:t>
        <w:br/>
        <w:t>перша вена, яка розірвалась.&lt;br /&gt;</w:t>
        <w:br/>
        <w:t>Бережи свої ноги, любове моя, свої руки!&lt;br /&gt;</w:t>
        <w:br/>
        <w:t>Бо я мушу віддати моє лице,&lt;br /&gt;</w:t>
        <w:br/>
        <w:t>лице, так, лице! Пожерте моє лице!</w:t>
      </w:r>
    </w:p>
    <w:p>
      <w:r>
        <w:br/>
        <w:t>Цей невинний вогонь задля мого бажання,&lt;br /&gt;</w:t>
        <w:br/>
        <w:t>це сум'яття через жагу рівноваги,&lt;br /&gt;</w:t>
        <w:br/>
        <w:t>цей незайманий біль від пилу в моїх очах&lt;br /&gt;</w:t>
        <w:br/>
        <w:t>погамують тривогу іншого серця,&lt;br /&gt;</w:t>
        <w:br/>
        <w:t>що його поглинули туманності.</w:t>
      </w:r>
    </w:p>
    <w:p>
      <w:r>
        <w:br/>
        <w:t>Нас не рятують ні люди з майстерень взуттєвих,&lt;br /&gt;</w:t>
        <w:br/>
        <w:t>ні краєвиди, що стають музикою під доторком заржавлених ключів.&lt;br /&gt;</w:t>
        <w:br/>
        <w:t>Вітри — оманливі. Тільки й існує маленька&lt;br /&gt;</w:t>
        <w:br/>
        <w:t>колиска на горищі, яка нагадує про все.&lt;br /&gt;</w:t>
        <w:br/>
        <w:t>І місяць.&lt;br /&gt;</w:t>
        <w:br/>
        <w:t>Але ні, не місяць.&lt;br /&gt;</w:t>
        <w:br/>
        <w:t>Комахи&lt;br /&gt;</w:t>
        <w:br/>
        <w:t>і лише комахи, —&lt;br /&gt;</w:t>
        <w:br/>
        <w:t>вони тріщать, тремтять, громадяться, кусають, —&lt;br /&gt;</w:t>
        <w:br/>
        <w:t>і місяць Із рукавичкою диму, недвижний у брамі своїх руїн.&lt;br /&gt;</w:t>
        <w:br/>
        <w:t>Місяць!!</w:t>
      </w:r>
    </w:p>
    <w:p>
      <w:r>
        <w:br/>
        <w:t>МІСЯЦЬ І ПАНОРАМА КОМАХ&lt;br /&gt;</w:t>
        <w:br/>
        <w:t>Поет просить заступництва у Пресвятої Діви&lt;br /&gt;</w:t>
        <w:br/>
        <w:t>Молю Божественну Пречисту Матір,&lt;br /&gt;</w:t>
        <w:br/>
        <w:t>Царицю Небесну всього живого, —&lt;br /&gt;</w:t>
        <w:br/>
        <w:t>дай мені чистого світла малих звіряток,&lt;br /&gt;</w:t>
        <w:br/>
        <w:t>у чиїх словниках — одна тільки літера,&lt;br /&gt;</w:t>
        <w:br/>
        <w:t>звіряток бездушних, форм найчистіших,&lt;br /&gt;</w:t>
        <w:br/>
        <w:t>що далекі від злих мудрувань котячих,&lt;br /&gt;</w:t>
        <w:br/>
        <w:t>від позірних таємниць совиних,&lt;br /&gt;</w:t>
        <w:br/>
        <w:t>від скульптурних помислів кінських, —&lt;br /&gt;</w:t>
        <w:br/>
        <w:t>створінь, які люблять, не маючи зору,&lt;br /&gt;</w:t>
        <w:br/>
        <w:t>відчуваючи тільки хвилясте безмежжя,&lt;br /&gt;</w:t>
        <w:br/>
        <w:t>і збираються у великі купи,&lt;br /&gt;</w:t>
        <w:br/>
        <w:t>щоб їх пожерло дике птаство.&lt;br /&gt;</w:t>
        <w:br/>
        <w:t>Благаю в Тебе єдиної міри,&lt;br /&gt;</w:t>
        <w:br/>
        <w:t>яку знають маленькі пласкі створіння,&lt;br /&gt;</w:t>
        <w:br/>
        <w:t>щоб сказати про речі, вкриті землею,&lt;br /&gt;</w:t>
        <w:br/>
        <w:t>під твердим невіданням черевика.&lt;br /&gt;</w:t>
        <w:br/>
        <w:t>Ніхто не плаче, не співчуває&lt;br /&gt;</w:t>
        <w:br/>
        <w:t>мільйонам смертей, з яких склався ринок:&lt;br /&gt;</w:t>
        <w:br/>
        <w:t>це китайська юрба цибулин безголових,&lt;br /&gt;</w:t>
        <w:br/>
        <w:t>це жовте велике сонце старих розплющених риб.&lt;br /&gt;</w:t>
        <w:br/>
        <w:t>Ти, Мати вічно страхітна, Китихо всіх небосхилів,&lt;br /&gt;</w:t>
        <w:br/>
        <w:t>Ти, Мати вічно весела. Сусідко з позиченим брязкальцем,&lt;br /&gt;</w:t>
        <w:br/>
        <w:t>Ти знаєш, що я розумію найменшу плоть світу.</w:t>
      </w:r>
    </w:p>
    <w:p>
      <w:r>
        <w:br/>
        <w:t>ПРЕСВЯТА ДІВА МОВИТЬ&lt;br /&gt;</w:t>
        <w:br/>
        <w:t>Уривок&lt;br /&gt;</w:t>
        <w:br/>
        <w:t>Коли я позбуваюсь очей жирафи,&lt;br /&gt;</w:t>
        <w:br/>
        <w:t>тут-таки здобуваю зір крокодила,&lt;br /&gt;</w:t>
        <w:br/>
        <w:t>через те що я Діва Марія.&lt;br /&gt;</w:t>
        <w:br/>
        <w:t>Мухи роздивляються перцеву хмару,&lt;br /&gt;</w:t>
        <w:br/>
        <w:t>але вони — не Діва Марія.&lt;br /&gt;</w:t>
        <w:br/>
        <w:t>Я добре бачу лиходійство листя,&lt;br /&gt;</w:t>
        <w:br/>
        <w:t>і відчайдушну осячу гординю,&lt;br /&gt;</w:t>
        <w:br/>
        <w:t>і невірного осла, що збожеволів,&lt;br /&gt;</w:t>
        <w:br/>
        <w:t>уздрівши подвійний місяць у небі,&lt;br /&gt;</w:t>
        <w:br/>
        <w:t>і хлів, у якому планета дітей своїх пожирає, —&lt;br /&gt;</w:t>
        <w:br/>
        <w:t>через те що я Діва Марія...</w:t>
      </w:r>
    </w:p>
    <w:p>
      <w:r>
        <w:br/>
        <w:t>VII&lt;br /&gt;</w:t>
        <w:br/>
        <w:t>ПОВЕРНЕННЯ ДО МІСТА</w:t>
      </w:r>
    </w:p>
    <w:p>
      <w:r>
        <w:br/>
        <w:t>НЬЮ-ЙОРК&lt;br /&gt;</w:t>
        <w:br/>
        <w:t>Установа та звинувачення</w:t>
      </w:r>
    </w:p>
    <w:p>
      <w:r>
        <w:br/>
        <w:t>Під множниками&lt;br /&gt;</w:t>
        <w:br/>
        <w:t>є крапля качиної крові.&lt;br /&gt;</w:t>
        <w:br/>
        <w:t>Під діленим —&lt;br /&gt;</w:t>
        <w:br/>
        <w:t>крапля матроської крові.&lt;br /&gt;</w:t>
        <w:br/>
        <w:t>Під сумами — теплої крові ріка.&lt;br /&gt;</w:t>
        <w:br/>
        <w:t>Ріка, яка співаючи проходить&lt;br /&gt;</w:t>
        <w:br/>
        <w:t>крізь спальні передмість,&lt;br /&gt;</w:t>
        <w:br/>
        <w:t>і це срібло, цемент або легіт&lt;br /&gt;</w:t>
        <w:br/>
        <w:t>у брехливім світанні Нью-Йорка.&lt;br /&gt;</w:t>
        <w:br/>
        <w:t>Гори існують, я знаю.&lt;br /&gt;</w:t>
        <w:br/>
        <w:t>І для мудрості окуляри.&lt;br /&gt;</w:t>
        <w:br/>
        <w:t>Це я знаю. Але я прийшов не для того,&lt;br /&gt;</w:t>
        <w:br/>
        <w:t>щоб бачити небо. Прийшов я,&lt;br /&gt;</w:t>
        <w:br/>
        <w:t>щоб бачити каламутну кров,&lt;br /&gt;</w:t>
        <w:br/>
        <w:t>кров, що тягне машини до водоспадів,&lt;br /&gt;</w:t>
        <w:br/>
        <w:t>а розум — до язика змії,&lt;br /&gt;</w:t>
        <w:br/>
        <w:t>У Нью-Йорку щодня убивають&lt;br /&gt;</w:t>
        <w:br/>
        <w:t>чотири мільйони качок,&lt;br /&gt;</w:t>
        <w:br/>
        <w:t>п'ять мільйонів свиней,&lt;br /&gt;</w:t>
        <w:br/>
        <w:t>дві тисячі голубів до смаку умирущим,&lt;br /&gt;</w:t>
        <w:br/>
        <w:t>мільйон корів,&lt;br /&gt;</w:t>
        <w:br/>
        <w:t>мільйон ягнят&lt;br /&gt;</w:t>
        <w:br/>
        <w:t>і два мільйони півнів,&lt;br /&gt;</w:t>
        <w:br/>
        <w:t>що покидають небеса, розбиті на друзки.&lt;br /&gt;</w:t>
        <w:br/>
        <w:t>Ліпше ридати, гострячи наваху,&lt;br /&gt;</w:t>
        <w:br/>
        <w:t>чи вбивати собак на примарних ловах,&lt;br /&gt;</w:t>
        <w:br/>
        <w:t>аніж на світанку терпіти&lt;br /&gt;</w:t>
        <w:br/>
        <w:t>нескінченні обози молока,&lt;br /&gt;</w:t>
        <w:br/>
        <w:t>нескінченні обози крові,&lt;br /&gt;</w:t>
        <w:br/>
        <w:t>та обози троянд, що їх в'яжуть в пучки&lt;br /&gt;</w:t>
        <w:br/>
        <w:t>продавці парфумів.&lt;br /&gt;</w:t>
        <w:br/>
        <w:t>Качки й голуби,&lt;br /&gt;</w:t>
        <w:br/>
        <w:t>і ягнята, і свині&lt;br /&gt;</w:t>
        <w:br/>
        <w:t>під множники ронять&lt;br /&gt;</w:t>
        <w:br/>
        <w:t>краплини крові,&lt;br /&gt;</w:t>
        <w:br/>
        <w:t>і страхітне ревіння голодних корів&lt;br /&gt;</w:t>
        <w:br/>
        <w:t>виповнює болем долину,&lt;br /&gt;</w:t>
        <w:br/>
        <w:t>де Гудзон п'яніє від мастила.&lt;br /&gt;</w:t>
        <w:br/>
        <w:t>Я звинувачую усіх людей,&lt;br /&gt;</w:t>
        <w:br/>
        <w:t>що забувають другу половину,&lt;br /&gt;</w:t>
        <w:br/>
        <w:t>для якої немає спокути,&lt;br /&gt;</w:t>
        <w:br/>
        <w:t>всіх, що гори цементу підносять&lt;br /&gt;</w:t>
        <w:br/>
        <w:t>там, де б'ються серця&lt;br /&gt;</w:t>
        <w:br/>
        <w:t>всіх забутих звірят,&lt;br /&gt;</w:t>
        <w:br/>
        <w:t>там, де всі ми впадемо&lt;br /&gt;</w:t>
        <w:br/>
        <w:t>на останньому святі свердел.&lt;br /&gt;</w:t>
        <w:br/>
        <w:t>Я плюю вам в обличчя.&lt;br /&gt;</w:t>
        <w:br/>
        <w:t>Та друга половина слухає мене,&lt;br /&gt;</w:t>
        <w:br/>
        <w:t>Їсть, і мочиться, і летить у своїй чистоті,&lt;br /&gt;</w:t>
        <w:br/>
        <w:t>наче діти швейцарів,&lt;br /&gt;</w:t>
        <w:br/>
        <w:t>котрі носять тонкі палички&lt;br /&gt;</w:t>
        <w:br/>
        <w:t>до порожнеч, в яких Іржавіють&lt;br /&gt;</w:t>
        <w:br/>
        <w:t>антени-вусики комах.&lt;br /&gt;</w:t>
        <w:br/>
        <w:t>Це не пекло, це вулиця.&lt;br /&gt;</w:t>
        <w:br/>
        <w:t>Це не смерть, це фруктова крамниця.&lt;br /&gt;</w:t>
        <w:br/>
        <w:t>Є світ звивистих рік і невловних просторів&lt;br /&gt;</w:t>
        <w:br/>
        <w:t>у лапці оцього кота, що розчавлений автомобілем,&lt;br /&gt;</w:t>
        <w:br/>
        <w:t>і я наслухаю спів дощового черва&lt;br /&gt;</w:t>
        <w:br/>
        <w:t>у серцях багатьох дівчаток.&lt;br /&gt;</w:t>
        <w:br/>
        <w:t>Іржавіння, бродіння, здригання землі.&lt;br /&gt;</w:t>
        <w:br/>
        <w:t>Сама, земле, пливеш ти по цифрах установ.&lt;br /&gt;</w:t>
        <w:br/>
        <w:t>Що робити мені? Дати лад краєвидам?&lt;br /&gt;</w:t>
        <w:br/>
        <w:t>Лад любові, яка фотокарткою стане,&lt;br /&gt;</w:t>
        <w:br/>
        <w:t>чи шматком деревини, а чи згустком крові?&lt;br /&gt;</w:t>
        <w:br/>
        <w:t>НІ, й ще раз ні: я звинувачую.&lt;br /&gt;</w:t>
        <w:br/>
        <w:t>Я звинувачую змову безлюдних установ,&lt;br /&gt;</w:t>
        <w:br/>
        <w:t>які не випромінюють агоній,&lt;br /&gt;</w:t>
        <w:br/>
        <w:t>які закреслюють програми сельви:&lt;br /&gt;</w:t>
        <w:br/>
        <w:t>я себе віддаю на поживу голодним коровам,&lt;br /&gt;</w:t>
        <w:br/>
        <w:t>які сповнюють ревом долини,&lt;br /&gt;</w:t>
        <w:br/>
        <w:t>де Гудзон п'яніє від мастила.</w:t>
      </w:r>
    </w:p>
    <w:p>
      <w:r>
        <w:br/>
        <w:t>ГЕБРЕЙСЬКИЙ ЦВИНТАР&lt;br /&gt;</w:t>
        <w:br/>
        <w:t>Щасливі лихоманки тікали до корабельних линв,&lt;br /&gt;</w:t>
        <w:br/>
        <w:t>і гебрей штовхнув ґратчасту хвіртку з крижаною цнотливістю серцевини латука.</w:t>
      </w:r>
    </w:p>
    <w:p>
      <w:r>
        <w:br/>
        <w:t>Христові діти спали,&lt;br /&gt;</w:t>
        <w:br/>
        <w:t>і вода була горлицею,&lt;br /&gt;</w:t>
        <w:br/>
        <w:t>і деревина була чаплею.&lt;br /&gt;</w:t>
        <w:br/>
        <w:t>і свинець був колібрі,&lt;br /&gt;</w:t>
        <w:br/>
        <w:t>і ще живі окови полум'я&lt;br /&gt;</w:t>
        <w:br/>
        <w:t>були втішені перестрибом сарани.</w:t>
      </w:r>
    </w:p>
    <w:p>
      <w:r>
        <w:br/>
        <w:t>Христові діти веслували, і гебреї виповнювали мури&lt;br /&gt;</w:t>
        <w:br/>
        <w:t>із єдиним серцем горлиці,&lt;br /&gt;</w:t>
        <w:br/>
        <w:t>з яким усі хотіли врятуватись.&lt;br /&gt;</w:t>
        <w:br/>
        <w:t>Христові доньки співали, і гебрейки дивилися на смерть&lt;br /&gt;</w:t>
        <w:br/>
        <w:t>із єдиним оком фазана,&lt;br /&gt;</w:t>
        <w:br/>
        <w:t>що засклилось печаллю від мільйону краєвидів.</w:t>
      </w:r>
    </w:p>
    <w:p>
      <w:r>
        <w:br/>
        <w:t>Лікарі кладуть на нікель свої ножиці й ґумові рукавички,&lt;br /&gt;</w:t>
        <w:br/>
        <w:t>коли трупи чують у ногах&lt;br /&gt;</w:t>
        <w:br/>
        <w:t>страхітну ясність другого похованого місяця.&lt;br /&gt;</w:t>
        <w:br/>
        <w:t>Маленькі незаймані боління наближаються до шпиталів,&lt;br /&gt;</w:t>
        <w:br/>
        <w:t>і мертві відходять, щодня залишаючи одіж крові.</w:t>
      </w:r>
    </w:p>
    <w:p>
      <w:r>
        <w:br/>
        <w:t>Архітектура інею,&lt;br /&gt;</w:t>
        <w:br/>
        <w:t>ліри та стогони, що вислизають від маленьких листочків&lt;br /&gt;</w:t>
        <w:br/>
        <w:t>посеред осені, і змочують останні схили,&lt;br /&gt;</w:t>
        <w:br/>
        <w:t>тьмяніли в чорноті крислатих капелюхів.</w:t>
      </w:r>
    </w:p>
    <w:p>
      <w:r>
        <w:br/>
        <w:t>Єдина небесна трава, Із якої з жахом тікає роса,&lt;br /&gt;</w:t>
        <w:br/>
        <w:t>білина мармурових входів, що провадять у загусле повітря,&lt;br /&gt;</w:t>
        <w:br/>
        <w:t>являли собою безмовність, порушену поснулими слідами черевиків.</w:t>
      </w:r>
    </w:p>
    <w:p>
      <w:r>
        <w:br/>
        <w:t>Гебрей штовхнув ґратчасту хвіртку;&lt;br /&gt;</w:t>
        <w:br/>
        <w:t>але він не був гаванню,&lt;br /&gt;</w:t>
        <w:br/>
        <w:t>і снігові човни збирались&lt;br /&gt;</w:t>
        <w:br/>
        <w:t>на сходинках його серця:&lt;br /&gt;</w:t>
        <w:br/>
        <w:t>снігові човни, які вистежують&lt;br /&gt;</w:t>
        <w:br/>
        <w:t>людину водяну, а та їх топить;&lt;br /&gt;</w:t>
        <w:br/>
        <w:t>човни всіх цвинтарів, які нерідко&lt;br /&gt;</w:t>
        <w:br/>
        <w:t>незрячими лишають візітерів.</w:t>
      </w:r>
    </w:p>
    <w:p>
      <w:r>
        <w:br/>
        <w:t>Христові діти спали,&lt;br /&gt;</w:t>
        <w:br/>
        <w:t>і гебрей на свої ноші влігся.&lt;br /&gt;</w:t>
        <w:br/>
        <w:t>Три тисячі гебреїв плакали посеред жаху ґалерей,&lt;br /&gt;</w:t>
        <w:br/>
        <w:t>бо з великим трудом усі назбирали половинку горлиці,&lt;br /&gt;</w:t>
        <w:br/>
        <w:t>бо в одного було коліщатко годинника,&lt;br /&gt;</w:t>
        <w:br/>
        <w:t>а в іншого — черевичок із балакучою гусінню,&lt;br /&gt;</w:t>
        <w:br/>
        <w:t>ще в іншого — нічний дощ, вантажений ланцюгами,&lt;br /&gt;</w:t>
        <w:br/>
        <w:t>ще в іншого — кігтик солов'я, який був живий;&lt;br /&gt;</w:t>
        <w:br/>
        <w:t>бо половинка горлиці стогнала, проливаючи кров,&lt;br /&gt;</w:t>
        <w:br/>
        <w:t>що не була її кров'ю.</w:t>
      </w:r>
    </w:p>
    <w:p>
      <w:r>
        <w:br/>
        <w:t>Щасливі лихоманки танцювали по зволожених склепіннях,&lt;br /&gt;</w:t>
        <w:br/>
        <w:t>І місяць на своєму мармурі повторював&lt;br /&gt;</w:t>
        <w:br/>
        <w:t>старі Імена та побляклі стрічки.&lt;br /&gt;</w:t>
        <w:br/>
        <w:t>З'явилися люди, що їдять за тривкими колонами,&lt;br /&gt;</w:t>
        <w:br/>
        <w:t>і білозубі віслюки, І фахівці з кінцівок та суглобів.&lt;br /&gt;</w:t>
        <w:br/>
        <w:t>Зелені соняхи тремтіли в голому степу смеркань,&lt;br /&gt;</w:t>
        <w:br/>
        <w:t>і цілий цвинтар був одним риданням&lt;br /&gt;</w:t>
        <w:br/>
        <w:t>картонних вуст і висохлих вітрил.&lt;br /&gt;</w:t>
        <w:br/>
        <w:t>Уже Христові діти засинали,&lt;br /&gt;</w:t>
        <w:br/>
        <w:t>коли гебрей, напружуючи зір,&lt;br /&gt;</w:t>
        <w:br/>
        <w:t>у тиші дві руки свої відтяв&lt;br /&gt;</w:t>
        <w:br/>
        <w:t>І прислухався до найперших стогонів.</w:t>
      </w:r>
    </w:p>
    <w:p>
      <w:r>
        <w:br/>
        <w:t>VIII&lt;br /&gt;</w:t>
        <w:br/>
        <w:t>ДВІ ОДИ</w:t>
      </w:r>
    </w:p>
    <w:p>
      <w:r>
        <w:br/>
        <w:t>ВОЛАННЯ ДО РИМУ&lt;br /&gt;</w:t>
        <w:br/>
        <w:t>(З вежі Крайслер Білдінг)&lt;br /&gt;</w:t>
        <w:br/>
        <w:t>Яблука, легко зранені&lt;br /&gt;</w:t>
        <w:br/>
        <w:t>найтоншими срібними лезами,&lt;br /&gt;</w:t>
        <w:br/>
        <w:t>хмари, роздерті коралевою рукою,&lt;br /&gt;</w:t>
        <w:br/>
        <w:t>на зворотньому боці якої мигдаль вогню,&lt;br /&gt;</w:t>
        <w:br/>
        <w:t>і миш'якові риби, подібні до акул,&lt;br /&gt;</w:t>
        <w:br/>
        <w:t>і акули, мов краплі сліз, які сліплять юрбу,&lt;br /&gt;</w:t>
        <w:br/>
        <w:t>і троянди, що ранять,&lt;br /&gt;</w:t>
        <w:br/>
        <w:t>і голки, що загнані до кровоносних жил,&lt;br /&gt;</w:t>
        <w:br/>
        <w:t>і ворожі світи, І любов, укрита хробаками, —&lt;br /&gt;</w:t>
        <w:br/>
        <w:t>на тебе впадуть. Упадуть на великий купол,&lt;br /&gt;</w:t>
        <w:br/>
        <w:t>помазаний оливою військових повідомлень,&lt;br /&gt;</w:t>
        <w:br/>
        <w:t>де чоловік мочиться на сяйливу голубку&lt;br /&gt;</w:t>
        <w:br/>
        <w:t>і випльовує потовчене вугілля,&lt;br /&gt;</w:t>
        <w:br/>
        <w:t>оточений безліччю дзвоників.</w:t>
      </w:r>
    </w:p>
    <w:p>
      <w:r>
        <w:br/>
        <w:t>Адже більше немає того, хто ділив би хліб та вино,&lt;br /&gt;</w:t>
        <w:br/>
        <w:t>немає того, хто пророщував би траву у роті мертвих,&lt;br /&gt;</w:t>
        <w:br/>
        <w:t>хто напинав би вітрила спочину,&lt;br /&gt;</w:t>
        <w:br/>
        <w:t>хто плакав би над ранами слонів.&lt;br /&gt;</w:t>
        <w:br/>
        <w:t>Є лише мільйон ковалів,&lt;br /&gt;</w:t>
        <w:br/>
        <w:t>які кують кайдани для ще не зроджених дітей.&lt;br /&gt;</w:t>
        <w:br/>
        <w:t>Є лише мільйон теслярів,&lt;br /&gt;</w:t>
        <w:br/>
        <w:t>які тешуть труни без хрестів.&lt;br /&gt;</w:t>
        <w:br/>
        <w:t>Є лише лементуючий натовп,&lt;br /&gt;</w:t>
        <w:br/>
        <w:t>який розкриває груди, чекаючи куль.&lt;br /&gt;</w:t>
        <w:br/>
        <w:t>Чоловік, що осквернив голубку, мав би говорити,&lt;br /&gt;</w:t>
        <w:br/>
        <w:t>мав би волати, голий серед колон,&lt;br /&gt;</w:t>
        <w:br/>
        <w:t>мав би загнати в себе шприц, аби заразитись проказою,&lt;br /&gt;</w:t>
        <w:br/>
        <w:t>мав би плакати такими страшними сльозами,&lt;br /&gt;</w:t>
        <w:br/>
        <w:t>що розчинилися б його персні й діамантові телефони.&lt;br /&gt;</w:t>
        <w:br/>
        <w:t>Та чоловік у білому вбранні&lt;br /&gt;</w:t>
        <w:br/>
        <w:t>не відає про таємницю колоса,&lt;br /&gt;</w:t>
        <w:br/>
        <w:t>не відає про стогін породіллі,&lt;br /&gt;</w:t>
        <w:br/>
        <w:t>не відає, що Христос ще може дати людям воду,&lt;br /&gt;</w:t>
        <w:br/>
        <w:t>не відає, що гроші спопеляють чудесний поцілунок,&lt;br /&gt;</w:t>
        <w:br/>
        <w:t>і віддає кров ягняти бездумному дзьобу фазана.</w:t>
      </w:r>
    </w:p>
    <w:p>
      <w:r>
        <w:br/>
        <w:t>Вчителі показують дітям&lt;br /&gt;</w:t>
        <w:br/>
        <w:t>предивне світло, яке йде з гори,&lt;br /&gt;</w:t>
        <w:br/>
        <w:t>та припливають лише потоки нечистот,&lt;br /&gt;</w:t>
        <w:br/>
        <w:t>де виють темні лялечки холери.&lt;br /&gt;</w:t>
        <w:br/>
        <w:t>Вчителі показують побожне великі благовонні куполи;&lt;br /&gt;</w:t>
        <w:br/>
        <w:t>та немає любові під статуями, як немає любові й під очима з&lt;br /&gt;</w:t>
        <w:br/>
        <w:t>остаточного кристалу. Любов зостається в тілах, роздертих спрагою, у&lt;br /&gt;</w:t>
        <w:br/>
        <w:t>найменшій хатині, що змагається з повінню;&lt;br /&gt;</w:t>
        <w:br/>
        <w:t>любов — у рівчаках, де борються змії голоду,&lt;br /&gt;</w:t>
        <w:br/>
        <w:t>в осмутнілому морі, що колихає чаїні тіла,&lt;br /&gt;</w:t>
        <w:br/>
        <w:t>і в найтемнішому гострезному цілункові під подушками.&lt;br /&gt;</w:t>
        <w:br/>
        <w:t>Але старий з напівпрозорими руками&lt;br /&gt;</w:t>
        <w:br/>
        <w:t>скаже: любов, любов, любов, —&lt;br /&gt;</w:t>
        <w:br/>
        <w:t>і його бурхливо вславлятимуть мільйони умирущих;&lt;br /&gt;</w:t>
        <w:br/>
        <w:t>скаже: любов, любов, любов, —&lt;br /&gt;</w:t>
        <w:br/>
        <w:t>серед парчі, що тремтить від благоговіння;&lt;br /&gt;</w:t>
        <w:br/>
        <w:t>скаже: мир, мир, мир, —&lt;br /&gt;</w:t>
        <w:br/>
        <w:t>серед дрожу ножів та динамітових динь;&lt;br /&gt;</w:t>
        <w:br/>
        <w:t>скаже: любов, любов, любов, —&lt;br /&gt;</w:t>
        <w:br/>
        <w:t>і говоритиме, поки посрібляться губи.</w:t>
      </w:r>
    </w:p>
    <w:p>
      <w:r>
        <w:br/>
        <w:t>А тимчасом, тимчасом, о! тимчасом&lt;br /&gt;</w:t>
        <w:br/>
        <w:t>негри, які витягають плювальниці й урни,&lt;br /&gt;</w:t>
        <w:br/>
        <w:t>юнаки, які бліднуть од жаху перед директорами,&lt;br /&gt;</w:t>
        <w:br/>
        <w:t>жінки, потонулі у мінеральних маслах,&lt;br /&gt;</w:t>
        <w:br/>
        <w:t>натовпи з молотками, скрипками й хмарами, —&lt;br /&gt;</w:t>
        <w:br/>
        <w:t>будуть волати, хоч би ляпнулись об мури Їхні мозки,&lt;br /&gt;</w:t>
        <w:br/>
        <w:t>будуть волати перед куполами,&lt;br /&gt;</w:t>
        <w:br/>
        <w:t>будуть волати, безумні од вогню,&lt;br /&gt;</w:t>
        <w:br/>
        <w:t>будуть волати, безумні од снігу,&lt;br /&gt;</w:t>
        <w:br/>
        <w:t>будуть волати з головою, повною лайна,&lt;br /&gt;</w:t>
        <w:br/>
        <w:t>будуть волати, як усі ночі разом,&lt;br /&gt;</w:t>
        <w:br/>
        <w:t>будуть волати таким нестямним голосом,&lt;br /&gt;</w:t>
        <w:br/>
        <w:t>що по-дівочому міста здригнуться,&lt;br /&gt;</w:t>
        <w:br/>
        <w:t>і розіб'ють свої нафтові та музичні тюрми,&lt;br /&gt;</w:t>
        <w:br/>
        <w:t>тому що ми прагнемо нашого хліба насущного,&lt;br /&gt;</w:t>
        <w:br/>
        <w:t>і вільшаних сережок, і вічної чистої ніжності.&lt;br /&gt;</w:t>
        <w:br/>
        <w:t>Тому що ми прагнемо, щоб здійснилась воля Землі,&lt;br /&gt;</w:t>
        <w:br/>
        <w:t>яка свої плоди дарує всім.</w:t>
      </w:r>
    </w:p>
    <w:p>
      <w:r>
        <w:br/>
        <w:t>ОДА УОЛТОВІ УЇТМЕНУ&lt;br /&gt;</w:t>
        <w:br/>
        <w:t>На Іст Рівер та на Бронксі&lt;br /&gt;</w:t>
        <w:br/>
        <w:t>співали юнаки, поскидавши одежу&lt;br /&gt;</w:t>
        <w:br/>
        <w:t>серед коліс і мастил, молотків і шкіри.&lt;br /&gt;</w:t>
        <w:br/>
        <w:t>Дев'яносто тисяч гірників добували срібло зі скель,&lt;br /&gt;</w:t>
        <w:br/>
        <w:t>і діти малювали сходи й перспективи.</w:t>
      </w:r>
    </w:p>
    <w:p>
      <w:r>
        <w:br/>
        <w:t>Але ніхто не спав,&lt;br /&gt;</w:t>
        <w:br/>
        <w:t>ніхто не хотів бути рікою,&lt;br /&gt;</w:t>
        <w:br/>
        <w:t>ніхто не любив великого листя&lt;br /&gt;</w:t>
        <w:br/>
        <w:t>або синього язика узбережжя.</w:t>
      </w:r>
    </w:p>
    <w:p>
      <w:r>
        <w:br/>
        <w:t>На Іст Рівер та в Квінсборо&lt;br /&gt;</w:t>
        <w:br/>
        <w:t>юнаки боролися проти техніки,&lt;br /&gt;</w:t>
        <w:br/>
        <w:t>і гебреї продавали річковому фавнові&lt;br /&gt;</w:t>
        <w:br/>
        <w:t>троянду обрізання,&lt;br /&gt;</w:t>
        <w:br/>
        <w:t>і небо випускало на мости й дахи&lt;br /&gt;</w:t>
        <w:br/>
        <w:t>стада бізонів, гнаних вітром.</w:t>
      </w:r>
    </w:p>
    <w:p>
      <w:r>
        <w:br/>
        <w:t>Але ніхто не зупинявся,&lt;br /&gt;</w:t>
        <w:br/>
        <w:t>ніхто не хотів бути хмарою,&lt;br /&gt;</w:t>
        <w:br/>
        <w:t>ніхто не шукав ні папоротей,&lt;br /&gt;</w:t>
        <w:br/>
        <w:t>ані жовтого кругу тамбурина.</w:t>
      </w:r>
    </w:p>
    <w:p>
      <w:r>
        <w:br/>
        <w:t>Коли зійде місяць,&lt;br /&gt;</w:t>
        <w:br/>
        <w:t>закрутяться блоки, аби потривожити небо;&lt;br /&gt;</w:t>
        <w:br/>
        <w:t>границя голок оточить пам'ять,&lt;br /&gt;</w:t>
        <w:br/>
        <w:t>і труни позабирають тих, що не працюють.</w:t>
      </w:r>
    </w:p>
    <w:p>
      <w:r>
        <w:br/>
        <w:t>Нью-Йорку твані,&lt;br /&gt;</w:t>
        <w:br/>
        <w:t>Нью-Йорку дротів і смерті,&lt;br /&gt;</w:t>
        <w:br/>
        <w:t>якого ангела сховав ти за щокою?&lt;br /&gt;</w:t>
        <w:br/>
        <w:t>Чий досконалий голос висловить істини пшениці?&lt;br /&gt;</w:t>
        <w:br/>
        <w:t>Хто став жахітним сном твоїх брудних анемонів?</w:t>
      </w:r>
    </w:p>
    <w:p>
      <w:r>
        <w:br/>
        <w:t>Ні на хвилину, старий красеню Уолте Уїтмене,&lt;br /&gt;</w:t>
        <w:br/>
        <w:t>не випускав я з очей твою бороду, повну метеликів,&lt;br /&gt;</w:t>
        <w:br/>
        <w:t>ані твоїх вельветових рамен, що їх пообшарпував місяць,&lt;br /&gt;</w:t>
        <w:br/>
        <w:t>ані твоїх стегон незайманого Аполлона,&lt;br /&gt;</w:t>
        <w:br/>
        <w:t>ані твого голосу, що мов колона попелу,&lt;br /&gt;</w:t>
        <w:br/>
        <w:t>старче, прекрасний, мов сама імла,&lt;br /&gt;</w:t>
        <w:br/>
        <w:t>ти, що стогнав, наче птах,&lt;br /&gt;</w:t>
        <w:br/>
        <w:t>із фалосом, проколотим голкою,&lt;br /&gt;</w:t>
        <w:br/>
        <w:t>о ти, ворог сатира,&lt;br /&gt;</w:t>
        <w:br/>
        <w:t>ти, ворог виноградної лози,&lt;br /&gt;</w:t>
        <w:br/>
        <w:t>закоханий у тіла під найгрубішим убранням.&lt;br /&gt;</w:t>
        <w:br/>
        <w:t>НІ на хвилину, о мужній красеню,&lt;br /&gt;</w:t>
        <w:br/>
        <w:t>ти, що між гір вугілля, оголошень та залізниць&lt;br /&gt;</w:t>
        <w:br/>
        <w:t>мріяв бути рікою і спати, немов ріка,&lt;br /&gt;</w:t>
        <w:br/>
        <w:t>разом з другом, який вклав би тобі у груди&lt;br /&gt;</w:t>
        <w:br/>
        <w:t>маленький біль незнаючого леопарда.</w:t>
      </w:r>
    </w:p>
    <w:p>
      <w:r>
        <w:br/>
        <w:t>Ні на хвилину, Адаме за кров'ю, мужчино,&lt;br /&gt;</w:t>
        <w:br/>
        <w:t>чоловіче єдиний у морі, старий красеню Уолте Уїтмене, —&lt;br /&gt;</w:t>
        <w:br/>
        <w:t>тому що на терасах, а також&lt;br /&gt;</w:t>
        <w:br/>
        <w:t>зграями зібрані в барах,&lt;br /&gt;</w:t>
        <w:br/>
        <w:t>купами виповзли зі стічних канав,&lt;br /&gt;</w:t>
        <w:br/>
        <w:t>вони, що тремтять між ногами у водіїв&lt;br /&gt;</w:t>
        <w:br/>
        <w:t>або ж крутяться на абсентовій площині,&lt;br /&gt;</w:t>
        <w:br/>
        <w:t>содоміти, Уолте Уїтмене, показують пальцем на тебе.</w:t>
      </w:r>
    </w:p>
    <w:p>
      <w:r>
        <w:br/>
        <w:t>Також і цей! Так само! І кидаються з висоти&lt;br /&gt;</w:t>
        <w:br/>
        <w:t>на твою бороду, світляну і невинну,&lt;br /&gt;</w:t>
        <w:br/>
        <w:t>біляві з півночі й негри з пісків,&lt;br /&gt;</w:t>
        <w:br/>
        <w:t>натовпи з криками й дикими рухами,&lt;br /&gt;</w:t>
        <w:br/>
        <w:t>ніби коти і ніби змії,&lt;br /&gt;</w:t>
        <w:br/>
        <w:t>содоміти, Уолте Уїтмене, содоміти,&lt;br /&gt;</w:t>
        <w:br/>
        <w:t>од сліз нечисті, плоть для батогів,&lt;br /&gt;</w:t>
        <w:br/>
        <w:t>чобіт або надкушений шмат приборкувачів.</w:t>
      </w:r>
    </w:p>
    <w:p>
      <w:r>
        <w:br/>
        <w:t>Також і цей! Так само! Фарбовані пальці&lt;br /&gt;</w:t>
        <w:br/>
        <w:t>спрямовано на берег твоїх снів,&lt;br /&gt;</w:t>
        <w:br/>
        <w:t>коли друг їсть яблуко&lt;br /&gt;</w:t>
        <w:br/>
        <w:t>з легким присмаком газоліну,&lt;br /&gt;</w:t>
        <w:br/>
        <w:t>і сонце співає на пупках&lt;br /&gt;</w:t>
        <w:br/>
        <w:t>юнаків, які граються під мостами.&lt;br /&gt;</w:t>
        <w:br/>
        <w:t>Але ти не шукав ні подряпаних очей,&lt;br /&gt;</w:t>
        <w:br/>
        <w:t>ні найтемнішого болота, де втеплюють дітей,&lt;br /&gt;</w:t>
        <w:br/>
        <w:t>ні крижаної слини,&lt;br /&gt;</w:t>
        <w:br/>
        <w:t>ані зранених вигинів, немов черевце жабине,&lt;br /&gt;</w:t>
        <w:br/>
        <w:t>що содоміти ховають у вагонах і по тарасах,&lt;br /&gt;</w:t>
        <w:br/>
        <w:t>а місяць їх люто шмагає на перехрестях жахів.</w:t>
      </w:r>
    </w:p>
    <w:p>
      <w:r>
        <w:br/>
        <w:t>Шукав ти голе тіло, яке було б рікою,&lt;br /&gt;</w:t>
        <w:br/>
        <w:t>биком і сном, що коло із водоростю лучить,&lt;br /&gt;</w:t>
        <w:br/>
        <w:t>батьком твого кохання, камелією смерті,&lt;br /&gt;</w:t>
        <w:br/>
        <w:t>стогнало б у паланні екваторів таємних.</w:t>
      </w:r>
    </w:p>
    <w:p>
      <w:r>
        <w:br/>
        <w:t>Бо правда, що людина розради не шукає&lt;br /&gt;</w:t>
        <w:br/>
        <w:t>по диких хащах крові грядущого світанку.&lt;br /&gt;</w:t>
        <w:br/>
        <w:t>Є в небі узбережжя, де від життя сховатись,&lt;br /&gt;</w:t>
        <w:br/>
        <w:t>і є тіла, що досвіт не годен відтворити.</w:t>
      </w:r>
    </w:p>
    <w:p>
      <w:r>
        <w:br/>
        <w:t>Агонія, конання, бродіння, сон і мрія.&lt;br /&gt;</w:t>
        <w:br/>
        <w:t>Такий цей світ, мій друже: агонія, конання.&lt;br /&gt;</w:t>
        <w:br/>
        <w:t>Мерці під дзиґарями міськими догнивають,&lt;br /&gt;</w:t>
        <w:br/>
        <w:t>ридаючи, проходить війна з пацючим тлумом,&lt;br /&gt;</w:t>
        <w:br/>
        <w:t>багаті роздаровують коханкам&lt;br /&gt;</w:t>
        <w:br/>
        <w:t>маленьких умирущих ясновидців,&lt;br /&gt;</w:t>
        <w:br/>
        <w:t>життя не благородне, не добре й не священне.</w:t>
      </w:r>
    </w:p>
    <w:p>
      <w:r>
        <w:br/>
        <w:t>Людина, якщо хоче, веде своє бажання&lt;br /&gt;</w:t>
        <w:br/>
        <w:t>по коралевих жилах чи голизні небесній.&lt;br /&gt;</w:t>
        <w:br/>
        <w:t>Жага любовна завтра обернеться на скелю,&lt;br /&gt;</w:t>
        <w:br/>
        <w:t>і стане Час заснулим у вітті вітровієм.</w:t>
      </w:r>
    </w:p>
    <w:p>
      <w:r>
        <w:br/>
        <w:t>Тому я не підношу свій голос, старий Уолте Уїтмене,&lt;br /&gt;</w:t>
        <w:br/>
        <w:t>ні проти хлопчика, який пише&lt;br /&gt;</w:t>
        <w:br/>
        <w:t>дівоче ім'я на своїй подушці,&lt;br /&gt;</w:t>
        <w:br/>
        <w:t>ні проти юнака, який у темнім гардеробі&lt;br /&gt;</w:t>
        <w:br/>
        <w:t>вбирається у сукню нареченої,&lt;br /&gt;</w:t>
        <w:br/>
        <w:t>ні проти самітників у казино,&lt;br /&gt;</w:t>
        <w:br/>
        <w:t>які з відразою п'ють воду проституції,&lt;br /&gt;</w:t>
        <w:br/>
        <w:t>ні проти чоловіків із хтивим поглядом,&lt;br /&gt;</w:t>
        <w:br/>
        <w:t>які люблять і в мовчанні спалюють собі губи, —&lt;br /&gt;</w:t>
        <w:br/>
        <w:t>а лише проти вас, содоміти міст,&lt;br /&gt;</w:t>
        <w:br/>
        <w:t>з опухлою плоттю і помислами брудними,&lt;br /&gt;</w:t>
        <w:br/>
        <w:t>вас, які плодите бруд, гарпії, вороги безсонні&lt;br /&gt;</w:t>
        <w:br/>
        <w:t>Любові, що роздає радісні вінки.&lt;br /&gt;</w:t>
        <w:br/>
        <w:t>Слово моє проти вас, що вділяєте хлопчакам&lt;br /&gt;</w:t>
        <w:br/>
        <w:t>краплі нечистої смерті із гіркотою отрути.&lt;br /&gt;</w:t>
        <w:br/>
        <w:t>Проти вас, і завжди проти вас,&lt;br /&gt;</w:t>
        <w:br/>
        <w:t>красунчики Сполучених Штатів,&lt;br /&gt;</w:t>
        <w:br/>
        <w:t>пташки Гавани,&lt;br /&gt;</w:t>
        <w:br/>
        <w:t>пустунчики Мехіко,&lt;br /&gt;</w:t>
        <w:br/>
        <w:t>любчики Кадіса,&lt;br /&gt;</w:t>
        <w:br/>
        <w:t>діточки СельвіЇ,&lt;br /&gt;</w:t>
        <w:br/>
        <w:t>витівники Мадріда,&lt;br /&gt;</w:t>
        <w:br/>
        <w:t>квіточки Аліканте,&lt;br /&gt;</w:t>
        <w:br/>
        <w:t>метелики Португалії!</w:t>
      </w:r>
    </w:p>
    <w:p>
      <w:r>
        <w:br/>
        <w:t>Содоміти усього світу, убивці горлиць!&lt;br /&gt;</w:t>
        <w:br/>
        <w:t>Невільники жінки, суки її будуарів,&lt;br /&gt;</w:t>
        <w:br/>
        <w:t>відверті на майданах разом із гарячкою віял&lt;br /&gt;</w:t>
        <w:br/>
        <w:t>чи заховані в засідках по лихих краєвидах цикути!</w:t>
      </w:r>
    </w:p>
    <w:p>
      <w:r>
        <w:br/>
        <w:t>Хай не буде пощади! Смерть струмує з ваших очей&lt;br /&gt;</w:t>
        <w:br/>
        <w:t>і визбирує сіре квіття на берегах трясовин.&lt;br /&gt;</w:t>
        <w:br/>
        <w:t>Хай не буде пощади! Тривога!&lt;br /&gt;</w:t>
        <w:br/>
        <w:t>Нехай і засоромлені, і чисті,&lt;br /&gt;</w:t>
        <w:br/>
        <w:t>і визначні, і класики, і прохачі&lt;br /&gt;</w:t>
        <w:br/>
        <w:t>зачинять перед вами двері оргій!</w:t>
      </w:r>
    </w:p>
    <w:p>
      <w:r>
        <w:br/>
        <w:t>А ти, прекрасний Уолте Уїтмене, спи на берегах Гудзона,&lt;br /&gt;</w:t>
        <w:br/>
        <w:t>з розкинутими руками, з бородою в бік полюсу.&lt;br /&gt;</w:t>
        <w:br/>
        <w:t>Ніжна глина чи сніг, твій язик закликає&lt;br /&gt;</w:t>
        <w:br/>
        <w:t>друзів твоїх пильнувати твою безтілесну газель.&lt;br /&gt;</w:t>
        <w:br/>
        <w:t>Спи, не лишилось нічого.</w:t>
      </w:r>
    </w:p>
    <w:p>
      <w:r>
        <w:br/>
        <w:t>Танець стін хитає пасовища,&lt;br /&gt;</w:t>
        <w:br/>
        <w:t>і затоплюють Америку машини й сльози.&lt;br /&gt;</w:t>
        <w:br/>
        <w:t>Я хочу, щоб великий вітер найглибшої ночі&lt;br /&gt;</w:t>
        <w:br/>
        <w:t>поздирав квіти й літери зі склепіння, де ти спочиваєш,&lt;br /&gt;</w:t>
        <w:br/>
        <w:t>і щоб чорний хлопчак сповістив білих золотолюбців&lt;br /&gt;</w:t>
        <w:br/>
        <w:t>про пришестя царства колосся.</w:t>
      </w:r>
    </w:p>
    <w:p>
      <w:r>
        <w:br/>
        <w:t>IX&lt;br /&gt;</w:t>
        <w:br/>
        <w:t>ВТЕЧА 3 НЬЮ-ЙОРКА&lt;br /&gt;</w:t>
        <w:br/>
        <w:t>ДВА ВАЛЬСИ В НАПРЯМКУ ЦИВІЛІЗАЦІЇ</w:t>
      </w:r>
    </w:p>
    <w:p>
      <w:r>
        <w:br/>
        <w:t>МАЛЕНЬКИЙ ВІДЕНСЬКИЙ ВАЛЬС&lt;br /&gt;</w:t>
        <w:br/>
        <w:t>У Відні є десять дівчаток,&lt;br /&gt;</w:t>
        <w:br/>
        <w:t>І рамено, де смерть ридає,&lt;br /&gt;</w:t>
        <w:br/>
        <w:t>і пуща голубок розтятих.&lt;br /&gt;</w:t>
        <w:br/>
        <w:t>Є маленький уламок ранку&lt;br /&gt;</w:t>
        <w:br/>
        <w:t>у музеї найтонших крижинок,&lt;br /&gt;</w:t>
        <w:br/>
        <w:t>і зала, де тисячі вікон.&lt;br /&gt;</w:t>
        <w:br/>
        <w:t>Гай, гай, гай, гай!&lt;br /&gt;</w:t>
        <w:br/>
        <w:t>Танцюй-но цей вальс у мовчанці.</w:t>
      </w:r>
    </w:p>
    <w:p>
      <w:r>
        <w:br/>
        <w:t>Ах, вальс, оцей вальс, оцей вальс,&lt;br /&gt;</w:t>
        <w:br/>
        <w:t>і згода, і смерть, і коньяк —&lt;br /&gt;</w:t>
        <w:br/>
        <w:t>замочено шлейф у морях.</w:t>
      </w:r>
    </w:p>
    <w:p>
      <w:r>
        <w:br/>
        <w:t>Я кохаю, кохаю, кохаю тебе,&lt;br /&gt;</w:t>
        <w:br/>
        <w:t>із мертвою книжкою в кріслі,&lt;br /&gt;</w:t>
        <w:br/>
        <w:t>в коридорі сумнім, на горищі,&lt;br /&gt;</w:t>
        <w:br/>
        <w:t>де ірис у пітьмі, у ліжку,&lt;br /&gt;</w:t>
        <w:br/>
        <w:t>де місяць нам сяє, у танці,&lt;br /&gt;</w:t>
        <w:br/>
        <w:t>про який черепаха мріє.&lt;br /&gt;</w:t>
        <w:br/>
        <w:t>Гай, гай, гай, гай!&lt;br /&gt;</w:t>
        <w:br/>
        <w:t>Танцюй оцей вальс у безсиллі.</w:t>
      </w:r>
    </w:p>
    <w:p>
      <w:r>
        <w:br/>
        <w:t>У Відні — чотири свічада,&lt;br /&gt;</w:t>
        <w:br/>
        <w:t>де луни й вуста твої грають.&lt;br /&gt;</w:t>
        <w:br/>
        <w:t>Там смерть, фортеп'яно торкнувши,&lt;br /&gt;</w:t>
        <w:br/>
        <w:t>на хлопців кладе сині барви.&lt;br /&gt;</w:t>
        <w:br/>
        <w:t>Там є жебраки не терасах&lt;br /&gt;</w:t>
        <w:br/>
        <w:t>і сліз найсвіжіші гірлянди.&lt;br /&gt;</w:t>
        <w:br/>
        <w:t>Гай, гай, гай, гай!&lt;br /&gt;</w:t>
        <w:br/>
        <w:t>Танцюй: вальс в обіймах моїх умирає.</w:t>
      </w:r>
    </w:p>
    <w:p>
      <w:r>
        <w:br/>
        <w:t>Через те, що кохаю тебе, о любове,&lt;br /&gt;</w:t>
        <w:br/>
        <w:t>на горищі, де граються діти,&lt;br /&gt;</w:t>
        <w:br/>
        <w:t>про угорське замріяні світло,&lt;br /&gt;</w:t>
        <w:br/>
        <w:t>серед гомонів надвечір'я,&lt;br /&gt;</w:t>
        <w:br/>
        <w:t>уздрівши овечок та іриси сніжні&lt;br /&gt;</w:t>
        <w:br/>
        <w:t>в темнім мовчанні твого обличчя.&lt;br /&gt;</w:t>
        <w:br/>
        <w:t>Гай, гай, гай, гай!&lt;br /&gt;</w:t>
        <w:br/>
        <w:t>Танцюй оцей вальс "Я кохатиму вічно".</w:t>
      </w:r>
    </w:p>
    <w:p>
      <w:r>
        <w:br/>
        <w:t>У Відні піду я з тобою в танець&lt;br /&gt;</w:t>
        <w:br/>
        <w:t>у вбранні маскараднім, з лицем, як у річки.&lt;br /&gt;</w:t>
        <w:br/>
        <w:t>Глянь на берег, які гіацинти!&lt;br /&gt;</w:t>
        <w:br/>
        <w:t>Я вуста між ногами у тебе зоставлю,&lt;br /&gt;</w:t>
        <w:br/>
        <w:t>свою душу — між лілій та фотографій.&lt;br /&gt;</w:t>
        <w:br/>
        <w:t>а між темрявих хвиль твоїх рухів танечних&lt;br /&gt;</w:t>
        <w:br/>
        <w:t>хочу я залишити, любове моя.&lt;br /&gt;</w:t>
        <w:br/>
        <w:t>скрипку, нагробок І стрічку вальсу.</w:t>
      </w:r>
    </w:p>
    <w:p>
      <w:r>
        <w:br/>
        <w:t>ВАЛЬС У ГІЛЛІ&lt;br /&gt;</w:t>
        <w:br/>
        <w:t>Листочок упав,&lt;br /&gt;</w:t>
        <w:br/>
        <w:t>і два, і три.&lt;br /&gt;</w:t>
        <w:br/>
        <w:t>Пливли місяцем осетри.&lt;br /&gt;</w:t>
        <w:br/>
        <w:t>Вода спить годину коротку,&lt;br /&gt;</w:t>
        <w:br/>
        <w:t>а біле море — сто годин.&lt;br /&gt;</w:t>
        <w:br/>
        <w:t>А пані&lt;br /&gt;</w:t>
        <w:br/>
        <w:t>вмерла в гіллі духмянім.&lt;br /&gt;</w:t>
        <w:br/>
        <w:t>А черниця&lt;br /&gt;</w:t>
        <w:br/>
        <w:t>співала серед полуниці.&lt;br /&gt;</w:t>
        <w:br/>
        <w:t>А дівчина&lt;br /&gt;</w:t>
        <w:br/>
        <w:t>боса по шишки бігла до&lt;br /&gt;</w:t>
        <w:br/>
        <w:t>сосен.&lt;br /&gt;</w:t>
        <w:br/>
        <w:t>А сосні&lt;br /&gt;</w:t>
        <w:br/>
        <w:t>снились весінні пісні.&lt;br /&gt;</w:t>
        <w:br/>
        <w:t>А соловей холов,&lt;br /&gt;</w:t>
        <w:br/>
        <w:t>оплакуючи кров.&lt;br /&gt;</w:t>
        <w:br/>
        <w:t>Я так само ридав,&lt;br /&gt;</w:t>
        <w:br/>
        <w:t>бо листочок упав,&lt;br /&gt;</w:t>
        <w:br/>
        <w:t>і два, і три.&lt;br /&gt;</w:t>
        <w:br/>
        <w:t>І кришталь голови,&lt;br /&gt;</w:t>
        <w:br/>
        <w:t>і паперова скрипка,&lt;br /&gt;</w:t>
        <w:br/>
        <w:t>а сніг&lt;br /&gt;</w:t>
        <w:br/>
        <w:t>весь би світ переміг,&lt;br /&gt;</w:t>
        <w:br/>
        <w:t>якби хоч на місяць ліг,&lt;br /&gt;</w:t>
        <w:br/>
        <w:t>І повстала на світ кожна гілка.&lt;br /&gt;</w:t>
        <w:br/>
        <w:t>Одна по одній,&lt;br /&gt;</w:t>
        <w:br/>
        <w:t>дві по дві,&lt;br /&gt;</w:t>
        <w:br/>
        <w:t>три по три.&lt;br /&gt;</w:t>
        <w:br/>
        <w:t>О кістки слонові в невидимій плоті!&lt;br /&gt;</w:t>
        <w:br/>
        <w:t>Затока без світання мурашви!&lt;br /&gt;</w:t>
        <w:br/>
        <w:t>З гілок буянням,&lt;br /&gt;</w:t>
        <w:br/>
        <w:t>з вигуками паній,&lt;br /&gt;</w:t>
        <w:br/>
        <w:t>з кумканням жабиним,&lt;br /&gt;</w:t>
        <w:br/>
        <w:t>з медом із вощини.&lt;br /&gt;</w:t>
        <w:br/>
        <w:t>Прийде сутінь знову&lt;br /&gt;</w:t>
        <w:br/>
        <w:t>у вінку лавровім.&lt;br /&gt;</w:t>
        <w:br/>
        <w:t>Буде небо, вітром бите,&lt;br /&gt;</w:t>
        <w:br/>
        <w:t>як стіна, тверде й плескате,&lt;br /&gt;</w:t>
        <w:br/>
        <w:t>і відламані гілки&lt;br /&gt;</w:t>
        <w:br/>
        <w:t>з ним полинуть танцювати.&lt;br /&gt;</w:t>
        <w:br/>
        <w:t>Одна по одній&lt;br /&gt;</w:t>
        <w:br/>
        <w:t>навколо повні,&lt;br /&gt;</w:t>
        <w:br/>
        <w:t>дві по дві&lt;br /&gt;</w:t>
        <w:br/>
        <w:t>навкруг сонця, як живі,&lt;br /&gt;</w:t>
        <w:br/>
        <w:t>три по три&lt;br /&gt;</w:t>
        <w:br/>
        <w:t>щоб кістки слонові спали до пори.</w:t>
      </w:r>
    </w:p>
    <w:p>
      <w:r>
        <w:br/>
        <w:t>Х&lt;br /&gt;</w:t>
        <w:br/>
        <w:t>ПОЕТ ПРИБУВАЄ В ГАВАНУ</w:t>
      </w:r>
    </w:p>
    <w:p>
      <w:r>
        <w:br/>
        <w:t>ПІСНЯ НЕГРІВ НА КУБІ&lt;br /&gt;</w:t>
        <w:br/>
        <w:t>Щойно зійде місяць повен,&lt;br /&gt;</w:t>
        <w:br/>
        <w:t>рушу в Сантьяґо де Куба,&lt;br /&gt;</w:t>
        <w:br/>
        <w:t>рушу до Сантьяго.&lt;br /&gt;</w:t>
        <w:br/>
        <w:t>Кораблем по чорних водах.&lt;br /&gt;</w:t>
        <w:br/>
        <w:t>Рушу до Сантьяґо.&lt;br /&gt;</w:t>
        <w:br/>
        <w:t>Пальмові покрівлі заспівають.&lt;br /&gt;</w:t>
        <w:br/>
        <w:t>Рушу до Сантьяго.&lt;br /&gt;</w:t>
        <w:br/>
        <w:t>Коли схоче буслом стати пальма.&lt;br /&gt;</w:t>
        <w:br/>
        <w:t>Рушу до Сантьяґо.&lt;br /&gt;</w:t>
        <w:br/>
        <w:t>А медуза схоче буть бананом.&lt;br /&gt;</w:t>
        <w:br/>
        <w:t>Рушу до Сантьяґо.&lt;br /&gt;</w:t>
        <w:br/>
        <w:t>З кучмою білявого Фонсеки.&lt;br /&gt;</w:t>
        <w:br/>
        <w:t>Рушу до Сантьяґо.&lt;br /&gt;</w:t>
        <w:br/>
        <w:t>І з рожевістю Ромео та Джульєтти.&lt;br /&gt;</w:t>
        <w:br/>
        <w:t>Рушу до Сантьяґо.&lt;br /&gt;</w:t>
        <w:br/>
        <w:t>Паперу море, срібляні монети.&lt;br /&gt;</w:t>
        <w:br/>
        <w:t>Рушу до Сантьяґо.&lt;br /&gt;</w:t>
        <w:br/>
        <w:t>О Кубо, ритм гарячих зерен!&lt;br /&gt;</w:t>
        <w:br/>
        <w:t>Рушу до Сантьяґо.&lt;br /&gt;</w:t>
        <w:br/>
        <w:t>О стан палючий, сплеск мадери!&lt;br /&gt;</w:t>
        <w:br/>
        <w:t>Рушу до Сантьяґо.&lt;br /&gt;</w:t>
        <w:br/>
        <w:t>Тютюн, каймани, стовбурища-арфи!&lt;br /&gt;</w:t>
        <w:br/>
        <w:t>Рушу до Сантьяго.&lt;br /&gt;</w:t>
        <w:br/>
        <w:t>Я ж казав, що рушу до Сантьяґо&lt;br /&gt;</w:t>
        <w:br/>
        <w:t>кораблем по чорних водах.&lt;br /&gt;</w:t>
        <w:br/>
        <w:t>Рушу до Сантьяґо.&lt;br /&gt;</w:t>
        <w:br/>
        <w:t>Алкоголь із бризом на колесах.&lt;br /&gt;</w:t>
        <w:br/>
        <w:t>Рушу до Сантьяґо.&lt;br /&gt;</w:t>
        <w:br/>
        <w:t>Мій корал посеред смерку.&lt;br /&gt;</w:t>
        <w:br/>
        <w:t>Рушу до Сантьяґо.&lt;br /&gt;</w:t>
        <w:br/>
        <w:t>Між пісками зникле море.&lt;br /&gt;</w:t>
        <w:br/>
        <w:t>Рушу до Сантьяґо.&lt;br /&gt;</w:t>
        <w:br/>
        <w:t>Біла спека, мертвий овоч.&lt;br /&gt;</w:t>
        <w:br/>
        <w:t>Рушу до Сантьяго.&lt;br /&gt;</w:t>
        <w:br/>
        <w:t>О тростин бичачий холод!&lt;br /&gt;</w:t>
        <w:br/>
        <w:t>О Кубо! Вигин глини та зітхання!&lt;br /&gt;</w:t>
        <w:br/>
        <w:t>Рушу до Сантьяґо.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 у Нью-Йорку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