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 до музи</w:t>
      </w:r>
    </w:p>
    <w:p>
      <w:r>
        <w:br/>
        <w:t xml:space="preserve"> Я весь свій вік одвікував у зраді,&lt;br /&gt;</w:t>
        <w:br/>
        <w:t>Я стяг свій часто кидав в боротьбі,&lt;br /&gt;</w:t>
        <w:br/>
        <w:t>Незрадно лиш твоїй корився владі&lt;br /&gt;</w:t>
        <w:br/>
        <w:t>I вірний був тобі.</w:t>
      </w:r>
    </w:p>
    <w:p>
      <w:r>
        <w:br/>
        <w:t>Зачувши голос від вершин незнаних,&lt;br /&gt;</w:t>
        <w:br/>
        <w:t>На поклик владний я до тебе йшов;&lt;br /&gt;</w:t>
        <w:br/>
        <w:t>Устами одривавсь од уст коханих,&lt;br /&gt;</w:t>
        <w:br/>
        <w:t>Щоб буть з тобою знов.</w:t>
      </w:r>
    </w:p>
    <w:p>
      <w:r>
        <w:br/>
        <w:t>В степу широкім, під легкою тінню&lt;br /&gt;</w:t>
        <w:br/>
        <w:t>Рожевих хмар, під тихий шум ланів&lt;br /&gt;</w:t>
        <w:br/>
        <w:t>З твоїх зітхань і власного тремтіння&lt;br /&gt;</w:t>
        <w:br/>
        <w:t>Снував я ніжний спів.</w:t>
      </w:r>
    </w:p>
    <w:p>
      <w:r>
        <w:br/>
        <w:t>В тортурах пристрасті, в огні жадання,&lt;br /&gt;</w:t>
        <w:br/>
        <w:t>Життя віддавши пoривам грізнuм,&lt;br /&gt;</w:t>
        <w:br/>
        <w:t>Я знав, я знав, що муку і кохання&lt;br /&gt;</w:t>
        <w:br/>
        <w:t>Тобі переповім.</w:t>
      </w:r>
    </w:p>
    <w:p>
      <w:r>
        <w:br/>
        <w:t>I як конала та на ложі смерті,&lt;br /&gt;</w:t>
        <w:br/>
        <w:t>Що мрії всі я з нею звик ділить,&lt;br /&gt;</w:t>
        <w:br/>
        <w:t>Крізь тугу й жаль я відмічав, упертий,&lt;br /&gt;</w:t>
        <w:br/>
        <w:t>Всі риси, кожну мить.</w:t>
      </w:r>
    </w:p>
    <w:p>
      <w:r>
        <w:br/>
        <w:t>Палаючи в нестерпному стражданні,&lt;br /&gt;</w:t>
        <w:br/>
        <w:t>Любовно оглядаючи курок,&lt;br /&gt;</w:t>
        <w:br/>
        <w:t>Втішався я, що із свого признання&lt;br /&gt;</w:t>
        <w:br/>
        <w:t>Тобі сплету вінок.</w:t>
      </w:r>
    </w:p>
    <w:p>
      <w:r>
        <w:br/>
        <w:t>Чи то життя мене широке надить,&lt;br /&gt;</w:t>
        <w:br/>
        <w:t>Чи маю йти я в темряву нічну,&lt;br /&gt;</w:t>
        <w:br/>
        <w:t>Душа моя вовік-віків не зрадить&lt;br /&gt;</w:t>
        <w:br/>
        <w:t>Тебе, тебе одну.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 до музи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