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&lt;blockquote&gt;Т. Гірчакові&lt;/blockquote&gt;&lt;br /&gt;</w:t>
        <w:br/>
        <w:t>І</w:t>
      </w:r>
    </w:p>
    <w:p>
      <w:r>
        <w:br/>
        <w:t>Був колись інсургентом і бардом,&lt;br /&gt;</w:t>
        <w:br/>
        <w:t>потім став він співати "її"&lt;br /&gt;</w:t>
        <w:br/>
        <w:t>й над зеленим сукном біліярда&lt;br /&gt;</w:t>
        <w:br/>
        <w:t>димні ночі проводить свої...</w:t>
      </w:r>
    </w:p>
    <w:p>
      <w:r>
        <w:br/>
        <w:t>Ночі ті, коли серце клокоче&lt;br /&gt;</w:t>
        <w:br/>
        <w:t>за бездомних і за жебраків,&lt;br /&gt;</w:t>
        <w:br/>
        <w:t>він, вином заливаючи очі,&lt;br /&gt;</w:t>
        <w:br/>
        <w:t>тимчасових коханок любив.</w:t>
      </w:r>
    </w:p>
    <w:p>
      <w:r>
        <w:br/>
        <w:t>Він любив до ридань, до утоми,&lt;br /&gt;</w:t>
        <w:br/>
        <w:t>забуваючи справи й сім'ю,&lt;br /&gt;</w:t>
        <w:br/>
        <w:t>а коли повертався додому,&lt;br /&gt;</w:t>
        <w:br/>
        <w:t>бив дружину біляву свою.</w:t>
      </w:r>
    </w:p>
    <w:p>
      <w:r>
        <w:br/>
        <w:t>Діти плакали... хто його знає,&lt;br /&gt;</w:t>
        <w:br/>
        <w:t>що зробився такий він і чом!?.&lt;br /&gt;</w:t>
        <w:br/>
        <w:t>І дзвеніли ранкові трамваї&lt;br /&gt;</w:t>
        <w:br/>
        <w:t>за холодним і синім вікном.</w:t>
      </w:r>
    </w:p>
    <w:p>
      <w:r>
        <w:br/>
        <w:t>Десь кричали гудки. Від отрути&lt;br /&gt;</w:t>
        <w:br/>
        <w:t>з головою, неначе чавун,&lt;br /&gt;</w:t>
        <w:br/>
        <w:t>він на ліжко лягав нероззутий&lt;br /&gt;</w:t>
        <w:br/>
        <w:t>під ридання гітарових струн.</w:t>
      </w:r>
    </w:p>
    <w:p>
      <w:r>
        <w:br/>
        <w:t>Довго грав він і плакав... Романси&lt;br /&gt;</w:t>
        <w:br/>
        <w:t>з горла п'яного хрипко лились,&lt;br /&gt;</w:t>
        <w:br/>
        <w:t>що живе він, неначе у трансі,&lt;br /&gt;</w:t>
        <w:br/>
        <w:t>що не буде уже як колись.</w:t>
      </w:r>
    </w:p>
    <w:p>
      <w:r>
        <w:br/>
        <w:t>Про любов, що пішла за водою,&lt;br /&gt;</w:t>
        <w:br/>
        <w:t>про загублений щастя Едем,&lt;br /&gt;</w:t>
        <w:br/>
        <w:t>що дитиною більше малою&lt;br /&gt;</w:t>
        <w:br/>
        <w:t>він не гратиметься над Дінцем.</w:t>
      </w:r>
    </w:p>
    <w:p>
      <w:r>
        <w:br/>
        <w:t>Що поет він останній і первий,&lt;br /&gt;</w:t>
        <w:br/>
        <w:t>що все слабшає крил його мах.&lt;br /&gt;</w:t>
        <w:br/>
        <w:t>І лились без кінця, без перерви&lt;br /&gt;</w:t>
        <w:br/>
        <w:t>п'яні сльози по схудлих щоках.</w:t>
      </w:r>
    </w:p>
    <w:p>
      <w:r>
        <w:br/>
        <w:t>Снились пліч йому теплі овали,&lt;br /&gt;</w:t>
        <w:br/>
        <w:t>зору дального зраджений дим.&lt;br /&gt;</w:t>
        <w:br/>
        <w:t>А навколо життя пролітало,&lt;br /&gt;</w:t>
        <w:br/>
        <w:t>не рахуючись більше із ним.</w:t>
      </w:r>
    </w:p>
    <w:p>
      <w:r>
        <w:br/>
        <w:t>Поруч нього дружина лежала,&lt;br /&gt;</w:t>
        <w:br/>
        <w:t>сонний він був хороший, не злий...&lt;br /&gt;</w:t>
        <w:br/>
        <w:t>І, підвівшись, вона цілувала&lt;br /&gt;</w:t>
        <w:br/>
        <w:t>на щоках його тіні од вій.</w:t>
      </w:r>
    </w:p>
    <w:p>
      <w:r>
        <w:br/>
        <w:t>Притулитись би так, заніміти,&lt;br /&gt;</w:t>
        <w:br/>
        <w:t>щоб лилося до серця тепло.&lt;br /&gt;</w:t>
        <w:br/>
        <w:t>Спав поет... І так странно дивитись&lt;br /&gt;</w:t>
        <w:br/>
        <w:t>на лице його жовте було...</w:t>
      </w:r>
    </w:p>
    <w:p>
      <w:r>
        <w:br/>
        <w:t>Що він хоче? Чого йому мало?&lt;br /&gt;</w:t>
        <w:br/>
        <w:t>Розказать, пожалітись!? Кому?&lt;br /&gt;</w:t>
        <w:br/>
        <w:t>Наче серце її відчувало,&lt;br /&gt;</w:t>
        <w:br/>
        <w:t>що недовго так жити йому.</w:t>
      </w:r>
    </w:p>
    <w:p>
      <w:r>
        <w:br/>
        <w:t>"Я прощаю тобі, чорнобривий,&lt;br /&gt;</w:t>
        <w:br/>
        <w:t>доля в нас до могили одна".&lt;br /&gt;</w:t>
        <w:br/>
        <w:t>І покірно, і навіть з любов'ю&lt;br /&gt;</w:t>
        <w:br/>
        <w:t>біль од нього приймала вона.&lt;br /&gt;</w:t>
        <w:br/>
        <w:t>Однієї жагучої ночі,&lt;br /&gt;</w:t>
        <w:br/>
        <w:t>коли зорі липневі цвіли,&lt;br /&gt;</w:t>
        <w:br/>
        <w:t>коли рухи повільні дівочі&lt;br /&gt;</w:t>
        <w:br/>
        <w:t>повні млості й бажання були,</w:t>
      </w:r>
    </w:p>
    <w:p>
      <w:r>
        <w:br/>
        <w:t>коли тіні таємно глибокі&lt;br /&gt;</w:t>
        <w:br/>
        <w:t>од дерев простягались до ніг,&lt;br /&gt;</w:t>
        <w:br/>
        <w:t>і солодким хвилюючим током&lt;br /&gt;</w:t>
        <w:br/>
        <w:t>кров буяла в серцях молодих,</w:t>
      </w:r>
    </w:p>
    <w:p>
      <w:r>
        <w:br/>
        <w:t>коли думать не хочеш про Лету,&lt;br /&gt;</w:t>
        <w:br/>
        <w:t>все прекрасне, у всьому везе,&lt;br /&gt;</w:t>
        <w:br/>
        <w:t>познайомили хлопці поета&lt;br /&gt;</w:t>
        <w:br/>
        <w:t>з робітницею із ХаПеЗе1.</w:t>
      </w:r>
    </w:p>
    <w:p>
      <w:r>
        <w:br/>
        <w:t>Він сказав, що колись був робочим,&lt;br /&gt;</w:t>
        <w:br/>
        <w:t>що багато в них рідних є тем.&lt;br /&gt;</w:t>
        <w:br/>
        <w:t>Під червоною хусткою очі&lt;br /&gt;</w:t>
        <w:br/>
        <w:t>засіяли привітним огнем.</w:t>
      </w:r>
    </w:p>
    <w:p>
      <w:r>
        <w:br/>
        <w:t>Простягла, наче брату, долоні:&lt;br /&gt;</w:t>
        <w:br/>
        <w:t>"Я багато вже чула про вас".&lt;br /&gt;</w:t>
        <w:br/>
        <w:t>І всміхнулися губи червоні,&lt;br /&gt;</w:t>
        <w:br/>
        <w:t>ніжні губи, без штучних прикрас.</w:t>
      </w:r>
    </w:p>
    <w:p>
      <w:r>
        <w:br/>
        <w:t>Подивилась так близько в обличчя,&lt;br /&gt;</w:t>
        <w:br/>
        <w:t>од очей тих спинився мов час...&lt;br /&gt;</w:t>
        <w:br/>
        <w:t>"Знаю я, ви поет робітничий,&lt;br /&gt;</w:t>
        <w:br/>
        <w:t>та давно одірвались од нас.&lt;br /&gt;</w:t>
        <w:br/>
        <w:t>1 Харківський паровозобудівельний завод</w:t>
      </w:r>
    </w:p>
    <w:p>
      <w:r>
        <w:br/>
        <w:t>Вам незручно?! Ховаєте очі,&lt;br /&gt;</w:t>
        <w:br/>
        <w:t>що колись часто снились мені?!.</w:t>
      </w:r>
    </w:p>
    <w:p>
      <w:r>
        <w:br/>
        <w:t>Не для того ж були ви робочим,&lt;br /&gt;</w:t>
        <w:br/>
        <w:t>щоб тепер потопати в багні.</w:t>
      </w:r>
    </w:p>
    <w:p>
      <w:r>
        <w:br/>
        <w:t>Хто співав: "Революція — мати",&lt;br /&gt;</w:t>
        <w:br/>
        <w:t>і про "неньку" співає в цей час?!.&lt;br /&gt;</w:t>
        <w:br/>
        <w:t>Я давно це хотіла сказати&lt;br /&gt;</w:t>
        <w:br/>
        <w:t>і нарешті побачила вас.</w:t>
      </w:r>
    </w:p>
    <w:p>
      <w:r>
        <w:br/>
        <w:t>Ваші вірші, ранішні, хороші,&lt;br /&gt;</w:t>
        <w:br/>
        <w:t>нас хвилюють, за серце беруть...&lt;br /&gt;</w:t>
        <w:br/>
        <w:t>Так невже зіпсували вас гроші&lt;br /&gt;</w:t>
        <w:br/>
        <w:t>і жінки перетнули'вам путь,</w:t>
      </w:r>
    </w:p>
    <w:p>
      <w:r>
        <w:br/>
        <w:t>що не те ви співаєте, друже,&lt;br /&gt;</w:t>
        <w:br/>
        <w:t>чим живуть наші соняшні дні?!.&lt;br /&gt;</w:t>
        <w:br/>
        <w:t>Ви для нас не чужий, не байдужий,&lt;br /&gt;</w:t>
        <w:br/>
        <w:t>вас нам жалко!.. Повірте мені.</w:t>
      </w:r>
    </w:p>
    <w:p>
      <w:r>
        <w:br/>
        <w:t>Не відходьте, мій любий поете,&lt;br /&gt;</w:t>
        <w:br/>
        <w:t>ми зустрілися не для образ.&lt;br /&gt;</w:t>
        <w:br/>
        <w:t>Ви од мене тепер не втечете,&lt;br /&gt;</w:t>
        <w:br/>
        <w:t>не на те познайомили нас".</w:t>
      </w:r>
    </w:p>
    <w:p>
      <w:r>
        <w:br/>
        <w:t>Він на неї дививсь, як безумний,&lt;br /&gt;</w:t>
        <w:br/>
        <w:t>серце билось, палало лице...&lt;br /&gt;</w:t>
        <w:br/>
        <w:t>Ах, покинути парк би цей шумний&lt;br /&gt;</w:t>
        <w:br/>
        <w:t>і ніколи не думать про це...</w:t>
      </w:r>
    </w:p>
    <w:p>
      <w:r>
        <w:br/>
        <w:t>Полетіть би кудись, як лелека,&lt;br /&gt;</w:t>
        <w:br/>
        <w:t>щоб не бачить очей цих огні,&lt;br /&gt;</w:t>
        <w:br/>
        <w:t>тільки б слухать, як зорі далекі&lt;br /&gt;</w:t>
        <w:br/>
        <w:t>десь пливуть у страшній глибині...</w:t>
      </w:r>
    </w:p>
    <w:p>
      <w:r>
        <w:br/>
        <w:t>Він пішов би од дівчини радо,&lt;br /&gt;</w:t>
        <w:br/>
        <w:t>щоб забути і сором, і жах.&lt;br /&gt;</w:t>
        <w:br/>
        <w:t>Та була невідомая влада&lt;br /&gt;</w:t>
        <w:br/>
        <w:t>в цих звичайних її словах.&lt;br /&gt;</w:t>
        <w:br/>
        <w:t>В них була і суворая сила,&lt;br /&gt;</w:t>
        <w:br/>
        <w:t>й тиха ласка, жадана до сліз,&lt;br /&gt;</w:t>
        <w:br/>
        <w:t>наче це не вона говорила,&lt;br /&gt;</w:t>
        <w:br/>
        <w:t>а всі ті, з ким він змалку ізріс...</w:t>
      </w:r>
    </w:p>
    <w:p>
      <w:r>
        <w:br/>
        <w:t>Як прощалися, тихі очі&lt;br /&gt;</w:t>
        <w:br/>
        <w:t>наче звали до дальніх мет...&lt;br /&gt;</w:t>
        <w:br/>
        <w:t>Тої ночі, липневої ночі,&lt;br /&gt;</w:t>
        <w:br/>
        <w:t>йшов не п'яний додому поет.</w:t>
      </w:r>
    </w:p>
    <w:p>
      <w:r>
        <w:br/>
        <w:t>Вдома очі не плакали карі,&lt;br /&gt;</w:t>
        <w:br/>
        <w:t>не кричав, не гримів він кругом&lt;br /&gt;</w:t>
        <w:br/>
        <w:t>і міщанських пісень на гітарі&lt;br /&gt;</w:t>
        <w:br/>
        <w:t>перший раз не співав перед сном.&lt;br /&gt;</w:t>
        <w:br/>
        <w:t>III</w:t>
      </w:r>
    </w:p>
    <w:p>
      <w:r>
        <w:br/>
        <w:t>А на ранок сказав він дружині:&lt;br /&gt;</w:t>
        <w:br/>
        <w:t>"Хочу бути я іншим, і от,&lt;br /&gt;</w:t>
        <w:br/>
        <w:t>щоб не плакали очі ці сині,&lt;br /&gt;</w:t>
        <w:br/>
        <w:t>я поїду робить на завод.</w:t>
      </w:r>
    </w:p>
    <w:p>
      <w:r>
        <w:br/>
        <w:t>Ти чекай і не думай нічого.&lt;br /&gt;</w:t>
        <w:br/>
        <w:t>Як колись з фронтового вогню,&lt;br /&gt;</w:t>
        <w:br/>
        <w:t>я вернуся з вогню заводського&lt;br /&gt;</w:t>
        <w:br/>
        <w:t>у червону столицю мою".</w:t>
      </w:r>
    </w:p>
    <w:p>
      <w:r>
        <w:br/>
        <w:t>Вдалині димарів силуети,&lt;br /&gt;</w:t>
        <w:br/>
        <w:t>там Лисиче, і потяг, і дим...&lt;br /&gt;</w:t>
        <w:br/>
        <w:t>Знову верби шумлять над поетом,&lt;br /&gt;</w:t>
        <w:br/>
        <w:t>і сіяє Дінець перед ним.</w:t>
      </w:r>
    </w:p>
    <w:p>
      <w:r>
        <w:br/>
        <w:t>Він стоїть, і в уяві безсонно&lt;br /&gt;</w:t>
        <w:br/>
        <w:t>підіймаються грізні ті дні.&lt;br /&gt;</w:t>
        <w:br/>
        <w:t>Тут зима пролітала Червона&lt;br /&gt;</w:t>
        <w:br/>
        <w:t>в безнастаннім гарматнім огні.&lt;br /&gt;</w:t>
        <w:br/>
        <w:t>Тут стояли колись ешелони,&lt;br /&gt;</w:t>
        <w:br/>
        <w:t>і повстанці в лахматих шапках&lt;br /&gt;</w:t>
        <w:br/>
        <w:t>на невидані зоряні гони&lt;br /&gt;</w:t>
        <w:br/>
        <w:t>пробивали багнетами шлях...</w:t>
      </w:r>
    </w:p>
    <w:p>
      <w:r>
        <w:br/>
        <w:t>З ними йшов він у гуркоті сталі&lt;br /&gt;</w:t>
        <w:br/>
        <w:t>на далекі розривів мечі.&lt;br /&gt;</w:t>
        <w:br/>
        <w:t>Тут колись офіцерів немало&lt;br /&gt;</w:t>
        <w:br/>
        <w:t>розстріляли вони уночі...</w:t>
      </w:r>
    </w:p>
    <w:p>
      <w:r>
        <w:br/>
        <w:t>Все пройшло. Одлетіли ті гули,&lt;br /&gt;</w:t>
        <w:br/>
        <w:t>і на всьому нового печать.&lt;br /&gt;</w:t>
        <w:br/>
        <w:t>Тільки верби одні про минуле&lt;br /&gt;</w:t>
        <w:br/>
        <w:t>над Дінцем по-старому шумлять.&lt;br /&gt;</w:t>
        <w:br/>
        <w:t>Грудень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