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Поема про Канте Хондо</w:t>
      </w:r>
    </w:p>
    <w:p>
      <w:r>
        <w:br/>
        <w:t xml:space="preserve"> Переклад Федора Воротнюка</w:t>
      </w:r>
    </w:p>
    <w:p>
      <w:r>
        <w:br/>
        <w:t>БАЛАДОНЬКА ПРО ТРИ РІЧКИ&lt;br /&gt;</w:t>
        <w:br/>
        <w:t>Річка Ґвадалківір&lt;br /&gt;</w:t>
        <w:br/>
        <w:t>між помаранчів, олив;&lt;br /&gt;</w:t>
        <w:br/>
        <w:t>ринуть річки Ґранади&lt;br /&gt;</w:t>
        <w:br/>
        <w:t>в долину з гірських снігів.</w:t>
      </w:r>
    </w:p>
    <w:p>
      <w:r>
        <w:br/>
        <w:t>Любов кудись відлетіла.</w:t>
      </w:r>
    </w:p>
    <w:p>
      <w:r>
        <w:br/>
        <w:t>Над рікою Ґвадалківір&lt;br /&gt;</w:t>
        <w:br/>
        <w:t>ґранатів пишні дерева;&lt;br /&gt;</w:t>
        <w:br/>
        <w:t>котять річки Ґранади&lt;br /&gt;</w:t>
        <w:br/>
        <w:t>кров і невтішні реви.</w:t>
      </w:r>
    </w:p>
    <w:p>
      <w:r>
        <w:br/>
        <w:t>Любов відлетіла далеко.</w:t>
      </w:r>
    </w:p>
    <w:p>
      <w:r>
        <w:br/>
        <w:t>У Севільї Ґвадалківір&lt;br /&gt;</w:t>
        <w:br/>
        <w:t>вкрито вітрильним рухом;&lt;br /&gt;</w:t>
        <w:br/>
        <w:t>двома річками Ґранади&lt;br /&gt;</w:t>
        <w:br/>
        <w:t>гребуть зітхання та скруха.</w:t>
      </w:r>
    </w:p>
    <w:p>
      <w:r>
        <w:br/>
        <w:t>Любові не стало духу.</w:t>
      </w:r>
    </w:p>
    <w:p>
      <w:r>
        <w:br/>
        <w:t>Над річкою Ґвадалківір&lt;br /&gt;</w:t>
        <w:br/>
        <w:t>палац і гаї цитринові;&lt;br /&gt;</w:t>
        <w:br/>
        <w:t>над річками Давро й Хеніль&lt;br /&gt;</w:t>
        <w:br/>
        <w:t>ставки та мертві руїни.</w:t>
      </w:r>
    </w:p>
    <w:p>
      <w:r>
        <w:br/>
        <w:t>Любов далеко полинула.</w:t>
      </w:r>
    </w:p>
    <w:p>
      <w:r>
        <w:br/>
        <w:t>Скажи, що вода несе&lt;br /&gt;</w:t>
        <w:br/>
        <w:t>божевільне полум'я криків.</w:t>
      </w:r>
    </w:p>
    <w:p>
      <w:r>
        <w:br/>
        <w:t>Любов у повітрі зникла.</w:t>
      </w:r>
    </w:p>
    <w:p>
      <w:r>
        <w:br/>
        <w:t>Несе пелюстки й оливи&lt;br /&gt;</w:t>
        <w:br/>
        <w:t>в моря твої, Андалусіє.</w:t>
      </w:r>
    </w:p>
    <w:p>
      <w:r>
        <w:br/>
        <w:t>Любов у повітрі розсіялась.</w:t>
      </w:r>
    </w:p>
    <w:p>
      <w:r>
        <w:br/>
        <w:t>ПОЕМА ЦИГАНСЬКОЇ СИҐІРИЛЬЇ</w:t>
      </w:r>
    </w:p>
    <w:p>
      <w:r>
        <w:br/>
        <w:t>КРАЄВИД</w:t>
      </w:r>
    </w:p>
    <w:p>
      <w:r>
        <w:br/>
        <w:t>Поле олив&lt;br /&gt;</w:t>
        <w:br/>
        <w:t>розгорнулося віялом,&lt;br /&gt;</w:t>
        <w:br/>
        <w:t>склалося — зникло.&lt;br /&gt;</w:t>
        <w:br/>
        <w:t>Над оливами —&lt;br /&gt;</w:t>
        <w:br/>
        <w:t>небо безоднє.&lt;br /&gt;</w:t>
        <w:br/>
        <w:t>Чорним дощем течуть&lt;br /&gt;</w:t>
        <w:br/>
        <w:t>холодні зорі.&lt;br /&gt;</w:t>
        <w:br/>
        <w:t>На березі річки&lt;br /&gt;</w:t>
        <w:br/>
        <w:t>тремтить очерет.&lt;br /&gt;</w:t>
        <w:br/>
        <w:t>Сутінки.&lt;br /&gt;</w:t>
        <w:br/>
        <w:t>Кучерявиться сірий вітер.&lt;br /&gt;</w:t>
        <w:br/>
        <w:t>Оливи заховують крик.&lt;br /&gt;</w:t>
        <w:br/>
        <w:t>Зграйка птахів полонених&lt;br /&gt;</w:t>
        <w:br/>
        <w:t>пір'ям хвостів довжелезних&lt;br /&gt;</w:t>
        <w:br/>
        <w:t>розворушила морок.</w:t>
      </w:r>
    </w:p>
    <w:p>
      <w:r>
        <w:br/>
        <w:t>ҐІТАРА&lt;br /&gt;</w:t>
        <w:br/>
        <w:t>Починається плач ґітари.&lt;br /&gt;</w:t>
        <w:br/>
        <w:t>Розбиваються чарочки ранку.&lt;br /&gt;</w:t>
        <w:br/>
        <w:t>Починається плач ґітари.&lt;br /&gt;</w:t>
        <w:br/>
        <w:t>Марно її уривати.&lt;br /&gt;</w:t>
        <w:br/>
        <w:t>Годі її урвати.&lt;br /&gt;</w:t>
        <w:br/>
        <w:t>Плаче одноманітно,&lt;br /&gt;</w:t>
        <w:br/>
        <w:t>як плаче вода,&lt;br /&gt;</w:t>
        <w:br/>
        <w:t>як плаче вітер&lt;br /&gt;</w:t>
        <w:br/>
        <w:t>у хуртовині.&lt;br /&gt;</w:t>
        <w:br/>
        <w:t>Годі її урвати.&lt;br /&gt;</w:t>
        <w:br/>
        <w:t>Плаче за чимось далеким.&lt;br /&gt;</w:t>
        <w:br/>
        <w:t>Пісок палючого півдня&lt;br /&gt;</w:t>
        <w:br/>
        <w:t>хоче камелій білих.&lt;br /&gt;</w:t>
        <w:br/>
        <w:t>Плаче стріла без цілі,&lt;br /&gt;</w:t>
        <w:br/>
        <w:t>вечір без ранку,&lt;br /&gt;</w:t>
        <w:br/>
        <w:t>і перший померлий птах&lt;br /&gt;</w:t>
        <w:br/>
        <w:t>на гілці.&lt;br /&gt;</w:t>
        <w:br/>
        <w:t>Ґітара —&lt;br /&gt;</w:t>
        <w:br/>
        <w:t>серце протнули п'ять шабель.</w:t>
      </w:r>
    </w:p>
    <w:p>
      <w:r>
        <w:br/>
        <w:t>КРИК</w:t>
      </w:r>
    </w:p>
    <w:p>
      <w:r>
        <w:br/>
        <w:t>Перекинувся крик&lt;br /&gt;</w:t>
        <w:br/>
        <w:t>від гори&lt;br /&gt;</w:t>
        <w:br/>
        <w:t>до гори.</w:t>
      </w:r>
    </w:p>
    <w:p>
      <w:r>
        <w:br/>
        <w:t>Із-посеред олив&lt;br /&gt;</w:t>
        <w:br/>
        <w:t>виросте чорна райдуга&lt;br /&gt;</w:t>
        <w:br/>
        <w:t>в синьому небі ночі.</w:t>
      </w:r>
    </w:p>
    <w:p>
      <w:r>
        <w:br/>
        <w:t>Ой!</w:t>
      </w:r>
    </w:p>
    <w:p>
      <w:r>
        <w:br/>
        <w:t>Ніби смиком по скрипці&lt;br /&gt;</w:t>
        <w:br/>
        <w:t>крик примусив дрижати&lt;br /&gt;</w:t>
        <w:br/>
        <w:t>напружені струни вітру.</w:t>
      </w:r>
    </w:p>
    <w:p>
      <w:r>
        <w:br/>
        <w:t>Ой!</w:t>
      </w:r>
    </w:p>
    <w:p>
      <w:r>
        <w:br/>
        <w:t>В печерах усі стурбувались,&lt;br /&gt;</w:t>
        <w:br/>
        <w:t>застрибали враз ліхтарі.</w:t>
      </w:r>
    </w:p>
    <w:p>
      <w:r>
        <w:br/>
        <w:t>Ой!</w:t>
      </w:r>
    </w:p>
    <w:p>
      <w:r>
        <w:br/>
        <w:t>ТИША&lt;br /&gt;</w:t>
        <w:br/>
        <w:t>Послухай-но, сину мій, тиші.&lt;br /&gt;</w:t>
        <w:br/>
        <w:t>Це тиша, що лине хвилями,&lt;br /&gt;</w:t>
        <w:br/>
        <w:t>це тиша,&lt;br /&gt;</w:t>
        <w:br/>
        <w:t>що в ній долини відлунюють&lt;br /&gt;</w:t>
        <w:br/>
        <w:t>і долу думки нишкнуть.</w:t>
      </w:r>
    </w:p>
    <w:p>
      <w:r>
        <w:br/>
        <w:t>ХОДА СИҐІРИЛЬЇ&lt;br /&gt;</w:t>
        <w:br/>
        <w:t>Серед метеликів чорних&lt;br /&gt;</w:t>
        <w:br/>
        <w:t>ступає чорнява дівчина&lt;br /&gt;</w:t>
        <w:br/>
        <w:t>разом зі змією білою&lt;br /&gt;</w:t>
        <w:br/>
        <w:t>густої імли.</w:t>
      </w:r>
    </w:p>
    <w:p>
      <w:r>
        <w:br/>
        <w:t>Земля світла,&lt;br /&gt;</w:t>
        <w:br/>
        <w:t>небо землі.</w:t>
      </w:r>
    </w:p>
    <w:p>
      <w:r>
        <w:br/>
        <w:t>Йде, закута в тремтіння,&lt;br /&gt;</w:t>
        <w:br/>
        <w:t>в ритмовім манівці;&lt;br /&gt;</w:t>
        <w:br/>
        <w:t>серце її зі срібла,&lt;br /&gt;</w:t>
        <w:br/>
        <w:t>ніж у правій руці.</w:t>
      </w:r>
    </w:p>
    <w:p>
      <w:r>
        <w:br/>
        <w:t>Куди ти йдеш, сиґірильє,&lt;br /&gt;</w:t>
        <w:br/>
        <w:t>в ритмі без голови?&lt;br /&gt;</w:t>
        <w:br/>
        <w:t>На якому місяці житиме&lt;br /&gt;</w:t>
        <w:br/>
        <w:t>твій безнадійний біль?</w:t>
      </w:r>
    </w:p>
    <w:p>
      <w:r>
        <w:br/>
        <w:t>Земля світла,&lt;br /&gt;</w:t>
        <w:br/>
        <w:t>небо землі.</w:t>
      </w:r>
    </w:p>
    <w:p>
      <w:r>
        <w:br/>
        <w:t>ПРОЙШОВШИ&lt;br /&gt;</w:t>
        <w:br/>
        <w:t>Діти вдивляються&lt;br /&gt;</w:t>
        <w:br/>
        <w:t>в далечінь.</w:t>
      </w:r>
    </w:p>
    <w:p>
      <w:r>
        <w:br/>
        <w:t>Гаснуть свічки.&lt;br /&gt;</w:t>
        <w:br/>
        <w:t>Сліпі дівчата&lt;br /&gt;</w:t>
        <w:br/>
        <w:t>квилять до місяця,&lt;br /&gt;</w:t>
        <w:br/>
        <w:t>щоб відповів,&lt;br /&gt;</w:t>
        <w:br/>
        <w:t>і в повітря здіймаються&lt;br /&gt;</w:t>
        <w:br/>
        <w:t>звиви плачу.</w:t>
      </w:r>
    </w:p>
    <w:p>
      <w:r>
        <w:br/>
        <w:t>Гори вдивляються&lt;br /&gt;</w:t>
        <w:br/>
        <w:t>в далечінь.</w:t>
      </w:r>
    </w:p>
    <w:p>
      <w:r>
        <w:br/>
        <w:t>А ЗГОДОМ&lt;br /&gt;</w:t>
        <w:br/>
        <w:t>Лабіринти,&lt;br /&gt;</w:t>
        <w:br/>
        <w:t>просновані часом,&lt;br /&gt;</w:t>
        <w:br/>
        <w:t>щезають.</w:t>
      </w:r>
    </w:p>
    <w:p>
      <w:r>
        <w:br/>
        <w:t>(Залишається&lt;br /&gt;</w:t>
        <w:br/>
        <w:t>тільки пустеля)</w:t>
      </w:r>
    </w:p>
    <w:p>
      <w:r>
        <w:br/>
        <w:t>Серце,&lt;br /&gt;</w:t>
        <w:br/>
        <w:t>корінь бажання,&lt;br /&gt;</w:t>
        <w:br/>
        <w:t>щезає.</w:t>
      </w:r>
    </w:p>
    <w:p>
      <w:r>
        <w:br/>
        <w:t>(Залишається&lt;br /&gt;</w:t>
        <w:br/>
        <w:t>тільки пустеля)</w:t>
      </w:r>
    </w:p>
    <w:p>
      <w:r>
        <w:br/>
        <w:t>Світанкова ілюзія&lt;br /&gt;</w:t>
        <w:br/>
        <w:t>та поцілунки&lt;br /&gt;</w:t>
        <w:br/>
        <w:t>щезають.</w:t>
      </w:r>
    </w:p>
    <w:p>
      <w:r>
        <w:br/>
        <w:t>Залишається тільки пустеля.&lt;br /&gt;</w:t>
        <w:br/>
        <w:t>Покоти пустелі.</w:t>
      </w:r>
    </w:p>
    <w:p>
      <w:r>
        <w:br/>
        <w:t>ПОЕМА СОЛЕА</w:t>
      </w:r>
    </w:p>
    <w:p>
      <w:r>
        <w:br/>
        <w:t>ЗЕМЛЯ СУХА&lt;br /&gt;</w:t>
        <w:br/>
        <w:t>Земля суха,&lt;br /&gt;</w:t>
        <w:br/>
        <w:t>земля сумирна&lt;br /&gt;</w:t>
        <w:br/>
        <w:t>ночей безкраїх.</w:t>
      </w:r>
    </w:p>
    <w:p>
      <w:r>
        <w:br/>
        <w:t>(Вітер в оливах,&lt;br /&gt;</w:t>
        <w:br/>
        <w:t>і вітер в горах)</w:t>
      </w:r>
    </w:p>
    <w:p>
      <w:r>
        <w:br/>
        <w:t>Стара&lt;br /&gt;</w:t>
        <w:br/>
        <w:t>земля&lt;br /&gt;</w:t>
        <w:br/>
        <w:t>ліхтаря&lt;br /&gt;</w:t>
        <w:br/>
        <w:t>і болю.&lt;br /&gt;</w:t>
        <w:br/>
        <w:t>Земля&lt;br /&gt;</w:t>
        <w:br/>
        <w:t>криниць безодніх.&lt;br /&gt;</w:t>
        <w:br/>
        <w:t>Земля&lt;br /&gt;</w:t>
        <w:br/>
        <w:t>смерті безокої&lt;br /&gt;</w:t>
        <w:br/>
        <w:t>стріляє.</w:t>
      </w:r>
    </w:p>
    <w:p>
      <w:r>
        <w:br/>
        <w:t>(Вітер гуляє шляхом,&lt;br /&gt;</w:t>
        <w:br/>
        <w:t>гойдає тополі)</w:t>
      </w:r>
    </w:p>
    <w:p>
      <w:r>
        <w:br/>
        <w:t>ГЛУХА СТОРОНА&lt;br /&gt;</w:t>
        <w:br/>
        <w:t>На лисій горі&lt;br /&gt;</w:t>
        <w:br/>
        <w:t>Невимовна мука.&lt;br /&gt;</w:t>
        <w:br/>
        <w:t>Прозора вода.&lt;br /&gt;</w:t>
        <w:br/>
        <w:t>Столітні оливи.&lt;br /&gt;</w:t>
        <w:br/>
        <w:t>Закутані постаті&lt;br /&gt;</w:t>
        <w:br/>
        <w:t>У кривих провулках.&lt;br /&gt;</w:t>
        <w:br/>
        <w:t>На вежах погодники —&lt;br /&gt;</w:t>
        <w:br/>
        <w:t>Верть — круть.&lt;br /&gt;</w:t>
        <w:br/>
        <w:t>Село заникає&lt;br /&gt;</w:t>
        <w:br/>
        <w:t>В Андалусії плачу.</w:t>
      </w:r>
    </w:p>
    <w:p>
      <w:r>
        <w:br/>
        <w:t>НІЖ</w:t>
      </w:r>
    </w:p>
    <w:p>
      <w:r>
        <w:br/>
        <w:t>Ніж&lt;br /&gt;</w:t>
        <w:br/>
        <w:t>прохромлює серце,&lt;br /&gt;</w:t>
        <w:br/>
        <w:t>наче леміш&lt;br /&gt;</w:t>
        <w:br/>
        <w:t>оре обліг.</w:t>
      </w:r>
    </w:p>
    <w:p>
      <w:r>
        <w:br/>
        <w:t>Ні.&lt;br /&gt;</w:t>
        <w:br/>
        <w:t>Не коли мене ним.&lt;br /&gt;</w:t>
        <w:br/>
        <w:t>Ні.</w:t>
      </w:r>
    </w:p>
    <w:p>
      <w:r>
        <w:br/>
        <w:t>Ніж,&lt;br /&gt;</w:t>
        <w:br/>
        <w:t>наче промінь сонця&lt;br /&gt;</w:t>
        <w:br/>
        <w:t>пропікає прірви&lt;br /&gt;</w:t>
        <w:br/>
        <w:t>страшні.</w:t>
      </w:r>
    </w:p>
    <w:p>
      <w:r>
        <w:br/>
        <w:t>Ні.&lt;br /&gt;</w:t>
        <w:br/>
        <w:t>Не коли мене ним.&lt;br /&gt;</w:t>
        <w:br/>
        <w:t>Ні.</w:t>
      </w:r>
    </w:p>
    <w:p>
      <w:r>
        <w:br/>
        <w:t>ПЕРЕХРЕСТЯ&lt;br /&gt;</w:t>
        <w:br/>
        <w:t>Вітер зі Сходу;&lt;br /&gt;</w:t>
        <w:br/>
        <w:t>ліхтар&lt;br /&gt;</w:t>
        <w:br/>
        <w:t>і простромлене серце.&lt;br /&gt;</w:t>
        <w:br/>
        <w:t>Вулиця&lt;br /&gt;</w:t>
        <w:br/>
        <w:t>пружиться тремом&lt;br /&gt;</w:t>
        <w:br/>
        <w:t>струни,&lt;br /&gt;</w:t>
        <w:br/>
        <w:t>чи великого&lt;br /&gt;</w:t>
        <w:br/>
        <w:t>злого&lt;br /&gt;</w:t>
        <w:br/>
        <w:t>ґедзя.&lt;br /&gt;</w:t>
        <w:br/>
        <w:t>Всюди&lt;br /&gt;</w:t>
        <w:br/>
        <w:t>я&lt;br /&gt;</w:t>
        <w:br/>
        <w:t>бачу ножі, що встромлені&lt;br /&gt;</w:t>
        <w:br/>
        <w:t>у серця.</w:t>
      </w:r>
    </w:p>
    <w:p>
      <w:r>
        <w:br/>
        <w:t>ОЙ!&lt;br /&gt;</w:t>
        <w:br/>
        <w:t>Крик полишає вітру&lt;br /&gt;</w:t>
        <w:br/>
        <w:t>тінь кипарисів.</w:t>
      </w:r>
    </w:p>
    <w:p>
      <w:r>
        <w:br/>
        <w:t>(Мене в цьому полі ридати&lt;br /&gt;</w:t>
        <w:br/>
        <w:t>полиште)</w:t>
      </w:r>
    </w:p>
    <w:p>
      <w:r>
        <w:br/>
        <w:t>Все розбилось у світі,&lt;br /&gt;</w:t>
        <w:br/>
        <w:t>лишилася тиша.</w:t>
      </w:r>
    </w:p>
    <w:p>
      <w:r>
        <w:br/>
        <w:t>(Мене в цьому полі ридати&lt;br /&gt;</w:t>
        <w:br/>
        <w:t>полиште)</w:t>
      </w:r>
    </w:p>
    <w:p>
      <w:r>
        <w:br/>
        <w:t>Обрій, що став без світла,&lt;br /&gt;</w:t>
        <w:br/>
        <w:t>погризли багаття.</w:t>
      </w:r>
    </w:p>
    <w:p>
      <w:r>
        <w:br/>
        <w:t>(Вже ж вам казав,&lt;br /&gt;</w:t>
        <w:br/>
        <w:t>щоб полишили&lt;br /&gt;</w:t>
        <w:br/>
        <w:t>мене ридати)</w:t>
      </w:r>
    </w:p>
    <w:p>
      <w:r>
        <w:br/>
        <w:t>НЕСПОДІВАНКА&lt;br /&gt;</w:t>
        <w:br/>
        <w:t>На вулиці мертвий лежав&lt;br /&gt;</w:t>
        <w:br/>
        <w:t>із ножем у грудях.&lt;br /&gt;</w:t>
        <w:br/>
        <w:t>Чужинця ніхто не знав.&lt;br /&gt;</w:t>
        <w:br/>
        <w:t>Як же ліхтар дрижав!&lt;br /&gt;</w:t>
        <w:br/>
        <w:t>Мамо!&lt;br /&gt;</w:t>
        <w:br/>
        <w:t>Як же дрижав ліхтарик&lt;br /&gt;</w:t>
        <w:br/>
        <w:t>на вулиці!&lt;br /&gt;</w:t>
        <w:br/>
        <w:t>Був світанок.&lt;br /&gt;</w:t>
        <w:br/>
        <w:t>Ніхто не зміг зазирнути&lt;br /&gt;</w:t>
        <w:br/>
        <w:t>в очі, до світу розплющені.&lt;br /&gt;</w:t>
        <w:br/>
        <w:t>Тож на вулиці мертвий лежав&lt;br /&gt;</w:t>
        <w:br/>
        <w:t>із ножем у грудях,&lt;br /&gt;</w:t>
        <w:br/>
        <w:t>і чужинця ніхто не знав.</w:t>
      </w:r>
    </w:p>
    <w:p>
      <w:r>
        <w:br/>
        <w:t>СОЛЕА&lt;br /&gt;</w:t>
        <w:br/>
        <w:t>Прибрана в чорні одежі,&lt;br /&gt;</w:t>
        <w:br/>
        <w:t>вважає, що світ дрібний,&lt;br /&gt;</w:t>
        <w:br/>
        <w:t>у серці плекає безмежжя.</w:t>
      </w:r>
    </w:p>
    <w:p>
      <w:r>
        <w:br/>
        <w:t>Прибрана в чорні одежі.</w:t>
      </w:r>
    </w:p>
    <w:p>
      <w:r>
        <w:br/>
        <w:t>Вважає, що шепоти ніжні,&lt;br /&gt;</w:t>
        <w:br/>
        <w:t>зітхання та зойки щезають&lt;br /&gt;</w:t>
        <w:br/>
        <w:t>у шумі швидкого вітру.</w:t>
      </w:r>
    </w:p>
    <w:p>
      <w:r>
        <w:br/>
        <w:t>В чорні одежі прибрана.</w:t>
      </w:r>
    </w:p>
    <w:p>
      <w:r>
        <w:br/>
        <w:t>На балконі розчинені двері,&lt;br /&gt;</w:t>
        <w:br/>
        <w:t>заграва через балкон&lt;br /&gt;</w:t>
        <w:br/>
        <w:t>вливає безмежне небо.</w:t>
      </w:r>
    </w:p>
    <w:p>
      <w:r>
        <w:br/>
        <w:t>Йой! Йой! Йой!&lt;br /&gt;</w:t>
        <w:br/>
        <w:t>Прибрана в чорні одежі!</w:t>
      </w:r>
    </w:p>
    <w:p>
      <w:r>
        <w:br/>
        <w:t>ПЕЧЕРА&lt;br /&gt;</w:t>
        <w:br/>
        <w:t>Із печери линуть&lt;br /&gt;</w:t>
        <w:br/>
        <w:t>довгі схлипи.</w:t>
      </w:r>
    </w:p>
    <w:p>
      <w:r>
        <w:br/>
        <w:t>(По червоному&lt;br /&gt;</w:t>
        <w:br/>
        <w:t>синім)</w:t>
      </w:r>
    </w:p>
    <w:p>
      <w:r>
        <w:br/>
        <w:t>Циган з душі вироджує&lt;br /&gt;</w:t>
        <w:br/>
        <w:t>древні країни.</w:t>
      </w:r>
    </w:p>
    <w:p>
      <w:r>
        <w:br/>
        <w:t>(Вежі високі,&lt;br /&gt;</w:t>
        <w:br/>
        <w:t>людські таїни)</w:t>
      </w:r>
    </w:p>
    <w:p>
      <w:r>
        <w:br/>
        <w:t>За співом покорченим&lt;br /&gt;</w:t>
        <w:br/>
        <w:t>блукає погляд.</w:t>
      </w:r>
    </w:p>
    <w:p>
      <w:r>
        <w:br/>
        <w:t>(По червоному&lt;br /&gt;</w:t>
        <w:br/>
        <w:t>чорним)</w:t>
      </w:r>
    </w:p>
    <w:p>
      <w:r>
        <w:br/>
        <w:t>Поблискує золото&lt;br /&gt;</w:t>
        <w:br/>
        <w:t>по печері побіленій.</w:t>
      </w:r>
    </w:p>
    <w:p>
      <w:r>
        <w:br/>
        <w:t>(По червоному&lt;br /&gt;</w:t>
        <w:br/>
        <w:t>білим)</w:t>
      </w:r>
    </w:p>
    <w:p>
      <w:r>
        <w:br/>
        <w:t>ЗУСТРІЧ&lt;br /&gt;</w:t>
        <w:br/>
        <w:t>Зустрічатися&lt;br /&gt;</w:t>
        <w:br/>
        <w:t>нам не хотілось,&lt;br /&gt;</w:t>
        <w:br/>
        <w:t>але ж, ось бачиш —&lt;br /&gt;</w:t>
        <w:br/>
        <w:t>зустрілись.&lt;br /&gt;</w:t>
        <w:br/>
        <w:t>Ти… бо ти вже знаєш,&lt;br /&gt;</w:t>
        <w:br/>
        <w:t>як я її кохаю!&lt;br /&gt;</w:t>
        <w:br/>
        <w:t>Йди собі далі.&lt;br /&gt;</w:t>
        <w:br/>
        <w:t>А я&lt;br /&gt;</w:t>
        <w:br/>
        <w:t>страждаю.&lt;br /&gt;</w:t>
        <w:br/>
        <w:t>Не знаєш, як.&lt;br /&gt;</w:t>
        <w:br/>
        <w:t>Хіба не бачиш: змарніло&lt;br /&gt;</w:t>
        <w:br/>
        <w:t>тіло моє.&lt;br /&gt;</w:t>
        <w:br/>
        <w:t>Ніколи не озирайся,&lt;br /&gt;</w:t>
        <w:br/>
        <w:t>йди собі тихо. Зі мною&lt;br /&gt;</w:t>
        <w:br/>
        <w:t>молися&lt;br /&gt;</w:t>
        <w:br/>
        <w:t>Каєтано святому,&lt;br /&gt;</w:t>
        <w:br/>
        <w:t>щоб ніколи&lt;br /&gt;</w:t>
        <w:br/>
        <w:t>нам не кортіло&lt;br /&gt;</w:t>
        <w:br/>
        <w:t>зустрітися.</w:t>
      </w:r>
    </w:p>
    <w:p>
      <w:r>
        <w:br/>
        <w:t>ЗОРЯ&lt;br /&gt;</w:t>
        <w:br/>
        <w:t>Дзвони Кордови&lt;br /&gt;</w:t>
        <w:br/>
        <w:t>вранці.&lt;br /&gt;</w:t>
        <w:br/>
        <w:t>Дзвони світанку&lt;br /&gt;</w:t>
        <w:br/>
        <w:t>в Ґранаді.&lt;br /&gt;</w:t>
        <w:br/>
        <w:t>Вас чують усі дівчатка,&lt;br /&gt;</w:t>
        <w:br/>
        <w:t>що співають жалобну,&lt;br /&gt;</w:t>
        <w:br/>
        <w:t>траурну.&lt;br /&gt;</w:t>
        <w:br/>
        <w:t>Дівчатка Андалусії,&lt;br /&gt;</w:t>
        <w:br/>
        <w:t>що співають дзвінку&lt;br /&gt;</w:t>
        <w:br/>
        <w:t>і хриплу.&lt;br /&gt;</w:t>
        <w:br/>
        <w:t>Всі дівчатка Іспанії,&lt;br /&gt;</w:t>
        <w:br/>
        <w:t>що дріботять каблучками&lt;br /&gt;</w:t>
        <w:br/>
        <w:t>на кожному розі міста,&lt;br /&gt;</w:t>
        <w:br/>
        <w:t>смикаючи спідниці,&lt;br /&gt;</w:t>
        <w:br/>
        <w:t>вибиваючи іскри.&lt;br /&gt;</w:t>
        <w:br/>
        <w:t>Ой ви, дзвони Кордови,&lt;br /&gt;</w:t>
        <w:br/>
        <w:t>ті, що вранці.&lt;br /&gt;</w:t>
        <w:br/>
        <w:t>Ой ви, дзвони світанку,&lt;br /&gt;</w:t>
        <w:br/>
        <w:t>ті, що в Ґранаді.</w:t>
      </w:r>
    </w:p>
    <w:p>
      <w:r>
        <w:br/>
        <w:t>ПОЕМА САЕТИ</w:t>
      </w:r>
    </w:p>
    <w:p>
      <w:r>
        <w:br/>
        <w:t>СТРІЛЬЦІ&lt;br /&gt;</w:t>
        <w:br/>
        <w:t>Оці чорні стрільці&lt;br /&gt;</w:t>
        <w:br/>
        <w:t>до Севільї простують.</w:t>
      </w:r>
    </w:p>
    <w:p>
      <w:r>
        <w:br/>
        <w:t>Ґвадалківір ось тут.</w:t>
      </w:r>
    </w:p>
    <w:p>
      <w:r>
        <w:br/>
        <w:t>Повільні крилаті рухи&lt;br /&gt;</w:t>
        <w:br/>
        <w:t>чорних плащів і брилів.</w:t>
      </w:r>
    </w:p>
    <w:p>
      <w:r>
        <w:br/>
        <w:t>Ґвадалківір.</w:t>
      </w:r>
    </w:p>
    <w:p>
      <w:r>
        <w:br/>
        <w:t>Ідуть із прадавніх країн&lt;br /&gt;</w:t>
        <w:br/>
        <w:t>великої скрухи.</w:t>
      </w:r>
    </w:p>
    <w:p>
      <w:r>
        <w:br/>
        <w:t>Ґвадалківір ось тут.</w:t>
      </w:r>
    </w:p>
    <w:p>
      <w:r>
        <w:br/>
        <w:t>Простують у лабіринт.&lt;br /&gt;</w:t>
        <w:br/>
        <w:t>Камінь. Любов. Кришталі.</w:t>
      </w:r>
    </w:p>
    <w:p>
      <w:r>
        <w:br/>
        <w:t>Ґвадалківір.</w:t>
      </w:r>
    </w:p>
    <w:p>
      <w:r>
        <w:br/>
        <w:t>НІЧ</w:t>
      </w:r>
    </w:p>
    <w:p>
      <w:r>
        <w:br/>
        <w:t>Каганчик і свічка,&lt;br /&gt;</w:t>
        <w:br/>
        <w:t>світляк і ліхтар.</w:t>
      </w:r>
    </w:p>
    <w:p>
      <w:r>
        <w:br/>
        <w:t>Це для саети&lt;br /&gt;</w:t>
        <w:br/>
        <w:t>сузір'я.</w:t>
      </w:r>
    </w:p>
    <w:p>
      <w:r>
        <w:br/>
        <w:t>Золотаві вікна&lt;br /&gt;</w:t>
        <w:br/>
        <w:t>тремтять,&lt;br /&gt;</w:t>
        <w:br/>
        <w:t>і на світанку тануть&lt;br /&gt;</w:t>
        <w:br/>
        <w:t>тіні хрестів.</w:t>
      </w:r>
    </w:p>
    <w:p>
      <w:r>
        <w:br/>
        <w:t>Каганчик і свічка,&lt;br /&gt;</w:t>
        <w:br/>
        <w:t>світляк і ліхтар.</w:t>
      </w:r>
    </w:p>
    <w:p>
      <w:r>
        <w:br/>
        <w:t>СЕВІЛЬЯ&lt;br /&gt;</w:t>
        <w:br/>
        <w:t>На вежі севільській&lt;br /&gt;</w:t>
        <w:br/>
        <w:t>спритні стрільці.</w:t>
      </w:r>
    </w:p>
    <w:p>
      <w:r>
        <w:br/>
        <w:t>Севілья — близна.&lt;br /&gt;</w:t>
        <w:br/>
        <w:t>Кордова — тризна.</w:t>
      </w:r>
    </w:p>
    <w:p>
      <w:r>
        <w:br/>
        <w:t>Пильнує місто&lt;br /&gt;</w:t>
        <w:br/>
        <w:t>тривалі ритми,&lt;br /&gt;</w:t>
        <w:br/>
        <w:t>заплутує їх&lt;br /&gt;</w:t>
        <w:br/>
        <w:t>у лабіринти,&lt;br /&gt;</w:t>
        <w:br/>
        <w:t>ніби&lt;br /&gt;</w:t>
        <w:br/>
        <w:t>лозу, що горить.</w:t>
      </w:r>
    </w:p>
    <w:p>
      <w:r>
        <w:br/>
        <w:t>Севілья — близна.</w:t>
      </w:r>
    </w:p>
    <w:p>
      <w:r>
        <w:br/>
        <w:t>Під луком неба,&lt;br /&gt;</w:t>
        <w:br/>
        <w:t>над лугом чистим&lt;br /&gt;</w:t>
        <w:br/>
        <w:t>летить саета,&lt;br /&gt;</w:t>
        <w:br/>
        <w:t>над рікою вистрілена.</w:t>
      </w:r>
    </w:p>
    <w:p>
      <w:r>
        <w:br/>
        <w:t>Кордова — тризна.</w:t>
      </w:r>
    </w:p>
    <w:p>
      <w:r>
        <w:br/>
        <w:t>Здурівши від обрію,&lt;br /&gt;</w:t>
        <w:br/>
        <w:t>змішала в вині&lt;br /&gt;</w:t>
        <w:br/>
        <w:t>грішне від Дона Хуана,&lt;br /&gt;</w:t>
        <w:br/>
        <w:t>довершене від Діоніса.</w:t>
      </w:r>
    </w:p>
    <w:p>
      <w:r>
        <w:br/>
        <w:t>Севілья — близна.&lt;br /&gt;</w:t>
        <w:br/>
        <w:t>Залишає Севілья близни.</w:t>
      </w:r>
    </w:p>
    <w:p>
      <w:r>
        <w:br/>
        <w:t>ПРОЦЕСІЯ&lt;br /&gt;</w:t>
        <w:br/>
        <w:t>Вуличкою йдуть&lt;br /&gt;</w:t>
        <w:br/>
        <w:t>дивні однороги.&lt;br /&gt;</w:t>
        <w:br/>
        <w:t>З якого поля, з якого лісу,&lt;br /&gt;</w:t>
        <w:br/>
        <w:t>з якої міфолоґії?&lt;br /&gt;</w:t>
        <w:br/>
        <w:t>Ближче.&lt;br /&gt;</w:t>
        <w:br/>
        <w:t>Вже схожі на астрономів.&lt;br /&gt;</w:t>
        <w:br/>
        <w:t>Мерліни фантастичні&lt;br /&gt;</w:t>
        <w:br/>
        <w:t>і Ecce Homo,&lt;br /&gt;</w:t>
        <w:br/>
        <w:t>Дурандарте зачаровані,&lt;br /&gt;</w:t>
        <w:br/>
        <w:t>Роланди роздратовані.</w:t>
      </w:r>
    </w:p>
    <w:p>
      <w:r>
        <w:br/>
        <w:t>ХОДА&lt;br /&gt;</w:t>
        <w:br/>
        <w:t>Діво в лелітках,&lt;br /&gt;</w:t>
        <w:br/>
        <w:t>на ймення Самотність,&lt;br /&gt;</w:t>
        <w:br/>
        <w:t>плинеш по місту&lt;br /&gt;</w:t>
        <w:br/>
        <w:t>тюльпаном розкритим;&lt;br /&gt;</w:t>
        <w:br/>
        <w:t>човен твій повен світла;&lt;br /&gt;</w:t>
        <w:br/>
        <w:t>мріють свічки над людьми&lt;br /&gt;</w:t>
        <w:br/>
        <w:t>і тривожні саети&lt;br /&gt;</w:t>
        <w:br/>
        <w:t>поміж зірок кришталевих.&lt;br /&gt;</w:t>
        <w:br/>
        <w:t>Діво в оздобках,&lt;br /&gt;</w:t>
        <w:br/>
        <w:t>пливеш над народом&lt;br /&gt;</w:t>
        <w:br/>
        <w:t>річкою вулиці&lt;br /&gt;</w:t>
        <w:br/>
        <w:t>в море!</w:t>
      </w:r>
    </w:p>
    <w:p>
      <w:r>
        <w:br/>
        <w:t>САЕТА&lt;br /&gt;</w:t>
        <w:br/>
        <w:t>Смаглочолий Христос іде,&lt;br /&gt;</w:t>
        <w:br/>
        <w:t>виступає&lt;br /&gt;</w:t>
        <w:br/>
        <w:t>віддати лілеї Юдеї&lt;br /&gt;</w:t>
        <w:br/>
        <w:t>заради гвоздик Іспанії.</w:t>
      </w:r>
    </w:p>
    <w:p>
      <w:r>
        <w:br/>
        <w:t>Подивіться, звідки іде!</w:t>
      </w:r>
    </w:p>
    <w:p>
      <w:r>
        <w:br/>
        <w:t>Іспанії.&lt;br /&gt;</w:t>
        <w:br/>
        <w:t>Небо чисте і темне,&lt;br /&gt;</w:t>
        <w:br/>
        <w:t>земля спалена,&lt;br /&gt;</w:t>
        <w:br/>
        <w:t>русла, що в них ледве&lt;br /&gt;</w:t>
        <w:br/>
        <w:t>суне вода оспала.&lt;br /&gt;</w:t>
        <w:br/>
        <w:t>Смагле чоло Христа,&lt;br /&gt;</w:t>
        <w:br/>
        <w:t>волосся попалене,&lt;br /&gt;</w:t>
        <w:br/>
        <w:t>щоки запали,&lt;br /&gt;</w:t>
        <w:br/>
        <w:t>вилиці виступають,&lt;br /&gt;</w:t>
        <w:br/>
        <w:t>очі білі стали,&lt;br /&gt;</w:t>
        <w:br/>
        <w:t>білі, мов білий день.</w:t>
      </w:r>
    </w:p>
    <w:p>
      <w:r>
        <w:br/>
        <w:t>Подивіться, куди іде!</w:t>
      </w:r>
    </w:p>
    <w:p>
      <w:r>
        <w:br/>
        <w:t>БАЛКОН&lt;br /&gt;</w:t>
        <w:br/>
        <w:t>Лола&lt;br /&gt;</w:t>
        <w:br/>
        <w:t>співає саети.&lt;br /&gt;</w:t>
        <w:br/>
        <w:t>Довкола&lt;br /&gt;</w:t>
        <w:br/>
        <w:t>гарненькі тореро.&lt;br /&gt;</w:t>
        <w:br/>
        <w:t>Маленький перукар&lt;br /&gt;</w:t>
        <w:br/>
        <w:t>біля дверей&lt;br /&gt;</w:t>
        <w:br/>
        <w:t>в ритмі погойдує&lt;br /&gt;</w:t>
        <w:br/>
        <w:t>головою.&lt;br /&gt;</w:t>
        <w:br/>
        <w:t>Серед&lt;br /&gt;</w:t>
        <w:br/>
        <w:t>духмяного чабрецю,&lt;br /&gt;</w:t>
        <w:br/>
        <w:t>м'яти запашної&lt;br /&gt;</w:t>
        <w:br/>
        <w:t>саети&lt;br /&gt;</w:t>
        <w:br/>
        <w:t>співає Лола.&lt;br /&gt;</w:t>
        <w:br/>
        <w:t>Це&lt;br /&gt;</w:t>
        <w:br/>
        <w:t>та сама Лола,&lt;br /&gt;</w:t>
        <w:br/>
        <w:t>що в басейн&lt;br /&gt;</w:t>
        <w:br/>
        <w:t>заглядається довго.</w:t>
      </w:r>
    </w:p>
    <w:p>
      <w:r>
        <w:br/>
        <w:t>РАНОК&lt;br /&gt;</w:t>
        <w:br/>
        <w:t>Але, але&lt;br /&gt;</w:t>
        <w:br/>
        <w:t>співці сает,&lt;br /&gt;</w:t>
        <w:br/>
        <w:t>як і кохання, — сліпі.</w:t>
      </w:r>
    </w:p>
    <w:p>
      <w:r>
        <w:br/>
        <w:t>Ніч зелену&lt;br /&gt;</w:t>
        <w:br/>
        <w:t>саети порізали&lt;br /&gt;</w:t>
        <w:br/>
        <w:t>гарячих лілей&lt;br /&gt;</w:t>
        <w:br/>
        <w:t>близнами.</w:t>
      </w:r>
    </w:p>
    <w:p>
      <w:r>
        <w:br/>
        <w:t>Кіль місяця&lt;br /&gt;</w:t>
        <w:br/>
        <w:t>хмари похмурі розбив,&lt;br /&gt;</w:t>
        <w:br/>
        <w:t>і сагайдаки цілі&lt;br /&gt;</w:t>
        <w:br/>
        <w:t>повні роси.</w:t>
      </w:r>
    </w:p>
    <w:p>
      <w:r>
        <w:br/>
        <w:t>Але ж, але&lt;br /&gt;</w:t>
        <w:br/>
        <w:t>співці сает,&lt;br /&gt;</w:t>
        <w:br/>
        <w:t>як і кохання, — сліпі.</w:t>
      </w:r>
    </w:p>
    <w:p>
      <w:r>
        <w:br/>
        <w:t>КАРБИ ПЕТЕНЕРИ</w:t>
      </w:r>
    </w:p>
    <w:p>
      <w:r>
        <w:br/>
        <w:t>ДЗВІН&lt;br /&gt;</w:t>
        <w:br/>
        <w:t>Приспів&lt;br /&gt;</w:t>
        <w:br/>
        <w:t>На жовтій вежі&lt;br /&gt;</w:t>
        <w:br/>
        <w:t>забовкав дзвін.</w:t>
      </w:r>
    </w:p>
    <w:p>
      <w:r>
        <w:br/>
        <w:t>За жовтим вітром&lt;br /&gt;</w:t>
        <w:br/>
        <w:t>зайшовся подзвін.</w:t>
      </w:r>
    </w:p>
    <w:p>
      <w:r>
        <w:br/>
        <w:t>На жовтій вежі&lt;br /&gt;</w:t>
        <w:br/>
        <w:t>замовк уже дзвін.</w:t>
      </w:r>
    </w:p>
    <w:p>
      <w:r>
        <w:br/>
        <w:t>З вітру та пороху&lt;br /&gt;</w:t>
        <w:br/>
        <w:t>робляться срібні прови.</w:t>
      </w:r>
    </w:p>
    <w:p>
      <w:r>
        <w:br/>
        <w:t>ШЛЯХ&lt;br /&gt;</w:t>
        <w:br/>
        <w:t>Сто вершників у жалобі.&lt;br /&gt;</w:t>
        <w:br/>
        <w:t>Куди вони скачуть?&lt;br /&gt;</w:t>
        <w:br/>
        <w:t>Що то за небо туди лягло?&lt;br /&gt;</w:t>
        <w:br/>
        <w:t>То сади помаранчів.&lt;br /&gt;</w:t>
        <w:br/>
        <w:t>Та ж ані Севільї, ні Кордови&lt;br /&gt;</w:t>
        <w:br/>
        <w:t>їм не побачити.&lt;br /&gt;</w:t>
        <w:br/>
        <w:t>Ані Ґранади, яка по морю&lt;br /&gt;</w:t>
        <w:br/>
        <w:t>плаче.&lt;br /&gt;</w:t>
        <w:br/>
        <w:t>А їхні коні, неначе сонні&lt;br /&gt;</w:t>
        <w:br/>
        <w:t>скачуть.&lt;br /&gt;</w:t>
        <w:br/>
        <w:t>Туди, де поміж хрестів — спів&lt;br /&gt;</w:t>
        <w:br/>
        <w:t>неначе.&lt;br /&gt;</w:t>
        <w:br/>
        <w:t>Сім зойків у горлі сіли;&lt;br /&gt;</w:t>
        <w:br/>
        <w:t>нащо&lt;br /&gt;</w:t>
        <w:br/>
        <w:t>сто вершників андалусійських&lt;br /&gt;</w:t>
        <w:br/>
        <w:t>скачуть?</w:t>
      </w:r>
    </w:p>
    <w:p>
      <w:r>
        <w:br/>
        <w:t>ШІСТЬ СТРУН&lt;br /&gt;</w:t>
        <w:br/>
        <w:t>Ґітара&lt;br /&gt;</w:t>
        <w:br/>
        <w:t>змушує плакати сни.&lt;br /&gt;</w:t>
        <w:br/>
        <w:t>Це зітхання&lt;br /&gt;</w:t>
        <w:br/>
        <w:t>заблуканих душ,&lt;br /&gt;</w:t>
        <w:br/>
        <w:t>що втікає&lt;br /&gt;</w:t>
        <w:br/>
        <w:t>з широкого рота.&lt;br /&gt;</w:t>
        <w:br/>
        <w:t>Як тарантул,&lt;br /&gt;</w:t>
        <w:br/>
        <w:t>чигає на зойки,&lt;br /&gt;</w:t>
        <w:br/>
        <w:t>сплітаючи зірку,&lt;br /&gt;</w:t>
        <w:br/>
        <w:t>щоб полювати стогони,&lt;br /&gt;</w:t>
        <w:br/>
        <w:t>що пливуть у цій діжці чорній.</w:t>
      </w:r>
    </w:p>
    <w:p>
      <w:r>
        <w:br/>
        <w:t>ТАНОК&lt;br /&gt;</w:t>
        <w:br/>
        <w:t>У саду петенери&lt;br /&gt;</w:t>
        <w:br/>
        <w:t>У ночі саду&lt;br /&gt;</w:t>
        <w:br/>
        <w:t>шість циганок&lt;br /&gt;</w:t>
        <w:br/>
        <w:t>у біле вдягнених&lt;br /&gt;</w:t>
        <w:br/>
        <w:t>водять танок.</w:t>
      </w:r>
    </w:p>
    <w:p>
      <w:r>
        <w:br/>
        <w:t>В ночі садовій,&lt;br /&gt;</w:t>
        <w:br/>
        <w:t>закороновані&lt;br /&gt;</w:t>
        <w:br/>
        <w:t>кропом, трояндами&lt;br /&gt;</w:t>
        <w:br/>
        <w:t>паперовими.</w:t>
      </w:r>
    </w:p>
    <w:p>
      <w:r>
        <w:br/>
        <w:t>В ночі садовій&lt;br /&gt;</w:t>
        <w:br/>
        <w:t>зуби перлові&lt;br /&gt;</w:t>
        <w:br/>
        <w:t>пишуть у мороку&lt;br /&gt;</w:t>
        <w:br/>
        <w:t>вогники.</w:t>
      </w:r>
    </w:p>
    <w:p>
      <w:r>
        <w:br/>
        <w:t>І в ночі садовій&lt;br /&gt;</w:t>
        <w:br/>
        <w:t>тіні стають довгі,&lt;br /&gt;</w:t>
        <w:br/>
        <w:t>і аж по небозводу&lt;br /&gt;</w:t>
        <w:br/>
        <w:t>ходять.</w:t>
      </w:r>
    </w:p>
    <w:p>
      <w:r>
        <w:br/>
        <w:t>СМЕРТЬ ПЕТЕНЕРИ&lt;br /&gt;</w:t>
        <w:br/>
        <w:t>В білім дімку вмирає&lt;br /&gt;</w:t>
        <w:br/>
        <w:t>Згуба чоловіків.</w:t>
      </w:r>
    </w:p>
    <w:p>
      <w:r>
        <w:br/>
        <w:t>Сто коників дивограють.&lt;br /&gt;</w:t>
        <w:br/>
        <w:t>Їхні вершники мертві.</w:t>
      </w:r>
    </w:p>
    <w:p>
      <w:r>
        <w:br/>
        <w:t>У стумному мерехтінні&lt;br /&gt;</w:t>
        <w:br/>
        <w:t>Непевних теплих вогнів&lt;br /&gt;</w:t>
        <w:br/>
        <w:t>Мінливо тремтить муар,&lt;br /&gt;</w:t>
        <w:br/>
        <w:t>Що бронзові стегна вкриває.</w:t>
      </w:r>
    </w:p>
    <w:p>
      <w:r>
        <w:br/>
        <w:t>Сто коників дивограють.&lt;br /&gt;</w:t>
        <w:br/>
        <w:t>Їхні вершники мертві.</w:t>
      </w:r>
    </w:p>
    <w:p>
      <w:r>
        <w:br/>
        <w:t>Стоять удовжені тіні,&lt;br /&gt;</w:t>
        <w:br/>
        <w:t>Там, де тривожний обрій,&lt;br /&gt;</w:t>
        <w:br/>
        <w:t>І тремний бурдон ґітари&lt;br /&gt;</w:t>
        <w:br/>
        <w:t>Урвався.</w:t>
      </w:r>
    </w:p>
    <w:p>
      <w:r>
        <w:br/>
        <w:t>Сто коників дивограють.&lt;br /&gt;</w:t>
        <w:br/>
        <w:t>Їхні вершники мертві.</w:t>
      </w:r>
    </w:p>
    <w:p>
      <w:r>
        <w:br/>
        <w:t>ПРИГРАВКА&lt;br /&gt;</w:t>
        <w:br/>
        <w:t>Ой, петенеро циганська!&lt;br /&gt;</w:t>
        <w:br/>
        <w:t>Нема, петенеро,&lt;br /&gt;</w:t>
        <w:br/>
        <w:t>на похованні твоєму&lt;br /&gt;</w:t>
        <w:br/>
        <w:t>дівчаточок чемних,&lt;br /&gt;</w:t>
        <w:br/>
        <w:t>що свої кучері пишні&lt;br /&gt;</w:t>
        <w:br/>
        <w:t>Христу дарували,&lt;br /&gt;</w:t>
        <w:br/>
        <w:t>що, поміж люди ходивши,&lt;br /&gt;</w:t>
        <w:br/>
        <w:t>біле вдягали.&lt;br /&gt;</w:t>
        <w:br/>
        <w:t>Йде за труною твоєю&lt;br /&gt;</w:t>
        <w:br/>
        <w:t>люд весь пропащий,&lt;br /&gt;</w:t>
        <w:br/>
        <w:t>що йому в голову серце&lt;br /&gt;</w:t>
        <w:br/>
        <w:t>стриба та скаче.&lt;br /&gt;</w:t>
        <w:br/>
        <w:t>Йде ця юрба та плаче,&lt;br /&gt;</w:t>
        <w:br/>
        <w:t>по вуличках темних.&lt;br /&gt;</w:t>
        <w:br/>
        <w:t>Ой, петенеро циганська!&lt;br /&gt;</w:t>
        <w:br/>
        <w:t>Ой, петенеро!</w:t>
      </w:r>
    </w:p>
    <w:p>
      <w:r>
        <w:br/>
        <w:t>DE PROFUNDIS&lt;br /&gt;</w:t>
        <w:br/>
        <w:t>Заснули сто закоханих&lt;br /&gt;</w:t>
        <w:br/>
        <w:t>назавжди, не до світу,&lt;br /&gt;</w:t>
        <w:br/>
        <w:t>в землі сухій і збитій.&lt;br /&gt;</w:t>
        <w:br/>
        <w:t>В Андалусії довгі&lt;br /&gt;</w:t>
        <w:br/>
        <w:t>руді дороги биті.&lt;br /&gt;</w:t>
        <w:br/>
        <w:t>Хрести стоять у Кордові,&lt;br /&gt;</w:t>
        <w:br/>
        <w:t>де зелено оливами.&lt;br /&gt;</w:t>
        <w:br/>
        <w:t>Хрести стоять на спомин&lt;br /&gt;</w:t>
        <w:br/>
        <w:t>про сто оцих закоханих,&lt;br /&gt;</w:t>
        <w:br/>
        <w:t>що в цій сухій землі.</w:t>
      </w:r>
    </w:p>
    <w:p>
      <w:r>
        <w:br/>
        <w:t>ПЛАЧ&lt;br /&gt;</w:t>
        <w:br/>
        <w:t>На жовтих вежах забовкали дзвони.&lt;br /&gt;</w:t>
        <w:br/>
        <w:t>Залунали за жовтим вітром.</w:t>
      </w:r>
    </w:p>
    <w:p>
      <w:r>
        <w:br/>
        <w:t>У віночку зів'ялих лілій&lt;br /&gt;</w:t>
        <w:br/>
        <w:t>Дибає смерть.&lt;br /&gt;</w:t>
        <w:br/>
        <w:t>Скрипка її біла&lt;br /&gt;</w:t>
        <w:br/>
        <w:t>Скиглить,&lt;br /&gt;</w:t>
        <w:br/>
        <w:t>Скиглить,&lt;br /&gt;</w:t>
        <w:br/>
        <w:t>Скиглить.</w:t>
      </w:r>
    </w:p>
    <w:p>
      <w:r>
        <w:br/>
        <w:t>На жовтих вежах замовкли дзвони.</w:t>
      </w:r>
    </w:p>
    <w:p>
      <w:r>
        <w:br/>
        <w:t>З вітру та пороху&lt;br /&gt;</w:t>
        <w:br/>
        <w:t>робляться срібні прови.</w:t>
      </w:r>
    </w:p>
    <w:p>
      <w:r>
        <w:br/>
        <w:t>ДВІ ДІВЧИНИ</w:t>
      </w:r>
    </w:p>
    <w:p>
      <w:r>
        <w:br/>
        <w:t>ЛОЛА&lt;br /&gt;</w:t>
        <w:br/>
        <w:t>Прала під помаранчем&lt;br /&gt;</w:t>
        <w:br/>
        <w:t>білі бавовняні льолі,&lt;br /&gt;</w:t>
        <w:br/>
        <w:t>мала зелені очі&lt;br /&gt;</w:t>
        <w:br/>
        <w:t>і волошковий голос.</w:t>
      </w:r>
    </w:p>
    <w:p>
      <w:r>
        <w:br/>
        <w:t>Ой, кохання,&lt;br /&gt;</w:t>
        <w:br/>
        <w:t>квітка впала!</w:t>
      </w:r>
    </w:p>
    <w:p>
      <w:r>
        <w:br/>
        <w:t>Вода в потоці плинула,&lt;br /&gt;</w:t>
        <w:br/>
        <w:t>повна ясного сонця,&lt;br /&gt;</w:t>
        <w:br/>
        <w:t>линув із-поміж олив&lt;br /&gt;</w:t>
        <w:br/>
        <w:t>веселий спів горобця.</w:t>
      </w:r>
    </w:p>
    <w:p>
      <w:r>
        <w:br/>
        <w:t>Ой, кохання,&lt;br /&gt;</w:t>
        <w:br/>
        <w:t>квітка впала!</w:t>
      </w:r>
    </w:p>
    <w:p>
      <w:r>
        <w:br/>
        <w:t>Але, коли вже Лола&lt;br /&gt;</w:t>
        <w:br/>
        <w:t>змилила мило в льолі,&lt;br /&gt;</w:t>
        <w:br/>
        <w:t>до неї тореро прийшли.</w:t>
      </w:r>
    </w:p>
    <w:p>
      <w:r>
        <w:br/>
        <w:t>Ой, кохання,&lt;br /&gt;</w:t>
        <w:br/>
        <w:t>квітка впала!</w:t>
      </w:r>
    </w:p>
    <w:p>
      <w:r>
        <w:br/>
        <w:t>НАДІЯ*&lt;br /&gt;</w:t>
        <w:br/>
        <w:t>* В ориґіналі "Amparo", тобто "притулок"(Прим. перекл.)&lt;br /&gt;</w:t>
        <w:br/>
        <w:t>Надіє,&lt;br /&gt;</w:t>
        <w:br/>
        <w:t>яка ти самотня вдома,&lt;br /&gt;</w:t>
        <w:br/>
        <w:t>Вдягнена в біле!</w:t>
      </w:r>
    </w:p>
    <w:p>
      <w:r>
        <w:br/>
        <w:t>(Екватор, той що між нардом&lt;br /&gt;</w:t>
        <w:br/>
        <w:t>і жасмином)</w:t>
      </w:r>
    </w:p>
    <w:p>
      <w:r>
        <w:br/>
        <w:t>Чуєш із твого двору&lt;br /&gt;</w:t>
        <w:br/>
        <w:t>джерельця чарівний шемріт,&lt;br /&gt;</w:t>
        <w:br/>
        <w:t>і ледве співа канарок&lt;br /&gt;</w:t>
        <w:br/>
        <w:t>жовтенький.</w:t>
      </w:r>
    </w:p>
    <w:p>
      <w:r>
        <w:br/>
        <w:t>Дивися: тремтять кипариси,&lt;br /&gt;</w:t>
        <w:br/>
        <w:t>вечірнім птаством обвішані;&lt;br /&gt;</w:t>
        <w:br/>
        <w:t>а ти сидиш, вишиваєш&lt;br /&gt;</w:t>
        <w:br/>
        <w:t>по літері літеру.</w:t>
      </w:r>
    </w:p>
    <w:p>
      <w:r>
        <w:br/>
        <w:t>Надіє,&lt;br /&gt;</w:t>
        <w:br/>
        <w:t>яка ти самотня вдома,&lt;br /&gt;</w:t>
        <w:br/>
        <w:t>вдягнена в біле!&lt;br /&gt;</w:t>
        <w:br/>
        <w:t>Тобі&lt;br /&gt;</w:t>
        <w:br/>
        <w:t>"Кохаю!" не скаже ніхто,&lt;br /&gt;</w:t>
        <w:br/>
        <w:t>бо не вміє.</w:t>
      </w:r>
    </w:p>
    <w:p>
      <w:r>
        <w:br/>
        <w:t>ФЛАМЕНКОВІ ОБРАЗКИ&lt;br /&gt;</w:t>
        <w:br/>
        <w:t>Мануелю Торресу, "Сину Хересу",&lt;br /&gt;</w:t>
        <w:br/>
        <w:t>що личить на фараона.</w:t>
      </w:r>
    </w:p>
    <w:p>
      <w:r>
        <w:br/>
        <w:t>ПОРТРЕТ СИЛЬВЕРІО ФАЛЬКОНЕТТІ&lt;br /&gt;</w:t>
        <w:br/>
        <w:t>Між італійською&lt;br /&gt;</w:t>
        <w:br/>
        <w:t>та фламенко —&lt;br /&gt;</w:t>
        <w:br/>
        <w:t>як йому співалося,&lt;br /&gt;</w:t>
        <w:br/>
        <w:t>тому Сильверіо?&lt;br /&gt;</w:t>
        <w:br/>
        <w:t>Густий мед Італії&lt;br /&gt;</w:t>
        <w:br/>
        <w:t>з нашими цитринами&lt;br /&gt;</w:t>
        <w:br/>
        <w:t>на саме дно лягали&lt;br /&gt;</w:t>
        <w:br/>
        <w:t>його сиґірильї.&lt;br /&gt;</w:t>
        <w:br/>
        <w:t>Крик його був страшний.&lt;br /&gt;</w:t>
        <w:br/>
        <w:t>Говорили старі, що&lt;br /&gt;</w:t>
        <w:br/>
        <w:t>волосся ворушилося&lt;br /&gt;</w:t>
        <w:br/>
        <w:t>на голові,&lt;br /&gt;</w:t>
        <w:br/>
        <w:t>і ртуть виступала&lt;br /&gt;</w:t>
        <w:br/>
        <w:t>з дзеркал.&lt;br /&gt;</w:t>
        <w:br/>
        <w:t>Тон по тону повзав —&lt;br /&gt;</w:t>
        <w:br/>
        <w:t>не рвав.&lt;br /&gt;</w:t>
        <w:br/>
        <w:t>Він був садівник&lt;br /&gt;</w:t>
        <w:br/>
        <w:t>і господар саду.&lt;br /&gt;</w:t>
        <w:br/>
        <w:t>Він будував для тиші&lt;br /&gt;</w:t>
        <w:br/>
        <w:t>тисячі альтанок.&lt;br /&gt;</w:t>
        <w:br/>
        <w:t>Нині ж його мотив&lt;br /&gt;</w:t>
        <w:br/>
        <w:t>спить разом із лунами.&lt;br /&gt;</w:t>
        <w:br/>
        <w:t>Непоборний і чистий.&lt;br /&gt;</w:t>
        <w:br/>
        <w:t>З останніми лунами!</w:t>
      </w:r>
    </w:p>
    <w:p>
      <w:r>
        <w:br/>
        <w:t>ХУАН БРЕВА&lt;br /&gt;</w:t>
        <w:br/>
        <w:t>Хуан Брева тіло&lt;br /&gt;</w:t>
        <w:br/>
        <w:t>мав велетенське&lt;br /&gt;</w:t>
        <w:br/>
        <w:t>і голос дівчини.&lt;br /&gt;</w:t>
        <w:br/>
        <w:t>Ніщо, як його спів.&lt;br /&gt;</w:t>
        <w:br/>
        <w:t>Той самий біль&lt;br /&gt;</w:t>
        <w:br/>
        <w:t>усміхнений.&lt;br /&gt;</w:t>
        <w:br/>
        <w:t>Голоси цитрин&lt;br /&gt;</w:t>
        <w:br/>
        <w:t>будив у Малазі сонній,&lt;br /&gt;</w:t>
        <w:br/>
        <w:t>а плач його мав смак&lt;br /&gt;</w:t>
        <w:br/>
        <w:t>морської солі.&lt;br /&gt;</w:t>
        <w:br/>
        <w:t>Як і Гомер, співав&lt;br /&gt;</w:t>
        <w:br/>
        <w:t>наосліп. А в голосі&lt;br /&gt;</w:t>
        <w:br/>
        <w:t>щось ніби море вночі&lt;br /&gt;</w:t>
        <w:br/>
        <w:t>і чавлені помаранчі.</w:t>
      </w:r>
    </w:p>
    <w:p>
      <w:r>
        <w:br/>
        <w:t>КАФЕ КАНТАНТЕ&lt;br /&gt;</w:t>
        <w:br/>
        <w:t>Скляні ліхтарі&lt;br /&gt;</w:t>
        <w:br/>
        <w:t>та люстра зелені.</w:t>
      </w:r>
    </w:p>
    <w:p>
      <w:r>
        <w:br/>
        <w:t>На тьмяному кОні&lt;br /&gt;</w:t>
        <w:br/>
        <w:t>Паррала зі смертю&lt;br /&gt;</w:t>
        <w:br/>
        <w:t>веде перемови.&lt;br /&gt;</w:t>
        <w:br/>
        <w:t>Пломінь&lt;br /&gt;</w:t>
        <w:br/>
        <w:t>не йде.&lt;br /&gt;</w:t>
        <w:br/>
        <w:t>Заклика його знову.&lt;br /&gt;</w:t>
        <w:br/>
        <w:t>Люди довкола&lt;br /&gt;</w:t>
        <w:br/>
        <w:t>вдихають зойки.&lt;br /&gt;</w:t>
        <w:br/>
        <w:t>У дзеркалах зелених&lt;br /&gt;</w:t>
        <w:br/>
        <w:t>довгі хвости шовкові&lt;br /&gt;</w:t>
        <w:br/>
        <w:t>ходять.</w:t>
      </w:r>
    </w:p>
    <w:p>
      <w:r>
        <w:br/>
        <w:t>СМЕРТНИЙ ЛЕМЕНТ&lt;br /&gt;</w:t>
        <w:br/>
        <w:t>На чорному небі&lt;br /&gt;</w:t>
        <w:br/>
        <w:t>жовті гадючки.</w:t>
      </w:r>
    </w:p>
    <w:p>
      <w:r>
        <w:br/>
        <w:t>Я з очима в цей світ прийшов,&lt;br /&gt;</w:t>
        <w:br/>
        <w:t>а без них піду.&lt;br /&gt;</w:t>
        <w:br/>
        <w:t>Пане найбільшого болю!&lt;br /&gt;</w:t>
        <w:br/>
        <w:t>А потім —&lt;br /&gt;</w:t>
        <w:br/>
        <w:t>свічка й опона&lt;br /&gt;</w:t>
        <w:br/>
        <w:t>долі.</w:t>
      </w:r>
    </w:p>
    <w:p>
      <w:r>
        <w:br/>
        <w:t>Хотів був піти, куди&lt;br /&gt;</w:t>
        <w:br/>
        <w:t>приходять добрі.&lt;br /&gt;</w:t>
        <w:br/>
        <w:t>Я прийшов туди, Боже!&lt;br /&gt;</w:t>
        <w:br/>
        <w:t>Та потім —&lt;br /&gt;</w:t>
        <w:br/>
        <w:t>свічка й опона&lt;br /&gt;</w:t>
        <w:br/>
        <w:t>долі.</w:t>
      </w:r>
    </w:p>
    <w:p>
      <w:r>
        <w:br/>
        <w:t>Жовтий лимон,&lt;br /&gt;</w:t>
        <w:br/>
        <w:t>дерево.&lt;br /&gt;</w:t>
        <w:br/>
        <w:t>Кидайте лимони&lt;br /&gt;</w:t>
        <w:br/>
        <w:t>вітру.&lt;br /&gt;</w:t>
        <w:br/>
        <w:t>Знаєте що? Потім —&lt;br /&gt;</w:t>
        <w:br/>
        <w:t>свічка й опона&lt;br /&gt;</w:t>
        <w:br/>
        <w:t>долі.</w:t>
      </w:r>
    </w:p>
    <w:p>
      <w:r>
        <w:br/>
        <w:t>На чорному небі&lt;br /&gt;</w:t>
        <w:br/>
        <w:t>гадючки жовті.</w:t>
      </w:r>
    </w:p>
    <w:p>
      <w:r>
        <w:br/>
        <w:t>ВОРОЖБА&lt;br /&gt;</w:t>
        <w:br/>
        <w:t>Судомно рука,&lt;br /&gt;</w:t>
        <w:br/>
        <w:t>немовби медуза&lt;br /&gt;</w:t>
        <w:br/>
        <w:t>сліпить око болюче&lt;br /&gt;</w:t>
        <w:br/>
        <w:t>лампади.</w:t>
      </w:r>
    </w:p>
    <w:p>
      <w:r>
        <w:br/>
        <w:t>Ножиці й туз —&lt;br /&gt;</w:t>
        <w:br/>
        <w:t>усе це хрести.</w:t>
      </w:r>
    </w:p>
    <w:p>
      <w:r>
        <w:br/>
        <w:t>Над білим димом&lt;br /&gt;</w:t>
        <w:br/>
        <w:t>ладану нібито&lt;br /&gt;</w:t>
        <w:br/>
        <w:t>кріт невидющий&lt;br /&gt;</w:t>
        <w:br/>
        <w:t>і нерішучий метелик.</w:t>
      </w:r>
    </w:p>
    <w:p>
      <w:r>
        <w:br/>
        <w:t>Ножиці й туз —&lt;br /&gt;</w:t>
        <w:br/>
        <w:t>усе це хрести.</w:t>
      </w:r>
    </w:p>
    <w:p>
      <w:r>
        <w:br/>
        <w:t>Тисне серце&lt;br /&gt;</w:t>
        <w:br/>
        <w:t>невидиме. Бачите?&lt;br /&gt;</w:t>
        <w:br/>
        <w:t>Серце&lt;br /&gt;</w:t>
        <w:br/>
        <w:t>відбилось у вітрі.</w:t>
      </w:r>
    </w:p>
    <w:p>
      <w:r>
        <w:br/>
        <w:t>Ножиці й туз —&lt;br /&gt;</w:t>
        <w:br/>
        <w:t>усе це хрести.</w:t>
      </w:r>
    </w:p>
    <w:p>
      <w:r>
        <w:br/>
        <w:t>MEMENTO&lt;br /&gt;</w:t>
        <w:br/>
        <w:t>Коли я помру,&lt;br /&gt;</w:t>
        <w:br/>
        <w:t>поховайте мене з ґітарою&lt;br /&gt;</w:t>
        <w:br/>
        <w:t>у піску.</w:t>
      </w:r>
    </w:p>
    <w:p>
      <w:r>
        <w:br/>
        <w:t>Коли я помру,&lt;br /&gt;</w:t>
        <w:br/>
        <w:t>покладіть мене серед дерев,&lt;br /&gt;</w:t>
        <w:br/>
        <w:t>у траву.</w:t>
      </w:r>
    </w:p>
    <w:p>
      <w:r>
        <w:br/>
        <w:t>Коли я помру,&lt;br /&gt;</w:t>
        <w:br/>
        <w:t>почепіть прапорцем тріпотіти&lt;br /&gt;</w:t>
        <w:br/>
        <w:t>на даху.</w:t>
      </w:r>
    </w:p>
    <w:p>
      <w:r>
        <w:br/>
        <w:t>Коли я помру.</w:t>
      </w:r>
    </w:p>
    <w:p>
      <w:r>
        <w:br/>
        <w:t>ТРИ МІСТА</w:t>
      </w:r>
    </w:p>
    <w:p>
      <w:r>
        <w:br/>
        <w:t>МАЛАҐЕНЬЯ&lt;br /&gt;</w:t>
        <w:br/>
        <w:t>Смерть&lt;br /&gt;</w:t>
        <w:br/>
        <w:t>смикає двері&lt;br /&gt;</w:t>
        <w:br/>
        <w:t>таверни.</w:t>
      </w:r>
    </w:p>
    <w:p>
      <w:r>
        <w:br/>
        <w:t>Люди непевні,&lt;br /&gt;</w:t>
        <w:br/>
        <w:t>чорні коні&lt;br /&gt;</w:t>
        <w:br/>
        <w:t>шляхами ґітари&lt;br /&gt;</w:t>
        <w:br/>
        <w:t>ходять.</w:t>
      </w:r>
    </w:p>
    <w:p>
      <w:r>
        <w:br/>
        <w:t>Нарди при морі&lt;br /&gt;</w:t>
        <w:br/>
        <w:t>жіночою кров'ю&lt;br /&gt;</w:t>
        <w:br/>
        <w:t>і чимось солоним&lt;br /&gt;</w:t>
        <w:br/>
        <w:t>пахнуть.</w:t>
      </w:r>
    </w:p>
    <w:p>
      <w:r>
        <w:br/>
        <w:t>Смерть&lt;br /&gt;</w:t>
        <w:br/>
        <w:t>вийде й поверне.&lt;br /&gt;</w:t>
        <w:br/>
        <w:t>Смерть&lt;br /&gt;</w:t>
        <w:br/>
        <w:t>із таверни.</w:t>
      </w:r>
    </w:p>
    <w:p>
      <w:r>
        <w:br/>
        <w:t>КОРДОВСЬКИЙ КВАРТАЛ&lt;br /&gt;</w:t>
        <w:br/>
        <w:t>Нічний закуток&lt;br /&gt;</w:t>
        <w:br/>
        <w:t>Ховаються в дім&lt;br /&gt;</w:t>
        <w:br/>
        <w:t>від зір.&lt;br /&gt;</w:t>
        <w:br/>
        <w:t>Валиться ніч.&lt;br /&gt;</w:t>
        <w:br/>
        <w:t>Всередині мертва дівчинка&lt;br /&gt;</w:t>
        <w:br/>
        <w:t>ховає червону квітку&lt;br /&gt;</w:t>
        <w:br/>
        <w:t>в чорній косі.&lt;br /&gt;</w:t>
        <w:br/>
        <w:t>Голосіння шести солов'їв,&lt;br /&gt;</w:t>
        <w:br/>
        <w:t>що на решітку сіли.</w:t>
      </w:r>
    </w:p>
    <w:p>
      <w:r>
        <w:br/>
        <w:t>В домі зітхають усі.&lt;br /&gt;</w:t>
        <w:br/>
        <w:t>Ґітара висить.</w:t>
      </w:r>
    </w:p>
    <w:p>
      <w:r>
        <w:br/>
        <w:t>ТАНОК&lt;br /&gt;</w:t>
        <w:br/>
        <w:t>Кармен усе танцює&lt;br /&gt;</w:t>
        <w:br/>
        <w:t>по вулицях у Севільї.&lt;br /&gt;</w:t>
        <w:br/>
        <w:t>Блиском беруться зіниці.&lt;br /&gt;</w:t>
        <w:br/>
        <w:t>Коси у Кармен білі.</w:t>
      </w:r>
    </w:p>
    <w:p>
      <w:r>
        <w:br/>
        <w:t>Дівчата,&lt;br /&gt;</w:t>
        <w:br/>
        <w:t>мовчіть!</w:t>
      </w:r>
    </w:p>
    <w:p>
      <w:r>
        <w:br/>
        <w:t>Жовта гадюка звилась&lt;br /&gt;</w:t>
        <w:br/>
        <w:t>на Кармениній голові.&lt;br /&gt;</w:t>
        <w:br/>
        <w:t>Танцюючи, Кармен марить&lt;br /&gt;</w:t>
        <w:br/>
        <w:t>кавалерами, що були.</w:t>
      </w:r>
    </w:p>
    <w:p>
      <w:r>
        <w:br/>
        <w:t>Дівчата,&lt;br /&gt;</w:t>
        <w:br/>
        <w:t>мовчіть!</w:t>
      </w:r>
    </w:p>
    <w:p>
      <w:r>
        <w:br/>
        <w:t>Всі вулиці спорожніли,&lt;br /&gt;</w:t>
        <w:br/>
        <w:t>та чути глухе биття:&lt;br /&gt;</w:t>
        <w:br/>
        <w:t>то щепи старої шукають&lt;br /&gt;</w:t>
        <w:br/>
        <w:t>андалусійські серця.</w:t>
      </w:r>
    </w:p>
    <w:p>
      <w:r>
        <w:br/>
        <w:t>Мовчіть же,&lt;br /&gt;</w:t>
        <w:br/>
        <w:t>дівчата!</w:t>
      </w:r>
    </w:p>
    <w:p>
      <w:r>
        <w:br/>
        <w:t>ШІСТЬ КАПРИЧЧІВ</w:t>
      </w:r>
    </w:p>
    <w:p>
      <w:r>
        <w:br/>
        <w:t>ЗАГАДКА ПРО ҐІТАРУ</w:t>
      </w:r>
    </w:p>
    <w:p>
      <w:r>
        <w:br/>
        <w:t>На тих шляхах,&lt;br /&gt;</w:t>
        <w:br/>
        <w:t>що схрестились у колі,&lt;br /&gt;</w:t>
        <w:br/>
        <w:t>шести шляхтянок&lt;br /&gt;</w:t>
        <w:br/>
        <w:t>танечні скоки.&lt;br /&gt;</w:t>
        <w:br/>
        <w:t>Трьох щиро срібних&lt;br /&gt;</w:t>
        <w:br/>
        <w:t>і трьох, що м'язи з кров'ю.&lt;br /&gt;</w:t>
        <w:br/>
        <w:t>Їх шукають вчорашні сни,&lt;br /&gt;</w:t>
        <w:br/>
        <w:t>та тримає в руках&lt;br /&gt;</w:t>
        <w:br/>
        <w:t>той Поліфем, що з золота.&lt;br /&gt;</w:t>
        <w:br/>
        <w:t>Ґітара!</w:t>
      </w:r>
    </w:p>
    <w:p>
      <w:r>
        <w:br/>
        <w:t>СВІЧКА&lt;br /&gt;</w:t>
        <w:br/>
        <w:t>Ой, як тяжко замислене&lt;br /&gt;</w:t>
        <w:br/>
        <w:t>полум'я свічки!</w:t>
      </w:r>
    </w:p>
    <w:p>
      <w:r>
        <w:br/>
        <w:t>Як індійський факір&lt;br /&gt;</w:t>
        <w:br/>
        <w:t>зазирає в золото нутрощів&lt;br /&gt;</w:t>
        <w:br/>
        <w:t>і щезає, мріючи,&lt;br /&gt;</w:t>
        <w:br/>
        <w:t>в повітрі без вітру.</w:t>
      </w:r>
    </w:p>
    <w:p>
      <w:r>
        <w:br/>
        <w:t>Лелека розпалений&lt;br /&gt;</w:t>
        <w:br/>
        <w:t>тіні густі клює&lt;br /&gt;</w:t>
        <w:br/>
        <w:t>зі свойого гнізда&lt;br /&gt;</w:t>
        <w:br/>
        <w:t>і, тремтючи, ввижається&lt;br /&gt;</w:t>
        <w:br/>
        <w:t>мертвому циганчуку&lt;br /&gt;</w:t>
        <w:br/>
        <w:t>в його круглих очах.</w:t>
      </w:r>
    </w:p>
    <w:p>
      <w:r>
        <w:br/>
        <w:t>КАСТАНЬЄТА&lt;br /&gt;</w:t>
        <w:br/>
        <w:t>Кастаньєто!&lt;br /&gt;</w:t>
        <w:br/>
        <w:t>Кастаньєто!&lt;br /&gt;</w:t>
        <w:br/>
        <w:t>Кастаньєто!&lt;br /&gt;</w:t>
        <w:br/>
        <w:t>Жук лункий.</w:t>
      </w:r>
    </w:p>
    <w:p>
      <w:r>
        <w:br/>
        <w:t>У павутинні руки&lt;br /&gt;</w:t>
        <w:br/>
        <w:t>пружиш повітря&lt;br /&gt;</w:t>
        <w:br/>
        <w:t>гаряче,&lt;br /&gt;</w:t>
        <w:br/>
        <w:t>задихається голос тремкий&lt;br /&gt;</w:t>
        <w:br/>
        <w:t>дерев'яний.</w:t>
      </w:r>
    </w:p>
    <w:p>
      <w:r>
        <w:br/>
        <w:t>Кастаньєто!&lt;br /&gt;</w:t>
        <w:br/>
        <w:t>Кастаньєто!&lt;br /&gt;</w:t>
        <w:br/>
        <w:t>Кастаньєто!&lt;br /&gt;</w:t>
        <w:br/>
        <w:t>Жук лункий.</w:t>
      </w:r>
    </w:p>
    <w:p>
      <w:r>
        <w:br/>
        <w:t>КАКТУС ЧУМБЕРА&lt;br /&gt;</w:t>
        <w:br/>
        <w:t>Лаокооне дикий.</w:t>
      </w:r>
    </w:p>
    <w:p>
      <w:r>
        <w:br/>
        <w:t>Який ти гарний, коли&lt;br /&gt;</w:t>
        <w:br/>
        <w:t>місяць у половині!</w:t>
      </w:r>
    </w:p>
    <w:p>
      <w:r>
        <w:br/>
        <w:t>Багаторукий гравцю.</w:t>
      </w:r>
    </w:p>
    <w:p>
      <w:r>
        <w:br/>
        <w:t>Який ти гарний, коли&lt;br /&gt;</w:t>
        <w:br/>
        <w:t>загрожуєш вітру!</w:t>
      </w:r>
    </w:p>
    <w:p>
      <w:r>
        <w:br/>
        <w:t>Знають Атіс і Дафна&lt;br /&gt;</w:t>
        <w:br/>
        <w:t>твій біль&lt;br /&gt;</w:t>
        <w:br/>
        <w:t>незглибимий.</w:t>
      </w:r>
    </w:p>
    <w:p>
      <w:r>
        <w:br/>
        <w:t>АҐАВА&lt;br /&gt;</w:t>
        <w:br/>
        <w:t>Скаменілий спруте.</w:t>
      </w:r>
    </w:p>
    <w:p>
      <w:r>
        <w:br/>
        <w:t>Ти впускаєш ці сірі пальці&lt;br /&gt;</w:t>
        <w:br/>
        <w:t>в гірські черева,&lt;br /&gt;</w:t>
        <w:br/>
        <w:t>розриваючи цілі скелі&lt;br /&gt;</w:t>
        <w:br/>
        <w:t>шпарами.</w:t>
      </w:r>
    </w:p>
    <w:p>
      <w:r>
        <w:br/>
        <w:t>Скаменілий спруте.</w:t>
      </w:r>
    </w:p>
    <w:p>
      <w:r>
        <w:br/>
        <w:t>ХРЕСТ&lt;br /&gt;</w:t>
        <w:br/>
        <w:t>Хрест.&lt;br /&gt;</w:t>
        <w:br/>
        <w:t>(Тут&lt;br /&gt;</w:t>
        <w:br/>
        <w:t>кінчається шлях)</w:t>
      </w:r>
    </w:p>
    <w:p>
      <w:r>
        <w:br/>
        <w:t>Зазирає в воду каналу&lt;br /&gt;</w:t>
        <w:br/>
        <w:t>(Тут&lt;br /&gt;</w:t>
        <w:br/>
        <w:t>три крапки)</w:t>
      </w:r>
    </w:p>
    <w:p>
      <w:r>
        <w:br/>
        <w:t>ПРИГОДА ЛЕЙТЕНАНТ-ПОЛКОВНИКА ЦИВІЛЬНОЇ ҐВАРДІЇ</w:t>
      </w:r>
    </w:p>
    <w:p>
      <w:r>
        <w:br/>
        <w:t>У ЗНАМЕНОВІЙ КІМНАТІ&lt;br /&gt;</w:t>
        <w:br/>
        <w:t>Лейтенант-полковник. Я лейтенант-полковник цивільної ґвардії.&lt;br /&gt;</w:t>
        <w:br/>
        <w:t>Сержант. Так.&lt;br /&gt;</w:t>
        <w:br/>
        <w:t>Л.-п. Ніхто не скаже, що ні.&lt;br /&gt;</w:t>
        <w:br/>
        <w:t>С. Ні.&lt;br /&gt;</w:t>
        <w:br/>
        <w:t>Л.-п. Маю три зірки та двадцять хрестів.&lt;br /&gt;</w:t>
        <w:br/>
        <w:t>С. Так.&lt;br /&gt;</w:t>
        <w:br/>
        <w:t>Л.-п. Сам арцибіскуп мене вітає, з усіма його відзнаками.&lt;br /&gt;</w:t>
        <w:br/>
        <w:t>С. Так.&lt;br /&gt;</w:t>
        <w:br/>
        <w:t>Л.-п. Я лейтенант. Я лейтенант. Я лейтенант. Я лейтенант-полковник цивільної ґвардії.</w:t>
      </w:r>
    </w:p>
    <w:p>
      <w:r>
        <w:br/>
        <w:t>(Ромео та Джульєтта, в білім, блакиті й золоті, кохаються в тютюновім садку сиґарної скриньки. Вояк голубить цівку рушниці, повну підводного мороку. Далекий голос)</w:t>
      </w:r>
    </w:p>
    <w:p>
      <w:r>
        <w:br/>
        <w:t>Місяць, місяць, місяць&lt;br /&gt;</w:t>
        <w:br/>
        <w:t>на цю пору оливну&lt;br /&gt;</w:t>
        <w:br/>
        <w:t>над Касорлою вийшов,&lt;br /&gt;</w:t>
        <w:br/>
        <w:t>над Бенамехі не зійде.</w:t>
      </w:r>
    </w:p>
    <w:p>
      <w:r>
        <w:br/>
        <w:t>Місяць, місяць, місяць.&lt;br /&gt;</w:t>
        <w:br/>
        <w:t>Кукурікає півень.&lt;br /&gt;</w:t>
        <w:br/>
        <w:t>Дівчатка, алькальдові доньки,&lt;br /&gt;</w:t>
        <w:br/>
        <w:t>задивились на місяць.</w:t>
      </w:r>
    </w:p>
    <w:p>
      <w:r>
        <w:br/>
        <w:t>Л.-п. Що там таке?&lt;br /&gt;</w:t>
        <w:br/>
        <w:t>С. Циган.</w:t>
      </w:r>
    </w:p>
    <w:p>
      <w:r>
        <w:br/>
        <w:t>(Від молодого віслючого погляду цигана тьмяніють і ростуть очиці лейтенант-полковника цивільної ґвардії)</w:t>
      </w:r>
    </w:p>
    <w:p>
      <w:r>
        <w:br/>
        <w:t>Л.-п. Я лейтенат-полковник цивільної ґвардії.&lt;br /&gt;</w:t>
        <w:br/>
        <w:t>Циган. Так.&lt;br /&gt;</w:t>
        <w:br/>
        <w:t>Л.-п. А ти хто?&lt;br /&gt;</w:t>
        <w:br/>
        <w:t>Ц. Циган.&lt;br /&gt;</w:t>
        <w:br/>
        <w:t>Л.-п. Що таке циган?&lt;br /&gt;</w:t>
        <w:br/>
        <w:t>Ц. Будь-що.&lt;br /&gt;</w:t>
        <w:br/>
        <w:t>Л.-п. Як тебе звуть?&lt;br /&gt;</w:t>
        <w:br/>
        <w:t>Ц. Ось так.&lt;br /&gt;</w:t>
        <w:br/>
        <w:t>Л.-п. Що?&lt;br /&gt;</w:t>
        <w:br/>
        <w:t>Ц. Циган.&lt;br /&gt;</w:t>
        <w:br/>
        <w:t>С. Я здибав його і привів.&lt;br /&gt;</w:t>
        <w:br/>
        <w:t>Л.-п. Де ти був?&lt;br /&gt;</w:t>
        <w:br/>
        <w:t>Ц. На мості через річки.&lt;br /&gt;</w:t>
        <w:br/>
        <w:t>Л.-п. Через які річки?&lt;br /&gt;</w:t>
        <w:br/>
        <w:t>Ц. Всі.&lt;br /&gt;</w:t>
        <w:br/>
        <w:t>Л.-п. І що ти там робив?&lt;br /&gt;</w:t>
        <w:br/>
        <w:t>Ц. Вежу мережив.&lt;br /&gt;</w:t>
        <w:br/>
        <w:t>Л.-п. Сержанте!&lt;br /&gt;</w:t>
        <w:br/>
        <w:t>С. Слухаю, пане лейтенант-полковнику!&lt;br /&gt;</w:t>
        <w:br/>
        <w:t>Ц. Я винайшов крила, щоби літати, й літаю. Сірку й троянду маю на вустах.&lt;br /&gt;</w:t>
        <w:br/>
        <w:t>Л.-п. Ах!&lt;br /&gt;</w:t>
        <w:br/>
        <w:t>Ц. Хоча й не потрібні крила, бо літаю без них. Хмари й каблучки маю в крові.&lt;br /&gt;</w:t>
        <w:br/>
        <w:t>Л.-п. Ой!&lt;br /&gt;</w:t>
        <w:br/>
        <w:t>Ц. В січні збираю лимонові квіти.&lt;br /&gt;</w:t>
        <w:br/>
        <w:t>Л.-п. (Скоцюрбився) Ох! Ох! Ох!&lt;br /&gt;</w:t>
        <w:br/>
        <w:t>Ц. І помаранчі в снігу.&lt;br /&gt;</w:t>
        <w:br/>
        <w:t>Л.-п. Ох-ох-ох! Ой-ой-ой! (Падає мертвий)</w:t>
      </w:r>
    </w:p>
    <w:p>
      <w:r>
        <w:br/>
        <w:t>(Тютюново-кавна душа лейтенант-полковника цивільної ґвардії відлітає у вікно)</w:t>
      </w:r>
    </w:p>
    <w:p>
      <w:r>
        <w:br/>
        <w:t>С. На поміч!</w:t>
      </w:r>
    </w:p>
    <w:p>
      <w:r>
        <w:br/>
        <w:t>(У дворі казарми чотири ґвардійці цівільної ґвардії лупцюють цигана)</w:t>
      </w:r>
    </w:p>
    <w:p>
      <w:r>
        <w:br/>
        <w:t>ПІСНЯ ПОБИТОГО ЦИГАНА&lt;br /&gt;</w:t>
        <w:br/>
        <w:t>Двадцять чотири удари.&lt;br /&gt;</w:t>
        <w:br/>
        <w:t>Двадцять чотири удари.&lt;br /&gt;</w:t>
        <w:br/>
        <w:t>Мене друкували вночі&lt;br /&gt;</w:t>
        <w:br/>
        <w:t>на срібнім папері, мамо.</w:t>
      </w:r>
    </w:p>
    <w:p>
      <w:r>
        <w:br/>
        <w:t>Мене перестріли жандарми,&lt;br /&gt;</w:t>
        <w:br/>
        <w:t>Водички посьорбати дали.&lt;br /&gt;</w:t>
        <w:br/>
        <w:t>Кораблики й рибку срібну&lt;br /&gt;</w:t>
        <w:br/>
        <w:t>Носила та срібна вода.</w:t>
      </w:r>
    </w:p>
    <w:p>
      <w:r>
        <w:br/>
        <w:t>Ой, командире жандармів,&lt;br /&gt;</w:t>
        <w:br/>
        <w:t>що там, у високій залі,&lt;br /&gt;</w:t>
        <w:br/>
        <w:t>дайте-но хусточку срібну&lt;br /&gt;</w:t>
        <w:br/>
        <w:t>втерти потьоки криваві.</w:t>
      </w:r>
    </w:p>
    <w:p>
      <w:r>
        <w:br/>
        <w:t>ДІАЛОГ АМАРҐО*&lt;br /&gt;</w:t>
        <w:br/>
        <w:t>* Амарґо — гіркий, терпкий, а ще суголосить дієслову "любити" (Прим. перекл.)</w:t>
      </w:r>
    </w:p>
    <w:p>
      <w:r>
        <w:br/>
        <w:t>ПОЛЕ&lt;br /&gt;</w:t>
        <w:br/>
        <w:t>ГОЛОС&lt;br /&gt;</w:t>
        <w:br/>
        <w:t>Амарґо!&lt;br /&gt;</w:t>
        <w:br/>
        <w:t>Олеандри двору мого.&lt;br /&gt;</w:t>
        <w:br/>
        <w:t>Серце мигдалю гіркого.&lt;br /&gt;</w:t>
        <w:br/>
        <w:t>Амарґо!</w:t>
      </w:r>
    </w:p>
    <w:p>
      <w:r>
        <w:br/>
        <w:t>(Три юнаки в широких брилях)</w:t>
      </w:r>
    </w:p>
    <w:p>
      <w:r>
        <w:br/>
        <w:t>1-й. Будемо пізно.&lt;br /&gt;</w:t>
        <w:br/>
        <w:t>2-й. Ніч накриває.&lt;br /&gt;</w:t>
        <w:br/>
        <w:t>1-й. Що той?&lt;br /&gt;</w:t>
        <w:br/>
        <w:t>2-й. Плентається позаду.&lt;br /&gt;</w:t>
        <w:br/>
        <w:t>1-й. (Гучно) Амарґо!&lt;br /&gt;</w:t>
        <w:br/>
        <w:t>Амарґо. (Здалеку) Я йду!&lt;br /&gt;</w:t>
        <w:br/>
        <w:t>2-й. (Іще гучніше) Амарґо!&lt;br /&gt;</w:t>
        <w:br/>
        <w:t>А. (Спокійно) Я йду!</w:t>
      </w:r>
    </w:p>
    <w:p>
      <w:r>
        <w:br/>
        <w:t>(Павза)</w:t>
      </w:r>
    </w:p>
    <w:p>
      <w:r>
        <w:br/>
        <w:t>1-й. Який гарний гай!&lt;br /&gt;</w:t>
        <w:br/>
        <w:t>2-й. Еге ж.</w:t>
      </w:r>
    </w:p>
    <w:p>
      <w:r>
        <w:br/>
        <w:t>(Тривала тиша)</w:t>
      </w:r>
    </w:p>
    <w:p>
      <w:r>
        <w:br/>
        <w:t>1-й. Не люблю блукати вночі.&lt;br /&gt;</w:t>
        <w:br/>
        <w:t>2-й. Я так само.&lt;br /&gt;</w:t>
        <w:br/>
        <w:t>1-й. Ніч для спання.&lt;br /&gt;</w:t>
        <w:br/>
        <w:t>2-й. То так.</w:t>
      </w:r>
    </w:p>
    <w:p>
      <w:r>
        <w:br/>
        <w:t>(Жаби та цвіркуни врочисто будують альтанки й майдани андалуської спеки. Амарґо з'являється руки в боки)</w:t>
      </w:r>
    </w:p>
    <w:p>
      <w:r>
        <w:br/>
        <w:t>А. Ой-ой-ой.&lt;br /&gt;</w:t>
        <w:br/>
        <w:t>Запитай у смерті.&lt;br /&gt;</w:t>
        <w:br/>
        <w:t>Ой-ой-ой.</w:t>
      </w:r>
    </w:p>
    <w:p>
      <w:r>
        <w:br/>
        <w:t>(Зойк його співу йотує серця слухачів)</w:t>
      </w:r>
    </w:p>
    <w:p>
      <w:r>
        <w:br/>
        <w:t>1-й. (Десь іздалеку) Амарґо!&lt;br /&gt;</w:t>
        <w:br/>
        <w:t>2-й. (Геть далеко) Амарґо!</w:t>
      </w:r>
    </w:p>
    <w:p>
      <w:r>
        <w:br/>
        <w:t>(Тиша)</w:t>
      </w:r>
    </w:p>
    <w:p>
      <w:r>
        <w:br/>
        <w:t>(Амарґо сам посеред дороги. Мружить круглі зелені очі й оперізує м'який жакет по стану. Високі гори його обступають. Важкий срібний годинник щокроку темно б'є йому в кишені)</w:t>
      </w:r>
    </w:p>
    <w:p>
      <w:r>
        <w:br/>
        <w:t>(Вершник чвалом по дорозі)</w:t>
      </w:r>
    </w:p>
    <w:p>
      <w:r>
        <w:br/>
        <w:t>Вершник. (Збивши коня) Добраніч!&lt;br /&gt;</w:t>
        <w:br/>
        <w:t>А. Мир вам Божий!&lt;br /&gt;</w:t>
        <w:br/>
        <w:t>В. Вам до Ґранади?&lt;br /&gt;</w:t>
        <w:br/>
        <w:t>А. До Ґранади я йду.&lt;br /&gt;</w:t>
        <w:br/>
        <w:t>В. То нам по дорозі.&lt;br /&gt;</w:t>
        <w:br/>
        <w:t>А. Скидається на те.&lt;br /&gt;</w:t>
        <w:br/>
        <w:t>В. То чом би вам не сісти на крижі?&lt;br /&gt;</w:t>
        <w:br/>
        <w:t>А. Бо не болять мені ноги.&lt;br /&gt;</w:t>
        <w:br/>
        <w:t>В. Я від Малаґи.&lt;br /&gt;</w:t>
        <w:br/>
        <w:t>А. Гаразд.&lt;br /&gt;</w:t>
        <w:br/>
        <w:t>В. Маю там братів.&lt;br /&gt;</w:t>
        <w:br/>
        <w:t>А. (Не дуже ґречно) Скількох?&lt;br /&gt;</w:t>
        <w:br/>
        <w:t>В. Їх троє. Продають ножі. То така їхня справа.&lt;br /&gt;</w:t>
        <w:br/>
        <w:t>А. На здоров'я.&lt;br /&gt;</w:t>
        <w:br/>
        <w:t>В. Срібні й золоті.&lt;br /&gt;</w:t>
        <w:br/>
        <w:t>А. Ніж не мусить бути чимсь іще, крім ножа.&lt;br /&gt;</w:t>
        <w:br/>
        <w:t>В. Помиляєтесь.&lt;br /&gt;</w:t>
        <w:br/>
        <w:t>А. Дякую.&lt;br /&gt;</w:t>
        <w:br/>
        <w:t>В. Золоті самі йдуть у серце. Срібні ріжуть горло як стеблину.&lt;br /&gt;</w:t>
        <w:br/>
        <w:t>А. Непридатні краяти хліб?&lt;br /&gt;</w:t>
        <w:br/>
        <w:t>В. Чоловіки ламають хліб руками.&lt;br /&gt;</w:t>
        <w:br/>
        <w:t>А. То так.</w:t>
      </w:r>
    </w:p>
    <w:p>
      <w:r>
        <w:br/>
        <w:t>(Кінь сполошився)</w:t>
      </w:r>
    </w:p>
    <w:p>
      <w:r>
        <w:br/>
        <w:t>В. Кінь!&lt;br /&gt;</w:t>
        <w:br/>
        <w:t>А. То ніч.</w:t>
      </w:r>
    </w:p>
    <w:p>
      <w:r>
        <w:br/>
        <w:t>(Химерна дорога грається тінню коня)</w:t>
      </w:r>
    </w:p>
    <w:p>
      <w:r>
        <w:br/>
        <w:t>В. Хочеш ніж?&lt;br /&gt;</w:t>
        <w:br/>
        <w:t>А. Ні.&lt;br /&gt;</w:t>
        <w:br/>
        <w:t>В. Я ж дарую.&lt;br /&gt;</w:t>
        <w:br/>
        <w:t>А. Та я не беру.&lt;br /&gt;</w:t>
        <w:br/>
        <w:t>В. Не матимеш іншої нагоди.&lt;br /&gt;</w:t>
        <w:br/>
        <w:t>А. Хтозна…&lt;br /&gt;</w:t>
        <w:br/>
        <w:t>В. Решта ножів непридатні. Решта ножів боязкі й жахаються крові. Ті, що їх ми продаємо, холодні. Збагнув? Входять, де найгарячіше, і там стають.</w:t>
      </w:r>
    </w:p>
    <w:p>
      <w:r>
        <w:br/>
        <w:t>(Амарґо мовчить. Правиця йому холоне, ніби вхопивши щось золоте)</w:t>
      </w:r>
    </w:p>
    <w:p>
      <w:r>
        <w:br/>
        <w:t>В. Гарний ніж.&lt;br /&gt;</w:t>
        <w:br/>
        <w:t>А. Багато вартий?&lt;br /&gt;</w:t>
        <w:br/>
        <w:t>В. Оцей хочеш?</w:t>
      </w:r>
    </w:p>
    <w:p>
      <w:r>
        <w:br/>
        <w:t>(Виймає золотого ножа. Лезо сяє мов полум'я свічки)</w:t>
      </w:r>
    </w:p>
    <w:p>
      <w:r>
        <w:br/>
        <w:t>А. Казав же: ні.&lt;br /&gt;</w:t>
        <w:br/>
        <w:t>В. Хлопче, гайда, сідай до мене!&lt;br /&gt;</w:t>
        <w:br/>
        <w:t>А. Ще не втомився.</w:t>
      </w:r>
    </w:p>
    <w:p>
      <w:r>
        <w:br/>
        <w:t>(Кінь знову сполошився)</w:t>
      </w:r>
    </w:p>
    <w:p>
      <w:r>
        <w:br/>
        <w:t>В. (Смикає поводи) Дурний кінь!&lt;br /&gt;</w:t>
        <w:br/>
        <w:t>А. Це через морок.</w:t>
      </w:r>
    </w:p>
    <w:p>
      <w:r>
        <w:br/>
        <w:t>(Павза)</w:t>
      </w:r>
    </w:p>
    <w:p>
      <w:r>
        <w:br/>
        <w:t>В. Як я вже казав, у Малазі троє моїх братів. А як продаються ножі! У соборі купили дві тисячі на оздобу до вівтарів і завінчати вежу. А на скількох імена кораблів! Найбідніші рибалки з узбережжя світять вночі сяйвом цих гострених лез.&lt;br /&gt;</w:t>
        <w:br/>
        <w:t>А. Чудово!&lt;br /&gt;</w:t>
        <w:br/>
        <w:t>В. Хто ж заперечить!</w:t>
      </w:r>
    </w:p>
    <w:p>
      <w:r>
        <w:br/>
        <w:t>(Ніч гусне мов вікове вино. Груба гадюка Півдня розплющила очі світанку, й усім оспалим безмежно кортить ринути за балкон у юродиві чари пахощів і простору)</w:t>
      </w:r>
    </w:p>
    <w:p>
      <w:r>
        <w:br/>
        <w:t>А. Здається, ми заблукали.&lt;br /&gt;</w:t>
        <w:br/>
        <w:t>В. (Спинивши коня) Невже?&lt;br /&gt;</w:t>
        <w:br/>
        <w:t>А. За розмовою.&lt;br /&gt;</w:t>
        <w:br/>
        <w:t>В. Хіба ті вогні не Ґранада?&lt;br /&gt;</w:t>
        <w:br/>
        <w:t>А. Не знаю.&lt;br /&gt;</w:t>
        <w:br/>
        <w:t>В. Світ великий.&lt;br /&gt;</w:t>
        <w:br/>
        <w:t>А. Ніби знелюднів.&lt;br /&gt;</w:t>
        <w:br/>
        <w:t>В. Ти не помилився.&lt;br /&gt;</w:t>
        <w:br/>
        <w:t>А. Мене долає розпач! Ой! Ой-ой-ой!&lt;br /&gt;</w:t>
        <w:br/>
        <w:t>В. Нащо тобі туди? Що маєш робити?&lt;br /&gt;</w:t>
        <w:br/>
        <w:t>А. Що робити?&lt;br /&gt;</w:t>
        <w:br/>
        <w:t>В. А якщо залишаєшся, навіщо хочеш залишитися?&lt;br /&gt;</w:t>
        <w:br/>
        <w:t>А. Навіщо?&lt;br /&gt;</w:t>
        <w:br/>
        <w:t>В. Я сідаю на цього коня, а якби ні, що б сталося?&lt;br /&gt;</w:t>
        <w:br/>
        <w:t>А. Що б сталося?</w:t>
      </w:r>
    </w:p>
    <w:p>
      <w:r>
        <w:br/>
        <w:t>(Павза)</w:t>
      </w:r>
    </w:p>
    <w:p>
      <w:r>
        <w:br/>
        <w:t>В. Ми вже близько Ґранади.&lt;br /&gt;</w:t>
        <w:br/>
        <w:t>А. Може таке бути?&lt;br /&gt;</w:t>
        <w:br/>
        <w:t>В. Поглянь, як блищать веранди.&lt;br /&gt;</w:t>
        <w:br/>
        <w:t>А. Справді.&lt;br /&gt;</w:t>
        <w:br/>
        <w:t>В. Зараз ти вже не відмовишся сісти до мене.&lt;br /&gt;</w:t>
        <w:br/>
        <w:t>А. Зачекай…&lt;br /&gt;</w:t>
        <w:br/>
        <w:t>В. Гайда, мерщій! Треба там бути ще вдосвіта... А ніж візьми. Я ж бо дарую!&lt;br /&gt;</w:t>
        <w:br/>
        <w:t>А. Ой! Ой-ой-ой!</w:t>
      </w:r>
    </w:p>
    <w:p>
      <w:r>
        <w:br/>
        <w:t>(Вершник забирає до себе Амарґо. Двоє рушають до Ґранади. Гори поростають вехом і кропивою)</w:t>
      </w:r>
    </w:p>
    <w:p>
      <w:r>
        <w:br/>
        <w:t>ПІСНЯ АМАРҐОВОЇ МАТЕРІ&lt;br /&gt;</w:t>
        <w:br/>
        <w:t>Принесли в моєму савані,&lt;br /&gt;</w:t>
        <w:br/>
        <w:t>в моїх олеандрах і пальмах.</w:t>
      </w:r>
    </w:p>
    <w:p>
      <w:r>
        <w:br/>
        <w:t>У день двадцять сьомого серпня&lt;br /&gt;</w:t>
        <w:br/>
        <w:t>з ножем золотим біля серця.</w:t>
      </w:r>
    </w:p>
    <w:p>
      <w:r>
        <w:br/>
        <w:t>Хрест! Ми далеко блукали!&lt;br /&gt;</w:t>
        <w:br/>
        <w:t>Він був гіркий і смаглявий.</w:t>
      </w:r>
    </w:p>
    <w:p>
      <w:r>
        <w:br/>
        <w:t>Сусідки, сюди несіть&lt;br /&gt;</w:t>
        <w:br/>
        <w:t>гіркого лимона сік.</w:t>
      </w:r>
    </w:p>
    <w:p>
      <w:r>
        <w:br/>
        <w:t>Хрест! І не голосіть:&lt;br /&gt;</w:t>
        <w:br/>
        <w:t>я на місяці бачила сина.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Поема про Канте Хондо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