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Подорожній</w:t>
      </w:r>
    </w:p>
    <w:p>
      <w:r>
        <w:br/>
        <w:t xml:space="preserve"> В хугу-непогідь лиху&lt;br /&gt;</w:t>
        <w:br/>
        <w:t>Дідусь плівся на роботу,&lt;br /&gt;</w:t>
        <w:br/>
        <w:t>Підтоптався на шляху,&lt;br /&gt;</w:t>
        <w:br/>
        <w:t>Сів на хвильку коло плоту.</w:t>
      </w:r>
    </w:p>
    <w:p>
      <w:r>
        <w:br/>
        <w:t>"Здоровесенькі були! —&lt;br /&gt;</w:t>
        <w:br/>
        <w:t>Паніматка йому з двору.-&lt;br /&gt;</w:t>
        <w:br/>
        <w:t>Ви б до хати краще йшли,&lt;br /&gt;</w:t>
        <w:br/>
        <w:t>Ніж отута під сю пору.</w:t>
      </w:r>
    </w:p>
    <w:p>
      <w:r>
        <w:br/>
        <w:t>Там собі оддихнете...&lt;br /&gt;</w:t>
        <w:br/>
        <w:t>Правда, в нас непоказненько...&lt;br /&gt;</w:t>
        <w:br/>
        <w:t>Все ж борщу попоїсте&lt;br /&gt;</w:t>
        <w:br/>
        <w:t>Та погрієтесь гарненько!"</w:t>
      </w:r>
    </w:p>
    <w:p>
      <w:r>
        <w:br/>
        <w:t>"Не остав вас добре все!" —&lt;br /&gt;</w:t>
        <w:br/>
        <w:t>Одрікає подорожній;&lt;br /&gt;</w:t>
        <w:br/>
        <w:t>В хату клуночки несе,&lt;br /&gt;</w:t>
        <w:br/>
        <w:t>Підміцня живіт порожній.</w:t>
      </w:r>
    </w:p>
    <w:p>
      <w:r>
        <w:br/>
        <w:t>Безліч дуків він стрівав&lt;br /&gt;</w:t>
        <w:br/>
        <w:t>Та панів на всіх дорогах,&lt;br /&gt;</w:t>
        <w:br/>
        <w:t>А ніхто його не звав&lt;br /&gt;</w:t>
        <w:br/>
        <w:t>Пригостити, крім убогих.</w:t>
      </w:r>
    </w:p>
    <w:p>
      <w:r>
        <w:br/>
        <w:t>Дальш поплентався дідусь,-&lt;br /&gt;</w:t>
        <w:br/>
        <w:t>Журна думка тисла груди:&lt;br /&gt;</w:t>
        <w:br/>
        <w:t>Чим би стала мати Русь,&lt;br /&gt;</w:t>
        <w:br/>
        <w:t>Коли б ще не прості люди?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Подорожній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