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Подорожній</w:t>
      </w:r>
    </w:p>
    <w:p>
      <w:r>
        <w:br/>
        <w:t xml:space="preserve"> &lt;blockquote&gt;Ти — тiльки випадковий подорожнiй&lt;br /&gt;</w:t>
        <w:br/>
        <w:t>На запашнiм, заквiтчанiм шляху.&lt;br /&gt;</w:t>
        <w:br/>
        <w:t>Л. Могилянська&lt;br /&gt;</w:t>
        <w:br/>
        <w:t>&lt;/blockquote&gt;&lt;br /&gt;</w:t>
        <w:br/>
        <w:t>I&lt;br /&gt;</w:t>
        <w:br/>
        <w:t>Вiдпочинеш i пiдеш знову.&lt;br /&gt;</w:t>
        <w:br/>
        <w:t>Що ж, заходь до мойого дому,&lt;br /&gt;</w:t>
        <w:br/>
        <w:t>Щоб вином моїм рубiновим&lt;br /&gt;</w:t>
        <w:br/>
        <w:t>Затопити дорожню втому.&lt;br /&gt;</w:t>
        <w:br/>
        <w:t>Гостре щастя, раптовним блиском&lt;br /&gt;</w:t>
        <w:br/>
        <w:t>Мою душу до дна пропалить:&lt;br /&gt;</w:t>
        <w:br/>
        <w:t>Не чужий ти, а свiй i близький,&lt;br /&gt;</w:t>
        <w:br/>
        <w:t>Це ж на тебе я так чекала.&lt;br /&gt;</w:t>
        <w:br/>
        <w:t>В день звичайний розквiтне свято,&lt;br /&gt;</w:t>
        <w:br/>
        <w:t>Мов бузок запашний у сiчнi,&lt;br /&gt;</w:t>
        <w:br/>
        <w:t>I кохання, легке й крилате,&lt;br /&gt;</w:t>
        <w:br/>
        <w:t>Я запрагну змiнить у вiчнiсть.&lt;br /&gt;</w:t>
        <w:br/>
        <w:t>Ти вiдходиш вже? Що ж, не плачу.&lt;br /&gt;</w:t>
        <w:br/>
        <w:t>Не сумуй i ти, подорожнiй.&lt;br /&gt;</w:t>
        <w:br/>
        <w:t>Хтось незнаний нам шлях призначив&lt;br /&gt;</w:t>
        <w:br/>
        <w:t>I покинуть його не можна.&lt;br /&gt;</w:t>
        <w:br/>
        <w:t>Бiль зламаю, а сльози витру.&lt;br /&gt;</w:t>
        <w:br/>
        <w:t>В зимну нiч, на твої дороги&lt;br /&gt;</w:t>
        <w:br/>
        <w:t>Тiльки смiх мiй весняним вiтром&lt;br /&gt;</w:t>
        <w:br/>
        <w:t>Буде бiгти — тобi навздогiн.&lt;br /&gt;</w:t>
        <w:br/>
        <w:t>II&lt;br /&gt;</w:t>
        <w:br/>
        <w:t>Догоряє, попелiє дивне щастя…&lt;br /&gt;</w:t>
        <w:br/>
        <w:t>Зажурився день — замрiяний i млистий,&lt;br /&gt;</w:t>
        <w:br/>
        <w:t>А думки мої, надхненнi та квiтчастi,&lt;br /&gt;</w:t>
        <w:br/>
        <w:t>Опадають вересневим, жовтим листям…&lt;br /&gt;</w:t>
        <w:br/>
        <w:t>Ось пiшов собi звичайний подорожнiй.&lt;br /&gt;</w:t>
        <w:br/>
        <w:t>Бiльш нiчого. Новiть плакати не смiю.&lt;br /&gt;</w:t>
        <w:br/>
        <w:t>Тiльки в душу, безборонну i порожню,&lt;br /&gt;</w:t>
        <w:br/>
        <w:t>Сум летить непереможним, чорним змiєм.&lt;br /&gt;</w:t>
        <w:br/>
        <w:t>Прийдуть люди — не чужi, не випадковi, —&lt;br /&gt;</w:t>
        <w:br/>
        <w:t>Буду жити i смiятися, як досi,&lt;br /&gt;</w:t>
        <w:br/>
        <w:t>Хоч життя мого весняну, свiтлу повiнь&lt;br /&gt;</w:t>
        <w:br/>
        <w:t>Надпила, у перший раз, — холодна осiнь.&lt;br /&gt;</w:t>
        <w:br/>
        <w:t>III&lt;br /&gt;</w:t>
        <w:br/>
        <w:t>Ох, чому ж це серце б'ється молотом,&lt;br /&gt;</w:t>
        <w:br/>
        <w:t>А уста мої — розквiтла китиця?&lt;br /&gt;</w:t>
        <w:br/>
        <w:t>I чому це полум'ям i золотом&lt;br /&gt;</w:t>
        <w:br/>
        <w:t>Кожна рiч в моїй кiмнатi свiтиться?&lt;br /&gt;</w:t>
        <w:br/>
        <w:t>Повернувся, хоч тебе й не кликала.&lt;br /&gt;</w:t>
        <w:br/>
        <w:t>А слiдом весна моя заблукана.&lt;br /&gt;</w:t>
        <w:br/>
        <w:t>I згоряють у вогнi великому&lt;br /&gt;</w:t>
        <w:br/>
        <w:t>Всi закони, що були розлукою.&lt;br /&gt;</w:t>
        <w:br/>
        <w:t>Знову осiнь утiкає злякано&lt;br /&gt;</w:t>
        <w:br/>
        <w:t>Пiд травневою рясною зливою:&lt;br /&gt;</w:t>
        <w:br/>
        <w:t>Перший раз сьогоднi я заплакала,&lt;br /&gt;</w:t>
        <w:br/>
        <w:t>Не смiюся, бо така щаслива я.&lt;br /&gt;</w:t>
        <w:br/>
        <w:t>Залишайся. Щастя вип'ю келихом,&lt;br /&gt;</w:t>
        <w:br/>
        <w:t>Однаково, чи своє, чи вкрадене.&lt;br /&gt;</w:t>
        <w:br/>
        <w:t>Буде шлях тобi без мене скелистим,&lt;br /&gt;</w:t>
        <w:br/>
        <w:t>А життя моє без тебе — зрадою.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Подорожній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