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гарпунера</w:t>
      </w:r>
    </w:p>
    <w:p>
      <w:r>
        <w:br/>
        <w:t xml:space="preserve"> &lt;p&gt;Щоранку ми ходили до річки ловити рибу. Траплялися окунці і карасі, але більше клювала краснопір. Мій товариш, Степан Гурко, від радощів аж тремтів, коли поплавок починав злегка танцювати на воді.</w:t>
      </w:r>
    </w:p>
    <w:p>
      <w:r>
        <w:br/>
        <w:t>В океані, коли полювали на китів, він, відомий гарпунер китобійної флотилії, я певен, зберігав залізну витримку і спокій. А тут часто хапався за вудку, тривожно поглядав на поплавок. Аби тільки витягнув окунця, зараз радів без краю.</w:t>
      </w:r>
    </w:p>
    <w:p>
      <w:r>
        <w:br/>
        <w:t>Сьогодні риба не клювала. Річка стишено текла, і в ній відбивалось високе синє небо.</w:t>
      </w:r>
    </w:p>
    <w:p>
      <w:r>
        <w:br/>
        <w:t>Нам уже надокучило стьобати волосінню воду. Скільки не закидали вудки, та поплавки навіть не зворухнулись.</w:t>
      </w:r>
    </w:p>
    <w:p>
      <w:r>
        <w:br/>
        <w:t>Неподалік від нас зняли галас сільські хлопчаки, ганяючи м'яча. Можливо, цей гамір сполохав рибу, і вона пішла на глибину.</w:t>
      </w:r>
    </w:p>
    <w:p>
      <w:r>
        <w:br/>
        <w:t>Ми вирішили поміняти місце. Та коли Степан потяг за вудку, поплавець занурився у воду і, натягнувшись, забриніла волосінь. Як він не сіпав, а витягти вудку не міг.</w:t>
      </w:r>
    </w:p>
    <w:p>
      <w:r>
        <w:br/>
        <w:t>— То у вас гачок зачепився за корча,— почули ми позаду тоненький хлоп'ячий голосок.— Я зараз відчеплю, не сіпайте.</w:t>
      </w:r>
    </w:p>
    <w:p>
      <w:r>
        <w:br/>
        <w:t>Максим, сусідський хлопчина, миттю роздягся і з берега кинувся У воду. Ми насторожено дивилися на річку. Хлопчина виринув між поплавків, хапнув повітря і знову зник. Аж ось на поверхні води з явилася його рука з гачком, а далі усміхнене обличчя.</w:t>
      </w:r>
    </w:p>
    <w:p>
      <w:r>
        <w:br/>
        <w:t>Він ще не віддихався навіть, як швидко спитав:</w:t>
      </w:r>
    </w:p>
    <w:p>
      <w:r>
        <w:br/>
        <w:t>— А яку ви рибу хочете зловити на зерно? Коропа? Вони тут беруться погано. В цих місцях карась і окунь добре клює на черв'яки.</w:t>
      </w:r>
    </w:p>
    <w:p>
      <w:r>
        <w:br/>
        <w:t>— Що маємо, на те і ловимо,— кажу я Максимові.— Не взяли ми черв'яків, хотіли спробувати на пшеничку.</w:t>
      </w:r>
    </w:p>
    <w:p>
      <w:r>
        <w:br/>
        <w:t>— Та їх можна знайти під листям,— охоче заклопотався Максим. Він побіг під дерева і почав підвертати листя.</w:t>
      </w:r>
    </w:p>
    <w:p>
      <w:r>
        <w:br/>
        <w:t>В лопушині приніс за мить і поклав перед Степаном:</w:t>
      </w:r>
    </w:p>
    <w:p>
      <w:r>
        <w:br/>
        <w:t>— Спробуйте на ці підлистники...</w:t>
      </w:r>
    </w:p>
    <w:p>
      <w:r>
        <w:br/>
        <w:t>Він сів біля нас і задивився на річку. Чуприна в нього була біляста, як вівсяна солома. А шия чорна-чорна, аж полущилась.</w:t>
      </w:r>
    </w:p>
    <w:p>
      <w:r>
        <w:br/>
        <w:t>— А глибину яку ви зробили? Не може того бути, щоб риба не клювала на підлистники.</w:t>
      </w:r>
    </w:p>
    <w:p>
      <w:r>
        <w:br/>
        <w:t>Я витягнув вудку, і тут Максим щиро засміявся. Він ніби зрадів, що поплавки так мілко попущені. І попустив поплавки метра на півтора.</w:t>
      </w:r>
    </w:p>
    <w:p>
      <w:r>
        <w:br/>
        <w:t>— Ось тепер закидайте, окунь хапоне одразу. А то відпустку собі тут змарнуєте...</w:t>
      </w:r>
    </w:p>
    <w:p>
      <w:r>
        <w:br/>
        <w:t>Того дня завдяки Максимові ми наловили добрячих окунів.</w:t>
      </w:r>
    </w:p>
    <w:p>
      <w:r>
        <w:br/>
        <w:t>На березі ми довідалися від хлопця, що він збирає морську колекцію. Вже в ній є і королівські черепашки, і сердолікові камінці, і морський коник, і засушений краб.</w:t>
      </w:r>
    </w:p>
    <w:p>
      <w:r>
        <w:br/>
        <w:t>Степан Гурко глянув у мій бік і підморгнув. Я знав, що в нього є зуб кашалота. Коли Степан вперше вийшов на полювання китів, кашалот, якого він загарпунив, і був його першою гарпунерською удачею.</w:t>
      </w:r>
    </w:p>
    <w:p>
      <w:r>
        <w:br/>
        <w:t>Максим ледве стримав радість, коли мій товариш дістав йому з автомашини цей подарунок, але відмовився взяти: мабуть, він вважав, що не має права взяти річ, яка чимось дорога, очевидно, цій людині.</w:t>
      </w:r>
    </w:p>
    <w:p>
      <w:r>
        <w:br/>
        <w:t>Але мій товариш сказав йому просто:</w:t>
      </w:r>
    </w:p>
    <w:p>
      <w:r>
        <w:br/>
        <w:t>— Бери, Максиме. Це тобі подарунок від морського риболова.</w:t>
      </w:r>
    </w:p>
    <w:p>
      <w:r>
        <w:br/>
        <w:t>Очі в Максима засяяли:</w:t>
      </w:r>
    </w:p>
    <w:p>
      <w:r>
        <w:br/>
        <w:t>— Я не для себе візьму,— поспішив пояснити він, ніби виправдуючись.— Я віднесу до школи, коли піду в перший клас. Нехай усі побачать.</w:t>
      </w:r>
    </w:p>
    <w:p>
      <w:r>
        <w:br/>
        <w:t>А потім швидко запропонував:</w:t>
      </w:r>
    </w:p>
    <w:p>
      <w:r>
        <w:br/>
        <w:t>— Коли підете завтра ловити рибу, я вам ще назбираю підлистників.</w:t>
      </w:r>
    </w:p>
    <w:p>
      <w:r>
        <w:br/>
        <w:t>З річки під вечір вже дихало прохолодою, і над очеретами стелився тонкий голубий туман.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гарпунера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