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Побратимові</w:t>
      </w:r>
    </w:p>
    <w:p>
      <w:r>
        <w:br/>
        <w:t xml:space="preserve"> &lt;blockquote class="cita" style='text-align:left'&gt;&lt;p&gt;посилаючи єму пісні українські</w:t>
      </w:r>
    </w:p>
    <w:p>
      <w:r>
        <w:br/>
        <w:t>(Дума)</w:t>
      </w:r>
    </w:p>
    <w:p>
      <w:r>
        <w:br/>
        <w:t>Отак, Николаю, вкраїнські вірлята</w:t>
      </w:r>
    </w:p>
    <w:p>
      <w:r>
        <w:br/>
        <w:t>І веселять душу й серце загрівають;</w:t>
      </w:r>
    </w:p>
    <w:p>
      <w:r>
        <w:br/>
        <w:t>Отак, Николаю, руські соколята</w:t>
      </w:r>
    </w:p>
    <w:p>
      <w:r>
        <w:br/>
        <w:t>То вголос, то стиха матері співають.</w:t>
      </w:r>
    </w:p>
    <w:p>
      <w:r>
        <w:br/>
        <w:t>Аж мило згадати, як то серце б'ється,</w:t>
      </w:r>
    </w:p>
    <w:p>
      <w:r>
        <w:br/>
        <w:t>Коли з України руськая пісенька</w:t>
      </w:r>
    </w:p>
    <w:p>
      <w:r>
        <w:br/>
        <w:t>Так мило-солодко вколо серця в'ється,</w:t>
      </w:r>
    </w:p>
    <w:p>
      <w:r>
        <w:br/>
        <w:t>Як коло милого дівка русявенька.</w:t>
      </w:r>
    </w:p>
    <w:p>
      <w:r>
        <w:br/>
        <w:t>Так го обнімає, так до себе тисне,</w:t>
      </w:r>
    </w:p>
    <w:p>
      <w:r>
        <w:br/>
        <w:t>Пригортає, і любує,</w:t>
      </w:r>
    </w:p>
    <w:p>
      <w:r>
        <w:br/>
        <w:t>І голубить, і цілує,</w:t>
      </w:r>
    </w:p>
    <w:p>
      <w:r>
        <w:br/>
        <w:t>І плеще, і тішить,</w:t>
      </w:r>
    </w:p>
    <w:p>
      <w:r>
        <w:br/>
        <w:t>І медочком дишеть,</w:t>
      </w:r>
    </w:p>
    <w:p>
      <w:r>
        <w:br/>
        <w:t>Що трохи не скажеш: пусти мене, пісне!</w:t>
      </w:r>
    </w:p>
    <w:p>
      <w:r>
        <w:br/>
        <w:t>Аж тут і небавком буйний вітер повине,</w:t>
      </w:r>
    </w:p>
    <w:p>
      <w:r>
        <w:br/>
        <w:t>Гостинець вже інший, от вже думку несе.</w:t>
      </w:r>
    </w:p>
    <w:p>
      <w:r>
        <w:br/>
        <w:t>Несе й каже: "Сю ніч степами гуляв я,</w:t>
      </w:r>
    </w:p>
    <w:p>
      <w:r>
        <w:br/>
        <w:t>Нагулявшись доволі, по могилах лягав я,</w:t>
      </w:r>
    </w:p>
    <w:p>
      <w:r>
        <w:br/>
        <w:t>Буцімто спочити, а то підслухати,</w:t>
      </w:r>
    </w:p>
    <w:p>
      <w:r>
        <w:br/>
        <w:t>Як то стара бувальщина буде розмовляти,</w:t>
      </w:r>
    </w:p>
    <w:p>
      <w:r>
        <w:br/>
        <w:t>Про давні літа,</w:t>
      </w:r>
    </w:p>
    <w:p>
      <w:r>
        <w:br/>
        <w:t>Про давні часи,</w:t>
      </w:r>
    </w:p>
    <w:p>
      <w:r>
        <w:br/>
        <w:t>Як слава гула</w:t>
      </w:r>
    </w:p>
    <w:p>
      <w:r>
        <w:br/>
        <w:t>Світом вокруги</w:t>
      </w:r>
    </w:p>
    <w:p>
      <w:r>
        <w:br/>
        <w:t>Про руських батьків,</w:t>
      </w:r>
    </w:p>
    <w:p>
      <w:r>
        <w:br/>
        <w:t>Боярів, князів,</w:t>
      </w:r>
    </w:p>
    <w:p>
      <w:r>
        <w:br/>
        <w:t>Про гетьманів, козаків.</w:t>
      </w:r>
    </w:p>
    <w:p>
      <w:r>
        <w:br/>
        <w:t>І стане повідати зразу так мило,</w:t>
      </w:r>
    </w:p>
    <w:p>
      <w:r>
        <w:br/>
        <w:t>Стихаї і величаво, мов над морем цвіла</w:t>
      </w:r>
    </w:p>
    <w:p>
      <w:r>
        <w:br/>
        <w:t>Цвіт-доля любенько; потім голоснійше</w:t>
      </w:r>
    </w:p>
    <w:p>
      <w:r>
        <w:br/>
        <w:t>Застогне, заплаче, щораз то сумнійше,</w:t>
      </w:r>
    </w:p>
    <w:p>
      <w:r>
        <w:br/>
        <w:t>Сумнійше, страшнійше гукне, засковиче,</w:t>
      </w:r>
    </w:p>
    <w:p>
      <w:r>
        <w:br/>
        <w:t>З-під могил, казав би-сь, старих людей кличе,</w:t>
      </w:r>
    </w:p>
    <w:p>
      <w:r>
        <w:br/>
        <w:t>Щоби поспитати</w:t>
      </w:r>
    </w:p>
    <w:p>
      <w:r>
        <w:br/>
        <w:t>Про спис, про шаблюку,</w:t>
      </w:r>
    </w:p>
    <w:p>
      <w:r>
        <w:br/>
        <w:t>Щоби розвідати</w:t>
      </w:r>
    </w:p>
    <w:p>
      <w:r>
        <w:br/>
        <w:t>Про орду-канюку:</w:t>
      </w:r>
    </w:p>
    <w:p>
      <w:r>
        <w:br/>
        <w:t>Як руським тілом згодувалася,</w:t>
      </w:r>
    </w:p>
    <w:p>
      <w:r>
        <w:br/>
        <w:t>Як руськов крівлев напувалася,</w:t>
      </w:r>
    </w:p>
    <w:p>
      <w:r>
        <w:br/>
        <w:t>Як руська шаблюка все її вітала,</w:t>
      </w:r>
    </w:p>
    <w:p>
      <w:r>
        <w:br/>
        <w:t>Як кривим зубом серце добувала,</w:t>
      </w:r>
    </w:p>
    <w:p>
      <w:r>
        <w:br/>
        <w:t>В пущі вигідненько на нічліг стелила,</w:t>
      </w:r>
    </w:p>
    <w:p>
      <w:r>
        <w:br/>
        <w:t>В воду під могилу спати кладовила".</w:t>
      </w:r>
    </w:p>
    <w:p>
      <w:r>
        <w:br/>
        <w:t>І знов згомонить ти нишком, мило-немно,</w:t>
      </w:r>
    </w:p>
    <w:p>
      <w:r>
        <w:br/>
        <w:t>Як в сумерк вечерній, півсонно, півтемно,</w:t>
      </w:r>
    </w:p>
    <w:p>
      <w:r>
        <w:br/>
        <w:t>І луну розпустить ген-ген долинами,</w:t>
      </w:r>
    </w:p>
    <w:p>
      <w:r>
        <w:br/>
        <w:t>І гомоном шибне ген-ген дубровами,</w:t>
      </w:r>
    </w:p>
    <w:p>
      <w:r>
        <w:br/>
        <w:t>Ні то комусь-то десь там повідає,</w:t>
      </w:r>
    </w:p>
    <w:p>
      <w:r>
        <w:br/>
        <w:t>Як-то колись-то красою засяє,</w:t>
      </w:r>
    </w:p>
    <w:p>
      <w:r>
        <w:br/>
        <w:t>Як при Чорнім морі</w:t>
      </w:r>
    </w:p>
    <w:p>
      <w:r>
        <w:br/>
        <w:t>Себе заквітчає,</w:t>
      </w:r>
    </w:p>
    <w:p>
      <w:r>
        <w:br/>
        <w:t>В степах на просторі</w:t>
      </w:r>
    </w:p>
    <w:p>
      <w:r>
        <w:br/>
        <w:t>Весело заграє,</w:t>
      </w:r>
    </w:p>
    <w:p>
      <w:r>
        <w:br/>
        <w:t>Як в водах-Дніпрі</w:t>
      </w:r>
    </w:p>
    <w:p>
      <w:r>
        <w:br/>
        <w:t>Змиєсь, прибереся,</w:t>
      </w:r>
    </w:p>
    <w:p>
      <w:r>
        <w:br/>
        <w:t>Легеньким крильцем</w:t>
      </w:r>
    </w:p>
    <w:p>
      <w:r>
        <w:br/>
        <w:t>На Дністр занесеся,</w:t>
      </w:r>
    </w:p>
    <w:p>
      <w:r>
        <w:br/>
        <w:t>В тихенькім Дністрі</w:t>
      </w:r>
    </w:p>
    <w:p>
      <w:r>
        <w:br/>
        <w:t>Собі прилягнеся,</w:t>
      </w:r>
    </w:p>
    <w:p>
      <w:r>
        <w:br/>
        <w:t>Крилоньками сплесне,</w:t>
      </w:r>
    </w:p>
    <w:p>
      <w:r>
        <w:br/>
        <w:t>Стрясе, злопотить,</w:t>
      </w:r>
    </w:p>
    <w:p>
      <w:r>
        <w:br/>
        <w:t>Під небо, до сонця</w:t>
      </w:r>
    </w:p>
    <w:p>
      <w:r>
        <w:br/>
        <w:t>Ген-ген полетить,</w:t>
      </w:r>
    </w:p>
    <w:p>
      <w:r>
        <w:br/>
        <w:t>Під небом, край сонця</w:t>
      </w:r>
    </w:p>
    <w:p>
      <w:r>
        <w:br/>
        <w:t>Сонічком повисне:</w:t>
      </w:r>
    </w:p>
    <w:p>
      <w:r>
        <w:br/>
        <w:t>І буде літати,</w:t>
      </w:r>
    </w:p>
    <w:p>
      <w:r>
        <w:br/>
        <w:t>І буде співати,</w:t>
      </w:r>
    </w:p>
    <w:p>
      <w:r>
        <w:br/>
        <w:t>І о руській славі</w:t>
      </w:r>
    </w:p>
    <w:p>
      <w:r>
        <w:br/>
        <w:t>Скрізь світу казати!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Побратимові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