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Побачивши пасмо Мільтонового волосся</w:t>
      </w:r>
    </w:p>
    <w:p>
      <w:r>
        <w:br/>
        <w:t xml:space="preserve"> Дзвінких рядків Титане,&lt;br /&gt;</w:t>
        <w:br/>
        <w:t>Досліджувачу сфер!&lt;br /&gt;</w:t>
        <w:br/>
        <w:t>Твій дух не спить, не в'яне!&lt;br /&gt;</w:t>
        <w:br/>
        <w:t>Твій голос і тепер&lt;br /&gt;</w:t>
        <w:br/>
        <w:t>Нам вуха огромляє!&lt;br /&gt;</w:t>
        <w:br/>
        <w:t>Хто зважиться, здолає&lt;br /&gt;</w:t>
        <w:br/>
        <w:t>Перед Співцем&lt;br /&gt;</w:t>
        <w:br/>
        <w:t>На сходах до його високих мар&lt;br /&gt;</w:t>
        <w:br/>
        <w:t>Смиренним подихом роздмухать жар&lt;br /&gt;</w:t>
        <w:br/>
        <w:t>Своїх поем?</w:t>
      </w:r>
    </w:p>
    <w:p>
      <w:r>
        <w:br/>
        <w:t>Ти весь — як злет угору,&lt;br /&gt;</w:t>
        <w:br/>
        <w:t>Як милозвучний храм!&lt;br /&gt;</w:t>
        <w:br/>
        <w:t>Різноголосся хору&lt;br /&gt;</w:t>
        <w:br/>
        <w:t>Об'єднуєш, думкам&lt;br /&gt;</w:t>
        <w:br/>
        <w:t>Орлиний лет даруєш!&lt;br /&gt;</w:t>
        <w:br/>
        <w:t>О, де ж ти владарюєш?&lt;br /&gt;</w:t>
        <w:br/>
        <w:t>Почуй мою&lt;br /&gt;</w:t>
        <w:br/>
        <w:t>Дельфічну юну клятву — всім, усім:&lt;br /&gt;</w:t>
        <w:br/>
        <w:t>Натхненням, словом, голосом твоїм,&lt;br /&gt;</w:t>
        <w:br/>
        <w:t>Коханням плотським, мислю на чолі,&lt;br /&gt;</w:t>
        <w:br/>
        <w:t>Красою, що живе на цій землі&lt;br /&gt;</w:t>
        <w:br/>
        <w:t>I в раю!</w:t>
      </w:r>
    </w:p>
    <w:p>
      <w:r>
        <w:br/>
        <w:t>Коли з рядків назавжди&lt;br /&gt;</w:t>
        <w:br/>
        <w:t>Я примхи прожену,&lt;br /&gt;</w:t>
        <w:br/>
        <w:t>Всі пристрасті пізнавши,&lt;br /&gt;</w:t>
        <w:br/>
        <w:t>Тоді хіба почну&lt;br /&gt;</w:t>
        <w:br/>
        <w:t>Велично-голосну&lt;br /&gt;</w:t>
        <w:br/>
        <w:t>Хвалебну пісню про твої діла:&lt;br /&gt;</w:t>
        <w:br/>
        <w:t>Бо марно піт пливтиме із чола,&lt;br /&gt;</w:t>
        <w:br/>
        <w:t>Поки дитяча мисль не осягла&lt;br /&gt;</w:t>
        <w:br/>
        <w:t>Премудру давнину,&lt;br /&gt;</w:t>
        <w:br/>
        <w:t>А збезумілий зір — будучину!</w:t>
      </w:r>
    </w:p>
    <w:p>
      <w:r>
        <w:br/>
        <w:t>Я занімію на багато літ.&lt;br /&gt;</w:t>
        <w:br/>
        <w:t>Коли ж озвусь, одразу пригадаю,&lt;br /&gt;</w:t>
        <w:br/>
        <w:t>Як я спахнув, побачивши цей слід,&lt;br /&gt;</w:t>
        <w:br/>
        <w:t>Цей бідний залишок твого розмаю,&lt;br /&gt;</w:t>
        <w:br/>
        <w:t>Це пасемко ясне.&lt;br /&gt;</w:t>
        <w:br/>
        <w:t>О, як здригнувся я,&lt;br /&gt;</w:t>
        <w:br/>
        <w:t>Як поряд з ним написане ім'я&lt;br /&gt;</w:t>
        <w:br/>
        <w:t>Ударило мене!&lt;br /&gt;</w:t>
        <w:br/>
        <w:t>I все ж стояв у мене в серці штиль:&lt;br /&gt;</w:t>
        <w:br/>
        <w:t>Я думав, що дивлюсь на нього з хвиль.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Побачивши пасмо Мільтонового волосся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